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D21FD7" w14:textId="1E926FDC" w:rsidR="004856BE" w:rsidRPr="00C34EBD" w:rsidRDefault="00CF4DA6" w:rsidP="00750296">
      <w:pPr>
        <w:pStyle w:val="a9"/>
        <w:jc w:val="center"/>
        <w:rPr>
          <w:lang w:val="ru-RU"/>
        </w:rPr>
        <w:sectPr w:rsidR="004856BE" w:rsidRPr="00C34EBD">
          <w:pgSz w:w="11900" w:h="16840"/>
          <w:pgMar w:top="1440" w:right="1440" w:bottom="1440" w:left="1440" w:header="720" w:footer="720" w:gutter="0"/>
          <w:cols w:space="720" w:equalWidth="0">
            <w:col w:w="9846" w:space="0"/>
          </w:cols>
          <w:docGrid w:linePitch="360"/>
        </w:sectPr>
      </w:pPr>
      <w:r>
        <w:rPr>
          <w:noProof/>
        </w:rPr>
        <w:drawing>
          <wp:inline distT="0" distB="0" distL="0" distR="0" wp14:anchorId="111536BD" wp14:editId="4133EB90">
            <wp:extent cx="5727700" cy="8075930"/>
            <wp:effectExtent l="0" t="0" r="6350"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27700" cy="8075930"/>
                    </a:xfrm>
                    <a:prstGeom prst="rect">
                      <a:avLst/>
                    </a:prstGeom>
                    <a:noFill/>
                    <a:ln>
                      <a:noFill/>
                    </a:ln>
                  </pic:spPr>
                </pic:pic>
              </a:graphicData>
            </a:graphic>
          </wp:inline>
        </w:drawing>
      </w:r>
    </w:p>
    <w:p w14:paraId="231C290A" w14:textId="77777777" w:rsidR="004856BE" w:rsidRPr="00C34EBD" w:rsidRDefault="004856BE">
      <w:pPr>
        <w:autoSpaceDE w:val="0"/>
        <w:autoSpaceDN w:val="0"/>
        <w:spacing w:after="78" w:line="220" w:lineRule="exact"/>
        <w:rPr>
          <w:lang w:val="ru-RU"/>
        </w:rPr>
      </w:pPr>
    </w:p>
    <w:p w14:paraId="0A5F2560" w14:textId="77777777" w:rsidR="004856BE" w:rsidRPr="00C34EBD" w:rsidRDefault="004856BE">
      <w:pPr>
        <w:autoSpaceDE w:val="0"/>
        <w:autoSpaceDN w:val="0"/>
        <w:spacing w:after="78" w:line="220" w:lineRule="exact"/>
        <w:rPr>
          <w:lang w:val="ru-RU"/>
        </w:rPr>
      </w:pPr>
    </w:p>
    <w:p w14:paraId="7F2984F3" w14:textId="77777777" w:rsidR="004856BE" w:rsidRPr="00C34EBD" w:rsidRDefault="00750296" w:rsidP="00750296">
      <w:pPr>
        <w:autoSpaceDE w:val="0"/>
        <w:autoSpaceDN w:val="0"/>
        <w:spacing w:after="0" w:line="230" w:lineRule="auto"/>
        <w:jc w:val="center"/>
        <w:rPr>
          <w:lang w:val="ru-RU"/>
        </w:rPr>
      </w:pPr>
      <w:r w:rsidRPr="00C34EBD">
        <w:rPr>
          <w:rFonts w:ascii="Times New Roman" w:eastAsia="Times New Roman" w:hAnsi="Times New Roman"/>
          <w:b/>
          <w:color w:val="000000"/>
          <w:sz w:val="24"/>
          <w:lang w:val="ru-RU"/>
        </w:rPr>
        <w:t>СОДЕРЖАНИЕ УЧЕБНОГО ПРЕДМЕТА</w:t>
      </w:r>
    </w:p>
    <w:p w14:paraId="76DE5D81" w14:textId="77777777" w:rsidR="004856BE" w:rsidRPr="00C34EBD" w:rsidRDefault="00750296" w:rsidP="00CF4DA6">
      <w:pPr>
        <w:autoSpaceDE w:val="0"/>
        <w:autoSpaceDN w:val="0"/>
        <w:spacing w:before="346" w:after="0" w:line="230" w:lineRule="auto"/>
        <w:jc w:val="center"/>
        <w:rPr>
          <w:lang w:val="ru-RU"/>
        </w:rPr>
      </w:pPr>
      <w:r w:rsidRPr="00C34EBD">
        <w:rPr>
          <w:rFonts w:ascii="Times New Roman" w:eastAsia="Times New Roman" w:hAnsi="Times New Roman"/>
          <w:b/>
          <w:color w:val="000000"/>
          <w:sz w:val="24"/>
          <w:lang w:val="ru-RU"/>
        </w:rPr>
        <w:t>1 КЛАСС</w:t>
      </w:r>
    </w:p>
    <w:p w14:paraId="4BB60830" w14:textId="77777777" w:rsidR="004856BE" w:rsidRPr="00C34EBD" w:rsidRDefault="00750296" w:rsidP="00CF4DA6">
      <w:pPr>
        <w:tabs>
          <w:tab w:val="left" w:pos="180"/>
        </w:tabs>
        <w:autoSpaceDE w:val="0"/>
        <w:autoSpaceDN w:val="0"/>
        <w:spacing w:before="166" w:after="0" w:line="240" w:lineRule="auto"/>
        <w:ind w:right="432"/>
        <w:rPr>
          <w:lang w:val="ru-RU"/>
        </w:rPr>
      </w:pPr>
      <w:r w:rsidRPr="00C34EBD">
        <w:rPr>
          <w:lang w:val="ru-RU"/>
        </w:rPr>
        <w:tab/>
      </w:r>
      <w:r w:rsidRPr="00C34EBD">
        <w:rPr>
          <w:rFonts w:ascii="Times New Roman" w:eastAsia="Times New Roman" w:hAnsi="Times New Roman"/>
          <w:b/>
          <w:color w:val="000000"/>
          <w:sz w:val="24"/>
          <w:lang w:val="ru-RU"/>
        </w:rPr>
        <w:t xml:space="preserve">Обучение грамоте </w:t>
      </w:r>
      <w:r w:rsidRPr="00C34EBD">
        <w:rPr>
          <w:lang w:val="ru-RU"/>
        </w:rPr>
        <w:br/>
      </w:r>
      <w:r w:rsidRPr="00C34EBD">
        <w:rPr>
          <w:lang w:val="ru-RU"/>
        </w:rPr>
        <w:tab/>
      </w:r>
      <w:r w:rsidRPr="00C34EBD">
        <w:rPr>
          <w:rFonts w:ascii="Times New Roman" w:eastAsia="Times New Roman" w:hAnsi="Times New Roman"/>
          <w:b/>
          <w:color w:val="000000"/>
          <w:sz w:val="24"/>
          <w:lang w:val="ru-RU"/>
        </w:rPr>
        <w:t xml:space="preserve">Развитие речи </w:t>
      </w:r>
      <w:r w:rsidRPr="00C34EBD">
        <w:rPr>
          <w:lang w:val="ru-RU"/>
        </w:rPr>
        <w:br/>
      </w:r>
      <w:r w:rsidRPr="00C34EBD">
        <w:rPr>
          <w:lang w:val="ru-RU"/>
        </w:rPr>
        <w:tab/>
      </w:r>
      <w:r w:rsidRPr="00C34EBD">
        <w:rPr>
          <w:rFonts w:ascii="Times New Roman" w:eastAsia="Times New Roman" w:hAnsi="Times New Roman"/>
          <w:color w:val="000000"/>
          <w:sz w:val="24"/>
          <w:lang w:val="ru-RU"/>
        </w:rPr>
        <w:t>Составление небольших рассказов повествовательного характера по серии сюжетных картинок, материалам собственных наблюдений, игр и занятий. Понимание текста при его прослушивании и при самостоятельном чтении вслух.</w:t>
      </w:r>
    </w:p>
    <w:p w14:paraId="2164E9B0" w14:textId="77777777" w:rsidR="004856BE" w:rsidRPr="00C34EBD" w:rsidRDefault="00750296" w:rsidP="00CF4DA6">
      <w:pPr>
        <w:tabs>
          <w:tab w:val="left" w:pos="180"/>
        </w:tabs>
        <w:autoSpaceDE w:val="0"/>
        <w:autoSpaceDN w:val="0"/>
        <w:spacing w:before="70" w:after="0" w:line="240" w:lineRule="auto"/>
        <w:ind w:right="144"/>
        <w:rPr>
          <w:lang w:val="ru-RU"/>
        </w:rPr>
      </w:pPr>
      <w:r w:rsidRPr="00C34EBD">
        <w:rPr>
          <w:lang w:val="ru-RU"/>
        </w:rPr>
        <w:tab/>
      </w:r>
      <w:r w:rsidRPr="00C34EBD">
        <w:rPr>
          <w:rFonts w:ascii="Times New Roman" w:eastAsia="Times New Roman" w:hAnsi="Times New Roman"/>
          <w:b/>
          <w:color w:val="000000"/>
          <w:sz w:val="24"/>
          <w:lang w:val="ru-RU"/>
        </w:rPr>
        <w:t xml:space="preserve">Слово и предложение </w:t>
      </w:r>
      <w:r w:rsidRPr="00C34EBD">
        <w:rPr>
          <w:lang w:val="ru-RU"/>
        </w:rPr>
        <w:br/>
      </w:r>
      <w:r w:rsidRPr="00C34EBD">
        <w:rPr>
          <w:lang w:val="ru-RU"/>
        </w:rPr>
        <w:tab/>
      </w:r>
      <w:r w:rsidRPr="00C34EBD">
        <w:rPr>
          <w:rFonts w:ascii="Times New Roman" w:eastAsia="Times New Roman" w:hAnsi="Times New Roman"/>
          <w:color w:val="000000"/>
          <w:sz w:val="24"/>
          <w:lang w:val="ru-RU"/>
        </w:rPr>
        <w:t>Различение слова и предложения. Работа с предложением: выделение слов, изменение его порядка. Восприятие слова как объекта изучения. Наблюдение за значением слова.</w:t>
      </w:r>
    </w:p>
    <w:p w14:paraId="3765CD05" w14:textId="77777777" w:rsidR="004856BE" w:rsidRPr="00C34EBD" w:rsidRDefault="00750296" w:rsidP="00CF4DA6">
      <w:pPr>
        <w:tabs>
          <w:tab w:val="left" w:pos="180"/>
        </w:tabs>
        <w:autoSpaceDE w:val="0"/>
        <w:autoSpaceDN w:val="0"/>
        <w:spacing w:before="72" w:after="0" w:line="240" w:lineRule="auto"/>
        <w:rPr>
          <w:lang w:val="ru-RU"/>
        </w:rPr>
      </w:pPr>
      <w:r w:rsidRPr="00C34EBD">
        <w:rPr>
          <w:lang w:val="ru-RU"/>
        </w:rPr>
        <w:tab/>
      </w:r>
      <w:r w:rsidRPr="00C34EBD">
        <w:rPr>
          <w:rFonts w:ascii="Times New Roman" w:eastAsia="Times New Roman" w:hAnsi="Times New Roman"/>
          <w:b/>
          <w:color w:val="000000"/>
          <w:sz w:val="24"/>
          <w:lang w:val="ru-RU"/>
        </w:rPr>
        <w:t xml:space="preserve">Чтение </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w:t>
      </w:r>
      <w:r w:rsidRPr="00C34EBD">
        <w:rPr>
          <w:lang w:val="ru-RU"/>
        </w:rPr>
        <w:br/>
      </w:r>
      <w:r w:rsidRPr="00C34EBD">
        <w:rPr>
          <w:rFonts w:ascii="Times New Roman" w:eastAsia="Times New Roman" w:hAnsi="Times New Roman"/>
          <w:color w:val="000000"/>
          <w:sz w:val="24"/>
          <w:lang w:val="ru-RU"/>
        </w:rPr>
        <w:t>словосочетаний, предложений. Выразительное чтение на материале небольших прозаических текстов и стихотворений.</w:t>
      </w:r>
    </w:p>
    <w:p w14:paraId="5777089D" w14:textId="77777777" w:rsidR="004856BE" w:rsidRPr="00C34EBD" w:rsidRDefault="00750296" w:rsidP="00CF4DA6">
      <w:pPr>
        <w:tabs>
          <w:tab w:val="left" w:pos="180"/>
        </w:tabs>
        <w:autoSpaceDE w:val="0"/>
        <w:autoSpaceDN w:val="0"/>
        <w:spacing w:before="70" w:after="0" w:line="240" w:lineRule="auto"/>
        <w:ind w:right="864"/>
        <w:rPr>
          <w:lang w:val="ru-RU"/>
        </w:rPr>
      </w:pPr>
      <w:r w:rsidRPr="00C34EBD">
        <w:rPr>
          <w:lang w:val="ru-RU"/>
        </w:rPr>
        <w:tab/>
      </w:r>
      <w:r w:rsidRPr="00C34EBD">
        <w:rPr>
          <w:rFonts w:ascii="Times New Roman" w:eastAsia="Times New Roman" w:hAnsi="Times New Roman"/>
          <w:color w:val="000000"/>
          <w:sz w:val="24"/>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14:paraId="0C925A09" w14:textId="77777777" w:rsidR="004856BE" w:rsidRPr="00C34EBD" w:rsidRDefault="00750296" w:rsidP="00CF4DA6">
      <w:pPr>
        <w:autoSpaceDE w:val="0"/>
        <w:autoSpaceDN w:val="0"/>
        <w:spacing w:before="70" w:after="0" w:line="240" w:lineRule="auto"/>
        <w:ind w:left="180" w:right="2016"/>
        <w:rPr>
          <w:lang w:val="ru-RU"/>
        </w:rPr>
      </w:pPr>
      <w:proofErr w:type="spellStart"/>
      <w:r w:rsidRPr="00C34EBD">
        <w:rPr>
          <w:rFonts w:ascii="Times New Roman" w:eastAsia="Times New Roman" w:hAnsi="Times New Roman"/>
          <w:b/>
          <w:color w:val="000000"/>
          <w:sz w:val="24"/>
          <w:lang w:val="ru-RU"/>
        </w:rPr>
        <w:t>Өйрəтəлəр</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мəктəплəрдə</w:t>
      </w:r>
      <w:proofErr w:type="spellEnd"/>
      <w:r w:rsidRPr="00C34EBD">
        <w:rPr>
          <w:rFonts w:ascii="Times New Roman" w:eastAsia="Times New Roman" w:hAnsi="Times New Roman"/>
          <w:b/>
          <w:color w:val="000000"/>
          <w:sz w:val="24"/>
          <w:lang w:val="ru-RU"/>
        </w:rPr>
        <w:t xml:space="preserve">… (Учат в школе...) </w:t>
      </w:r>
      <w:r w:rsidRPr="00C34EBD">
        <w:rPr>
          <w:lang w:val="ru-RU"/>
        </w:rPr>
        <w:br/>
      </w:r>
      <w:r w:rsidRPr="00C34EBD">
        <w:rPr>
          <w:rFonts w:ascii="Times New Roman" w:eastAsia="Times New Roman" w:hAnsi="Times New Roman"/>
          <w:color w:val="000000"/>
          <w:sz w:val="24"/>
          <w:lang w:val="ru-RU"/>
        </w:rPr>
        <w:t>Произведения о школьной жизни, уроках, одноклассниках, праздниках в школе.</w:t>
      </w:r>
    </w:p>
    <w:p w14:paraId="6594CD6E" w14:textId="77777777" w:rsidR="004856BE" w:rsidRPr="00C34EBD" w:rsidRDefault="00750296" w:rsidP="00CF4DA6">
      <w:pPr>
        <w:autoSpaceDE w:val="0"/>
        <w:autoSpaceDN w:val="0"/>
        <w:spacing w:before="70" w:after="0" w:line="240" w:lineRule="auto"/>
        <w:ind w:left="180"/>
        <w:rPr>
          <w:lang w:val="ru-RU"/>
        </w:rPr>
      </w:pPr>
      <w:r w:rsidRPr="00C34EBD">
        <w:rPr>
          <w:rFonts w:ascii="Times New Roman" w:eastAsia="Times New Roman" w:hAnsi="Times New Roman"/>
          <w:color w:val="000000"/>
          <w:sz w:val="24"/>
          <w:lang w:val="ru-RU"/>
        </w:rPr>
        <w:t xml:space="preserve">М. </w:t>
      </w:r>
      <w:proofErr w:type="spellStart"/>
      <w:r w:rsidRPr="00C34EBD">
        <w:rPr>
          <w:rFonts w:ascii="Times New Roman" w:eastAsia="Times New Roman" w:hAnsi="Times New Roman"/>
          <w:color w:val="000000"/>
          <w:sz w:val="24"/>
          <w:lang w:val="ru-RU"/>
        </w:rPr>
        <w:t>Джалиль</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Беренче</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дəрес</w:t>
      </w:r>
      <w:proofErr w:type="spellEnd"/>
      <w:r w:rsidRPr="00C34EBD">
        <w:rPr>
          <w:rFonts w:ascii="Times New Roman" w:eastAsia="Times New Roman" w:hAnsi="Times New Roman"/>
          <w:color w:val="000000"/>
          <w:sz w:val="24"/>
          <w:lang w:val="ru-RU"/>
        </w:rPr>
        <w:t>» («Первый урок»).</w:t>
      </w:r>
    </w:p>
    <w:p w14:paraId="1899DDB7" w14:textId="77777777" w:rsidR="004856BE" w:rsidRPr="00C34EBD" w:rsidRDefault="00750296" w:rsidP="00CF4DA6">
      <w:pPr>
        <w:autoSpaceDE w:val="0"/>
        <w:autoSpaceDN w:val="0"/>
        <w:spacing w:before="70" w:after="0" w:line="240" w:lineRule="auto"/>
        <w:ind w:left="180"/>
        <w:rPr>
          <w:lang w:val="ru-RU"/>
        </w:rPr>
      </w:pPr>
      <w:r w:rsidRPr="00C34EBD">
        <w:rPr>
          <w:rFonts w:ascii="Times New Roman" w:eastAsia="Times New Roman" w:hAnsi="Times New Roman"/>
          <w:color w:val="000000"/>
          <w:sz w:val="24"/>
          <w:lang w:val="ru-RU"/>
        </w:rPr>
        <w:t>Б. Рахмет. «</w:t>
      </w:r>
      <w:proofErr w:type="spellStart"/>
      <w:r w:rsidRPr="00C34EBD">
        <w:rPr>
          <w:rFonts w:ascii="Times New Roman" w:eastAsia="Times New Roman" w:hAnsi="Times New Roman"/>
          <w:color w:val="000000"/>
          <w:sz w:val="24"/>
          <w:lang w:val="ru-RU"/>
        </w:rPr>
        <w:t>Рəсем</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ясыйбыз</w:t>
      </w:r>
      <w:proofErr w:type="spellEnd"/>
      <w:r w:rsidRPr="00C34EBD">
        <w:rPr>
          <w:rFonts w:ascii="Times New Roman" w:eastAsia="Times New Roman" w:hAnsi="Times New Roman"/>
          <w:color w:val="000000"/>
          <w:sz w:val="24"/>
          <w:lang w:val="ru-RU"/>
        </w:rPr>
        <w:t>» («Мы рисуем»).</w:t>
      </w:r>
    </w:p>
    <w:p w14:paraId="61DB6668" w14:textId="77777777" w:rsidR="004856BE" w:rsidRPr="00C34EBD" w:rsidRDefault="00750296" w:rsidP="00CF4DA6">
      <w:pPr>
        <w:autoSpaceDE w:val="0"/>
        <w:autoSpaceDN w:val="0"/>
        <w:spacing w:before="70" w:after="0" w:line="240" w:lineRule="auto"/>
        <w:ind w:left="180"/>
        <w:rPr>
          <w:lang w:val="ru-RU"/>
        </w:rPr>
      </w:pPr>
      <w:r w:rsidRPr="00C34EBD">
        <w:rPr>
          <w:rFonts w:ascii="Times New Roman" w:eastAsia="Times New Roman" w:hAnsi="Times New Roman"/>
          <w:color w:val="000000"/>
          <w:sz w:val="24"/>
          <w:lang w:val="ru-RU"/>
        </w:rPr>
        <w:t xml:space="preserve">М. </w:t>
      </w:r>
      <w:proofErr w:type="spellStart"/>
      <w:r w:rsidRPr="00C34EBD">
        <w:rPr>
          <w:rFonts w:ascii="Times New Roman" w:eastAsia="Times New Roman" w:hAnsi="Times New Roman"/>
          <w:color w:val="000000"/>
          <w:sz w:val="24"/>
          <w:lang w:val="ru-RU"/>
        </w:rPr>
        <w:t>Магдеев</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Мəктəптə</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беренче</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көн</w:t>
      </w:r>
      <w:proofErr w:type="spellEnd"/>
      <w:r w:rsidRPr="00C34EBD">
        <w:rPr>
          <w:rFonts w:ascii="Times New Roman" w:eastAsia="Times New Roman" w:hAnsi="Times New Roman"/>
          <w:color w:val="000000"/>
          <w:sz w:val="24"/>
          <w:lang w:val="ru-RU"/>
        </w:rPr>
        <w:t>» («Первый день в школе»).</w:t>
      </w:r>
    </w:p>
    <w:p w14:paraId="38F49513" w14:textId="77777777" w:rsidR="004856BE" w:rsidRPr="00C34EBD" w:rsidRDefault="00750296" w:rsidP="00CF4DA6">
      <w:pPr>
        <w:autoSpaceDE w:val="0"/>
        <w:autoSpaceDN w:val="0"/>
        <w:spacing w:before="70" w:after="0" w:line="240" w:lineRule="auto"/>
        <w:ind w:left="180"/>
        <w:rPr>
          <w:lang w:val="ru-RU"/>
        </w:rPr>
      </w:pPr>
      <w:r w:rsidRPr="00C34EBD">
        <w:rPr>
          <w:rFonts w:ascii="Times New Roman" w:eastAsia="Times New Roman" w:hAnsi="Times New Roman"/>
          <w:color w:val="000000"/>
          <w:sz w:val="24"/>
          <w:lang w:val="ru-RU"/>
        </w:rPr>
        <w:t xml:space="preserve">Дж. </w:t>
      </w:r>
      <w:proofErr w:type="spellStart"/>
      <w:r w:rsidRPr="00C34EBD">
        <w:rPr>
          <w:rFonts w:ascii="Times New Roman" w:eastAsia="Times New Roman" w:hAnsi="Times New Roman"/>
          <w:color w:val="000000"/>
          <w:sz w:val="24"/>
          <w:lang w:val="ru-RU"/>
        </w:rPr>
        <w:t>Дарзаман</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Тискəре</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хəрефлəр</w:t>
      </w:r>
      <w:proofErr w:type="spellEnd"/>
      <w:r w:rsidRPr="00C34EBD">
        <w:rPr>
          <w:rFonts w:ascii="Times New Roman" w:eastAsia="Times New Roman" w:hAnsi="Times New Roman"/>
          <w:color w:val="000000"/>
          <w:sz w:val="24"/>
          <w:lang w:val="ru-RU"/>
        </w:rPr>
        <w:t>» («Непослушные буквы»).</w:t>
      </w:r>
    </w:p>
    <w:p w14:paraId="1A07C5F5" w14:textId="77777777" w:rsidR="004856BE" w:rsidRPr="00C34EBD" w:rsidRDefault="00750296" w:rsidP="00CF4DA6">
      <w:pPr>
        <w:autoSpaceDE w:val="0"/>
        <w:autoSpaceDN w:val="0"/>
        <w:spacing w:before="70" w:after="0" w:line="240" w:lineRule="auto"/>
        <w:ind w:left="180"/>
        <w:rPr>
          <w:lang w:val="ru-RU"/>
        </w:rPr>
      </w:pPr>
      <w:r w:rsidRPr="00C34EBD">
        <w:rPr>
          <w:rFonts w:ascii="Times New Roman" w:eastAsia="Times New Roman" w:hAnsi="Times New Roman"/>
          <w:color w:val="000000"/>
          <w:sz w:val="24"/>
          <w:lang w:val="ru-RU"/>
        </w:rPr>
        <w:t xml:space="preserve">Ш. </w:t>
      </w:r>
      <w:proofErr w:type="spellStart"/>
      <w:r w:rsidRPr="00C34EBD">
        <w:rPr>
          <w:rFonts w:ascii="Times New Roman" w:eastAsia="Times New Roman" w:hAnsi="Times New Roman"/>
          <w:color w:val="000000"/>
          <w:sz w:val="24"/>
          <w:lang w:val="ru-RU"/>
        </w:rPr>
        <w:t>Маннур</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Яхшы</w:t>
      </w:r>
      <w:proofErr w:type="spellEnd"/>
      <w:r w:rsidRPr="00C34EBD">
        <w:rPr>
          <w:rFonts w:ascii="Times New Roman" w:eastAsia="Times New Roman" w:hAnsi="Times New Roman"/>
          <w:color w:val="000000"/>
          <w:sz w:val="24"/>
          <w:lang w:val="ru-RU"/>
        </w:rPr>
        <w:t xml:space="preserve"> бел» («Знай хорошо»).</w:t>
      </w:r>
    </w:p>
    <w:p w14:paraId="3742097E" w14:textId="77777777" w:rsidR="004856BE" w:rsidRPr="00C34EBD" w:rsidRDefault="00750296" w:rsidP="00CF4DA6">
      <w:pPr>
        <w:autoSpaceDE w:val="0"/>
        <w:autoSpaceDN w:val="0"/>
        <w:spacing w:before="70" w:after="0" w:line="240" w:lineRule="auto"/>
        <w:ind w:left="180"/>
        <w:rPr>
          <w:lang w:val="ru-RU"/>
        </w:rPr>
      </w:pPr>
      <w:r w:rsidRPr="00C34EBD">
        <w:rPr>
          <w:rFonts w:ascii="Times New Roman" w:eastAsia="Times New Roman" w:hAnsi="Times New Roman"/>
          <w:color w:val="000000"/>
          <w:sz w:val="24"/>
          <w:lang w:val="ru-RU"/>
        </w:rPr>
        <w:t>К. Булатова. «</w:t>
      </w:r>
      <w:proofErr w:type="spellStart"/>
      <w:r w:rsidRPr="00C34EBD">
        <w:rPr>
          <w:rFonts w:ascii="Times New Roman" w:eastAsia="Times New Roman" w:hAnsi="Times New Roman"/>
          <w:color w:val="000000"/>
          <w:sz w:val="24"/>
          <w:lang w:val="ru-RU"/>
        </w:rPr>
        <w:t>Унга</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кадəр</w:t>
      </w:r>
      <w:proofErr w:type="spellEnd"/>
      <w:r w:rsidRPr="00C34EBD">
        <w:rPr>
          <w:rFonts w:ascii="Times New Roman" w:eastAsia="Times New Roman" w:hAnsi="Times New Roman"/>
          <w:color w:val="000000"/>
          <w:sz w:val="24"/>
          <w:lang w:val="ru-RU"/>
        </w:rPr>
        <w:t>» («До десяти»).</w:t>
      </w:r>
    </w:p>
    <w:p w14:paraId="7B72F72B" w14:textId="77777777" w:rsidR="004856BE" w:rsidRPr="00C34EBD" w:rsidRDefault="00750296" w:rsidP="00CF4DA6">
      <w:pPr>
        <w:autoSpaceDE w:val="0"/>
        <w:autoSpaceDN w:val="0"/>
        <w:spacing w:before="70" w:after="0" w:line="240" w:lineRule="auto"/>
        <w:ind w:left="180"/>
        <w:rPr>
          <w:lang w:val="ru-RU"/>
        </w:rPr>
      </w:pPr>
      <w:r w:rsidRPr="00C34EBD">
        <w:rPr>
          <w:rFonts w:ascii="Times New Roman" w:eastAsia="Times New Roman" w:hAnsi="Times New Roman"/>
          <w:color w:val="000000"/>
          <w:sz w:val="24"/>
          <w:lang w:val="ru-RU"/>
        </w:rPr>
        <w:t>Детский журнал «Сабантуй» о школе.</w:t>
      </w:r>
    </w:p>
    <w:p w14:paraId="04812902" w14:textId="77777777" w:rsidR="004856BE" w:rsidRPr="00C34EBD" w:rsidRDefault="00750296" w:rsidP="00CF4DA6">
      <w:pPr>
        <w:tabs>
          <w:tab w:val="left" w:pos="180"/>
        </w:tabs>
        <w:autoSpaceDE w:val="0"/>
        <w:autoSpaceDN w:val="0"/>
        <w:spacing w:before="70" w:after="0" w:line="240" w:lineRule="auto"/>
        <w:ind w:right="144"/>
        <w:rPr>
          <w:lang w:val="ru-RU"/>
        </w:rPr>
      </w:pPr>
      <w:r w:rsidRPr="00C34EBD">
        <w:rPr>
          <w:lang w:val="ru-RU"/>
        </w:rPr>
        <w:tab/>
      </w:r>
      <w:r w:rsidRPr="00C34EBD">
        <w:rPr>
          <w:rFonts w:ascii="Times New Roman" w:eastAsia="Times New Roman" w:hAnsi="Times New Roman"/>
          <w:b/>
          <w:color w:val="000000"/>
          <w:sz w:val="24"/>
          <w:lang w:val="ru-RU"/>
        </w:rPr>
        <w:t xml:space="preserve">Минем </w:t>
      </w:r>
      <w:proofErr w:type="spellStart"/>
      <w:r w:rsidRPr="00C34EBD">
        <w:rPr>
          <w:rFonts w:ascii="Times New Roman" w:eastAsia="Times New Roman" w:hAnsi="Times New Roman"/>
          <w:b/>
          <w:color w:val="000000"/>
          <w:sz w:val="24"/>
          <w:lang w:val="ru-RU"/>
        </w:rPr>
        <w:t>гаилə</w:t>
      </w:r>
      <w:proofErr w:type="spellEnd"/>
      <w:r w:rsidRPr="00C34EBD">
        <w:rPr>
          <w:rFonts w:ascii="Times New Roman" w:eastAsia="Times New Roman" w:hAnsi="Times New Roman"/>
          <w:b/>
          <w:color w:val="000000"/>
          <w:sz w:val="24"/>
          <w:lang w:val="ru-RU"/>
        </w:rPr>
        <w:t xml:space="preserve"> (Моя семья) </w:t>
      </w:r>
      <w:r w:rsidRPr="00C34EBD">
        <w:rPr>
          <w:lang w:val="ru-RU"/>
        </w:rPr>
        <w:br/>
      </w:r>
      <w:r w:rsidRPr="00C34EBD">
        <w:rPr>
          <w:lang w:val="ru-RU"/>
        </w:rPr>
        <w:tab/>
      </w:r>
      <w:r w:rsidRPr="00C34EBD">
        <w:rPr>
          <w:rFonts w:ascii="Times New Roman" w:eastAsia="Times New Roman" w:hAnsi="Times New Roman"/>
          <w:color w:val="000000"/>
          <w:sz w:val="24"/>
          <w:lang w:val="ru-RU"/>
        </w:rPr>
        <w:t>Произведения о семье и ее роли в жизни человека, о членах семьи, семейных традициях, ситуациях общения в семье.</w:t>
      </w:r>
    </w:p>
    <w:p w14:paraId="6A0ED2EB" w14:textId="77777777" w:rsidR="004856BE" w:rsidRPr="00C34EBD" w:rsidRDefault="00750296" w:rsidP="00CF4DA6">
      <w:pPr>
        <w:autoSpaceDE w:val="0"/>
        <w:autoSpaceDN w:val="0"/>
        <w:spacing w:before="72" w:after="0" w:line="240" w:lineRule="auto"/>
        <w:ind w:left="180"/>
        <w:rPr>
          <w:lang w:val="ru-RU"/>
        </w:rPr>
      </w:pPr>
      <w:r w:rsidRPr="00C34EBD">
        <w:rPr>
          <w:rFonts w:ascii="Times New Roman" w:eastAsia="Times New Roman" w:hAnsi="Times New Roman"/>
          <w:color w:val="000000"/>
          <w:sz w:val="24"/>
          <w:lang w:val="ru-RU"/>
        </w:rPr>
        <w:t>Г. Тукай. «</w:t>
      </w:r>
      <w:proofErr w:type="spellStart"/>
      <w:r w:rsidRPr="00C34EBD">
        <w:rPr>
          <w:rFonts w:ascii="Times New Roman" w:eastAsia="Times New Roman" w:hAnsi="Times New Roman"/>
          <w:color w:val="000000"/>
          <w:sz w:val="24"/>
          <w:lang w:val="ru-RU"/>
        </w:rPr>
        <w:t>Безнең</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гаилə</w:t>
      </w:r>
      <w:proofErr w:type="spellEnd"/>
      <w:r w:rsidRPr="00C34EBD">
        <w:rPr>
          <w:rFonts w:ascii="Times New Roman" w:eastAsia="Times New Roman" w:hAnsi="Times New Roman"/>
          <w:color w:val="000000"/>
          <w:sz w:val="24"/>
          <w:lang w:val="ru-RU"/>
        </w:rPr>
        <w:t>» («Наша семья»).</w:t>
      </w:r>
    </w:p>
    <w:p w14:paraId="55BE6D1E" w14:textId="77777777" w:rsidR="004856BE" w:rsidRPr="00C34EBD" w:rsidRDefault="00750296" w:rsidP="00CF4DA6">
      <w:pPr>
        <w:autoSpaceDE w:val="0"/>
        <w:autoSpaceDN w:val="0"/>
        <w:spacing w:before="72" w:after="0" w:line="240" w:lineRule="auto"/>
        <w:ind w:left="180"/>
        <w:rPr>
          <w:lang w:val="ru-RU"/>
        </w:rPr>
      </w:pPr>
      <w:r w:rsidRPr="00C34EBD">
        <w:rPr>
          <w:rFonts w:ascii="Times New Roman" w:eastAsia="Times New Roman" w:hAnsi="Times New Roman"/>
          <w:color w:val="000000"/>
          <w:sz w:val="24"/>
          <w:lang w:val="ru-RU"/>
        </w:rPr>
        <w:t>Р. Валиев. «</w:t>
      </w:r>
      <w:proofErr w:type="spellStart"/>
      <w:r w:rsidRPr="00C34EBD">
        <w:rPr>
          <w:rFonts w:ascii="Times New Roman" w:eastAsia="Times New Roman" w:hAnsi="Times New Roman"/>
          <w:color w:val="000000"/>
          <w:sz w:val="24"/>
          <w:lang w:val="ru-RU"/>
        </w:rPr>
        <w:t>Барысын</w:t>
      </w:r>
      <w:proofErr w:type="spellEnd"/>
      <w:r w:rsidRPr="00C34EBD">
        <w:rPr>
          <w:rFonts w:ascii="Times New Roman" w:eastAsia="Times New Roman" w:hAnsi="Times New Roman"/>
          <w:color w:val="000000"/>
          <w:sz w:val="24"/>
          <w:lang w:val="ru-RU"/>
        </w:rPr>
        <w:t xml:space="preserve"> да </w:t>
      </w:r>
      <w:proofErr w:type="spellStart"/>
      <w:r w:rsidRPr="00C34EBD">
        <w:rPr>
          <w:rFonts w:ascii="Times New Roman" w:eastAsia="Times New Roman" w:hAnsi="Times New Roman"/>
          <w:color w:val="000000"/>
          <w:sz w:val="24"/>
          <w:lang w:val="ru-RU"/>
        </w:rPr>
        <w:t>яратам</w:t>
      </w:r>
      <w:proofErr w:type="spellEnd"/>
      <w:r w:rsidRPr="00C34EBD">
        <w:rPr>
          <w:rFonts w:ascii="Times New Roman" w:eastAsia="Times New Roman" w:hAnsi="Times New Roman"/>
          <w:color w:val="000000"/>
          <w:sz w:val="24"/>
          <w:lang w:val="ru-RU"/>
        </w:rPr>
        <w:t>» («Всех люблю»).</w:t>
      </w:r>
    </w:p>
    <w:p w14:paraId="056CF962" w14:textId="77777777" w:rsidR="004856BE" w:rsidRPr="00C34EBD" w:rsidRDefault="00750296" w:rsidP="00CF4DA6">
      <w:pPr>
        <w:autoSpaceDE w:val="0"/>
        <w:autoSpaceDN w:val="0"/>
        <w:spacing w:before="70" w:after="0" w:line="240" w:lineRule="auto"/>
        <w:ind w:left="180"/>
        <w:rPr>
          <w:lang w:val="ru-RU"/>
        </w:rPr>
      </w:pPr>
      <w:r w:rsidRPr="00C34EBD">
        <w:rPr>
          <w:rFonts w:ascii="Times New Roman" w:eastAsia="Times New Roman" w:hAnsi="Times New Roman"/>
          <w:color w:val="000000"/>
          <w:sz w:val="24"/>
          <w:lang w:val="ru-RU"/>
        </w:rPr>
        <w:t xml:space="preserve">Ш. </w:t>
      </w:r>
      <w:proofErr w:type="spellStart"/>
      <w:r w:rsidRPr="00C34EBD">
        <w:rPr>
          <w:rFonts w:ascii="Times New Roman" w:eastAsia="Times New Roman" w:hAnsi="Times New Roman"/>
          <w:color w:val="000000"/>
          <w:sz w:val="24"/>
          <w:lang w:val="ru-RU"/>
        </w:rPr>
        <w:t>Галиев</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Дəү</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əнигə</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күчтəнəч</w:t>
      </w:r>
      <w:proofErr w:type="spellEnd"/>
      <w:r w:rsidRPr="00C34EBD">
        <w:rPr>
          <w:rFonts w:ascii="Times New Roman" w:eastAsia="Times New Roman" w:hAnsi="Times New Roman"/>
          <w:color w:val="000000"/>
          <w:sz w:val="24"/>
          <w:lang w:val="ru-RU"/>
        </w:rPr>
        <w:t>» («Гостинцы для бабушки»).</w:t>
      </w:r>
    </w:p>
    <w:p w14:paraId="40A7E424" w14:textId="77777777" w:rsidR="004856BE" w:rsidRPr="00C34EBD" w:rsidRDefault="00750296" w:rsidP="00CF4DA6">
      <w:pPr>
        <w:tabs>
          <w:tab w:val="left" w:pos="180"/>
        </w:tabs>
        <w:autoSpaceDE w:val="0"/>
        <w:autoSpaceDN w:val="0"/>
        <w:spacing w:before="70" w:after="0" w:line="240" w:lineRule="auto"/>
        <w:ind w:right="864"/>
        <w:rPr>
          <w:lang w:val="ru-RU"/>
        </w:rPr>
      </w:pPr>
      <w:r w:rsidRPr="00C34EBD">
        <w:rPr>
          <w:lang w:val="ru-RU"/>
        </w:rPr>
        <w:tab/>
      </w:r>
      <w:r w:rsidRPr="00C34EBD">
        <w:rPr>
          <w:rFonts w:ascii="Times New Roman" w:eastAsia="Times New Roman" w:hAnsi="Times New Roman"/>
          <w:b/>
          <w:color w:val="000000"/>
          <w:sz w:val="24"/>
          <w:lang w:val="ru-RU"/>
        </w:rPr>
        <w:t xml:space="preserve">Татар </w:t>
      </w:r>
      <w:proofErr w:type="spellStart"/>
      <w:r w:rsidRPr="00C34EBD">
        <w:rPr>
          <w:rFonts w:ascii="Times New Roman" w:eastAsia="Times New Roman" w:hAnsi="Times New Roman"/>
          <w:b/>
          <w:color w:val="000000"/>
          <w:sz w:val="24"/>
          <w:lang w:val="ru-RU"/>
        </w:rPr>
        <w:t>халык</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иҗаты</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Санамышлар</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эндəшлəр</w:t>
      </w:r>
      <w:proofErr w:type="spellEnd"/>
      <w:r w:rsidRPr="00C34EBD">
        <w:rPr>
          <w:rFonts w:ascii="Times New Roman" w:eastAsia="Times New Roman" w:hAnsi="Times New Roman"/>
          <w:b/>
          <w:color w:val="000000"/>
          <w:sz w:val="24"/>
          <w:lang w:val="ru-RU"/>
        </w:rPr>
        <w:t xml:space="preserve"> </w:t>
      </w:r>
      <w:r w:rsidRPr="00C34EBD">
        <w:rPr>
          <w:lang w:val="ru-RU"/>
        </w:rPr>
        <w:br/>
      </w:r>
      <w:r w:rsidRPr="00C34EBD">
        <w:rPr>
          <w:lang w:val="ru-RU"/>
        </w:rPr>
        <w:tab/>
      </w:r>
      <w:r w:rsidRPr="00C34EBD">
        <w:rPr>
          <w:rFonts w:ascii="Times New Roman" w:eastAsia="Times New Roman" w:hAnsi="Times New Roman"/>
          <w:b/>
          <w:color w:val="000000"/>
          <w:sz w:val="24"/>
          <w:lang w:val="ru-RU"/>
        </w:rPr>
        <w:t xml:space="preserve">(Татарское устное народное творчество. Считалки, </w:t>
      </w:r>
      <w:proofErr w:type="spellStart"/>
      <w:r w:rsidRPr="00C34EBD">
        <w:rPr>
          <w:rFonts w:ascii="Times New Roman" w:eastAsia="Times New Roman" w:hAnsi="Times New Roman"/>
          <w:b/>
          <w:color w:val="000000"/>
          <w:sz w:val="24"/>
          <w:lang w:val="ru-RU"/>
        </w:rPr>
        <w:t>заклички</w:t>
      </w:r>
      <w:proofErr w:type="spellEnd"/>
      <w:r w:rsidRPr="00C34EBD">
        <w:rPr>
          <w:rFonts w:ascii="Times New Roman" w:eastAsia="Times New Roman" w:hAnsi="Times New Roman"/>
          <w:b/>
          <w:color w:val="000000"/>
          <w:sz w:val="24"/>
          <w:lang w:val="ru-RU"/>
        </w:rPr>
        <w:t xml:space="preserve">) </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Малые жанры татарского устного народного творчества, их место в нашей жизни, ситуации использования. Считалки. </w:t>
      </w:r>
      <w:proofErr w:type="spellStart"/>
      <w:r w:rsidRPr="00C34EBD">
        <w:rPr>
          <w:rFonts w:ascii="Times New Roman" w:eastAsia="Times New Roman" w:hAnsi="Times New Roman"/>
          <w:color w:val="000000"/>
          <w:sz w:val="24"/>
          <w:lang w:val="ru-RU"/>
        </w:rPr>
        <w:t>Заклички</w:t>
      </w:r>
      <w:proofErr w:type="spellEnd"/>
      <w:r w:rsidRPr="00C34EBD">
        <w:rPr>
          <w:rFonts w:ascii="Times New Roman" w:eastAsia="Times New Roman" w:hAnsi="Times New Roman"/>
          <w:color w:val="000000"/>
          <w:sz w:val="24"/>
          <w:lang w:val="ru-RU"/>
        </w:rPr>
        <w:t>.</w:t>
      </w:r>
    </w:p>
    <w:p w14:paraId="03E8141F" w14:textId="77777777" w:rsidR="004856BE" w:rsidRPr="00C34EBD" w:rsidRDefault="00750296" w:rsidP="00CF4DA6">
      <w:pPr>
        <w:autoSpaceDE w:val="0"/>
        <w:autoSpaceDN w:val="0"/>
        <w:spacing w:before="70" w:after="0" w:line="240" w:lineRule="auto"/>
        <w:ind w:left="180" w:right="3600"/>
        <w:rPr>
          <w:lang w:val="ru-RU"/>
        </w:rPr>
      </w:pPr>
      <w:proofErr w:type="spellStart"/>
      <w:r w:rsidRPr="00C34EBD">
        <w:rPr>
          <w:rFonts w:ascii="Times New Roman" w:eastAsia="Times New Roman" w:hAnsi="Times New Roman"/>
          <w:b/>
          <w:color w:val="000000"/>
          <w:sz w:val="24"/>
          <w:lang w:val="ru-RU"/>
        </w:rPr>
        <w:t>Ямьле</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табигать</w:t>
      </w:r>
      <w:proofErr w:type="spellEnd"/>
      <w:r w:rsidRPr="00C34EBD">
        <w:rPr>
          <w:rFonts w:ascii="Times New Roman" w:eastAsia="Times New Roman" w:hAnsi="Times New Roman"/>
          <w:b/>
          <w:color w:val="000000"/>
          <w:sz w:val="24"/>
          <w:lang w:val="ru-RU"/>
        </w:rPr>
        <w:t xml:space="preserve"> (Красивая природа) </w:t>
      </w:r>
      <w:r w:rsidRPr="00C34EBD">
        <w:rPr>
          <w:lang w:val="ru-RU"/>
        </w:rPr>
        <w:br/>
      </w:r>
      <w:r w:rsidRPr="00C34EBD">
        <w:rPr>
          <w:rFonts w:ascii="Times New Roman" w:eastAsia="Times New Roman" w:hAnsi="Times New Roman"/>
          <w:color w:val="000000"/>
          <w:sz w:val="24"/>
          <w:lang w:val="ru-RU"/>
        </w:rPr>
        <w:t>Произведения о природе, о ее красоте, о важности ее сохранения.</w:t>
      </w:r>
    </w:p>
    <w:p w14:paraId="795890F8" w14:textId="77777777" w:rsidR="004856BE" w:rsidRPr="00C34EBD" w:rsidRDefault="00750296" w:rsidP="00CF4DA6">
      <w:pPr>
        <w:autoSpaceDE w:val="0"/>
        <w:autoSpaceDN w:val="0"/>
        <w:spacing w:before="70" w:after="0" w:line="240" w:lineRule="auto"/>
        <w:ind w:left="180" w:right="4176"/>
        <w:rPr>
          <w:lang w:val="ru-RU"/>
        </w:rPr>
      </w:pPr>
      <w:r w:rsidRPr="00C34EBD">
        <w:rPr>
          <w:rFonts w:ascii="Times New Roman" w:eastAsia="Times New Roman" w:hAnsi="Times New Roman"/>
          <w:color w:val="000000"/>
          <w:sz w:val="24"/>
          <w:lang w:val="ru-RU"/>
        </w:rPr>
        <w:t xml:space="preserve">И. </w:t>
      </w:r>
      <w:proofErr w:type="spellStart"/>
      <w:r w:rsidRPr="00C34EBD">
        <w:rPr>
          <w:rFonts w:ascii="Times New Roman" w:eastAsia="Times New Roman" w:hAnsi="Times New Roman"/>
          <w:color w:val="000000"/>
          <w:sz w:val="24"/>
          <w:lang w:val="ru-RU"/>
        </w:rPr>
        <w:t>Туктар</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Җем-җем</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Чвик</w:t>
      </w:r>
      <w:proofErr w:type="spellEnd"/>
      <w:r w:rsidRPr="00C34EBD">
        <w:rPr>
          <w:rFonts w:ascii="Times New Roman" w:eastAsia="Times New Roman" w:hAnsi="Times New Roman"/>
          <w:color w:val="000000"/>
          <w:sz w:val="24"/>
          <w:lang w:val="ru-RU"/>
        </w:rPr>
        <w:t>!»</w:t>
      </w:r>
      <w:r w:rsidRPr="00C34EBD">
        <w:rPr>
          <w:lang w:val="ru-RU"/>
        </w:rPr>
        <w:br/>
      </w:r>
      <w:r w:rsidRPr="00C34EBD">
        <w:rPr>
          <w:rFonts w:ascii="Times New Roman" w:eastAsia="Times New Roman" w:hAnsi="Times New Roman"/>
          <w:color w:val="000000"/>
          <w:sz w:val="24"/>
          <w:lang w:val="ru-RU"/>
        </w:rPr>
        <w:t xml:space="preserve">Ф. </w:t>
      </w:r>
      <w:proofErr w:type="spellStart"/>
      <w:r w:rsidRPr="00C34EBD">
        <w:rPr>
          <w:rFonts w:ascii="Times New Roman" w:eastAsia="Times New Roman" w:hAnsi="Times New Roman"/>
          <w:color w:val="000000"/>
          <w:sz w:val="24"/>
          <w:lang w:val="ru-RU"/>
        </w:rPr>
        <w:t>Садриев</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Яңгыр</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яу</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яу</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яу</w:t>
      </w:r>
      <w:proofErr w:type="spellEnd"/>
      <w:r w:rsidRPr="00C34EBD">
        <w:rPr>
          <w:rFonts w:ascii="Times New Roman" w:eastAsia="Times New Roman" w:hAnsi="Times New Roman"/>
          <w:color w:val="000000"/>
          <w:sz w:val="24"/>
          <w:lang w:val="ru-RU"/>
        </w:rPr>
        <w:t>!» («Дождик, лей, лей, лей!»).</w:t>
      </w:r>
    </w:p>
    <w:p w14:paraId="55BE84A3" w14:textId="77777777" w:rsidR="004856BE" w:rsidRPr="00C34EBD" w:rsidRDefault="00750296" w:rsidP="00CF4DA6">
      <w:pPr>
        <w:autoSpaceDE w:val="0"/>
        <w:autoSpaceDN w:val="0"/>
        <w:spacing w:before="70" w:after="0" w:line="240" w:lineRule="auto"/>
        <w:ind w:left="180"/>
        <w:rPr>
          <w:lang w:val="ru-RU"/>
        </w:rPr>
      </w:pPr>
      <w:r w:rsidRPr="00C34EBD">
        <w:rPr>
          <w:rFonts w:ascii="Times New Roman" w:eastAsia="Times New Roman" w:hAnsi="Times New Roman"/>
          <w:color w:val="000000"/>
          <w:sz w:val="24"/>
          <w:lang w:val="ru-RU"/>
        </w:rPr>
        <w:t xml:space="preserve">Ш. </w:t>
      </w:r>
      <w:proofErr w:type="spellStart"/>
      <w:r w:rsidRPr="00C34EBD">
        <w:rPr>
          <w:rFonts w:ascii="Times New Roman" w:eastAsia="Times New Roman" w:hAnsi="Times New Roman"/>
          <w:color w:val="000000"/>
          <w:sz w:val="24"/>
          <w:lang w:val="ru-RU"/>
        </w:rPr>
        <w:t>Галиев</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Тəмле</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җəй</w:t>
      </w:r>
      <w:proofErr w:type="spellEnd"/>
      <w:r w:rsidRPr="00C34EBD">
        <w:rPr>
          <w:rFonts w:ascii="Times New Roman" w:eastAsia="Times New Roman" w:hAnsi="Times New Roman"/>
          <w:color w:val="000000"/>
          <w:sz w:val="24"/>
          <w:lang w:val="ru-RU"/>
        </w:rPr>
        <w:t>» («Вкусное лето»).</w:t>
      </w:r>
    </w:p>
    <w:p w14:paraId="0A857FAD" w14:textId="77777777" w:rsidR="00CF4DA6" w:rsidRDefault="00CF4DA6" w:rsidP="00CF4DA6">
      <w:pPr>
        <w:autoSpaceDE w:val="0"/>
        <w:autoSpaceDN w:val="0"/>
        <w:spacing w:before="262" w:after="0" w:line="230" w:lineRule="auto"/>
        <w:jc w:val="center"/>
        <w:rPr>
          <w:rFonts w:ascii="Times New Roman" w:eastAsia="Times New Roman" w:hAnsi="Times New Roman"/>
          <w:b/>
          <w:color w:val="000000"/>
          <w:sz w:val="24"/>
          <w:lang w:val="ru-RU"/>
        </w:rPr>
      </w:pPr>
    </w:p>
    <w:p w14:paraId="44FC89C4" w14:textId="77777777" w:rsidR="00CF4DA6" w:rsidRDefault="00CF4DA6" w:rsidP="00CF4DA6">
      <w:pPr>
        <w:autoSpaceDE w:val="0"/>
        <w:autoSpaceDN w:val="0"/>
        <w:spacing w:before="262" w:after="0" w:line="230" w:lineRule="auto"/>
        <w:jc w:val="center"/>
        <w:rPr>
          <w:rFonts w:ascii="Times New Roman" w:eastAsia="Times New Roman" w:hAnsi="Times New Roman"/>
          <w:b/>
          <w:color w:val="000000"/>
          <w:sz w:val="24"/>
          <w:lang w:val="ru-RU"/>
        </w:rPr>
      </w:pPr>
    </w:p>
    <w:p w14:paraId="08F33583" w14:textId="3E7FB982" w:rsidR="004856BE" w:rsidRPr="00C34EBD" w:rsidRDefault="00750296" w:rsidP="00CF4DA6">
      <w:pPr>
        <w:autoSpaceDE w:val="0"/>
        <w:autoSpaceDN w:val="0"/>
        <w:spacing w:before="262" w:after="0" w:line="230" w:lineRule="auto"/>
        <w:jc w:val="center"/>
        <w:rPr>
          <w:lang w:val="ru-RU"/>
        </w:rPr>
      </w:pPr>
      <w:r w:rsidRPr="00C34EBD">
        <w:rPr>
          <w:rFonts w:ascii="Times New Roman" w:eastAsia="Times New Roman" w:hAnsi="Times New Roman"/>
          <w:b/>
          <w:color w:val="000000"/>
          <w:sz w:val="24"/>
          <w:lang w:val="ru-RU"/>
        </w:rPr>
        <w:t>2 КЛАСС</w:t>
      </w:r>
    </w:p>
    <w:p w14:paraId="7558A353" w14:textId="273E005E" w:rsidR="004856BE" w:rsidRDefault="00750296" w:rsidP="00CF4DA6">
      <w:pPr>
        <w:autoSpaceDE w:val="0"/>
        <w:autoSpaceDN w:val="0"/>
        <w:spacing w:after="0" w:line="240" w:lineRule="auto"/>
        <w:ind w:left="180"/>
        <w:rPr>
          <w:rFonts w:ascii="Times New Roman" w:eastAsia="Times New Roman" w:hAnsi="Times New Roman"/>
          <w:b/>
          <w:color w:val="000000"/>
          <w:sz w:val="24"/>
          <w:lang w:val="ru-RU"/>
        </w:rPr>
      </w:pPr>
      <w:r w:rsidRPr="00C34EBD">
        <w:rPr>
          <w:rFonts w:ascii="Times New Roman" w:eastAsia="Times New Roman" w:hAnsi="Times New Roman"/>
          <w:b/>
          <w:color w:val="000000"/>
          <w:sz w:val="24"/>
          <w:lang w:val="ru-RU"/>
        </w:rPr>
        <w:t xml:space="preserve">Алтын </w:t>
      </w:r>
      <w:proofErr w:type="spellStart"/>
      <w:r w:rsidRPr="00C34EBD">
        <w:rPr>
          <w:rFonts w:ascii="Times New Roman" w:eastAsia="Times New Roman" w:hAnsi="Times New Roman"/>
          <w:b/>
          <w:color w:val="000000"/>
          <w:sz w:val="24"/>
          <w:lang w:val="ru-RU"/>
        </w:rPr>
        <w:t>көз</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җитте</w:t>
      </w:r>
      <w:proofErr w:type="spellEnd"/>
      <w:r w:rsidRPr="00C34EBD">
        <w:rPr>
          <w:rFonts w:ascii="Times New Roman" w:eastAsia="Times New Roman" w:hAnsi="Times New Roman"/>
          <w:b/>
          <w:color w:val="000000"/>
          <w:sz w:val="24"/>
          <w:lang w:val="ru-RU"/>
        </w:rPr>
        <w:t xml:space="preserve"> (Наступила золотая осень)</w:t>
      </w:r>
    </w:p>
    <w:p w14:paraId="19EEC5B2"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Произведения о красоте осенней природы, осеннего леса, о празднике 1 сентября.</w:t>
      </w:r>
    </w:p>
    <w:p w14:paraId="7822FBC7"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Б. Рахмет. «Сара </w:t>
      </w:r>
      <w:proofErr w:type="spellStart"/>
      <w:r w:rsidRPr="00C34EBD">
        <w:rPr>
          <w:rFonts w:ascii="Times New Roman" w:eastAsia="Times New Roman" w:hAnsi="Times New Roman"/>
          <w:color w:val="000000"/>
          <w:sz w:val="24"/>
          <w:lang w:val="ru-RU"/>
        </w:rPr>
        <w:t>мəктəпкə</w:t>
      </w:r>
      <w:proofErr w:type="spellEnd"/>
      <w:r w:rsidRPr="00C34EBD">
        <w:rPr>
          <w:rFonts w:ascii="Times New Roman" w:eastAsia="Times New Roman" w:hAnsi="Times New Roman"/>
          <w:color w:val="000000"/>
          <w:sz w:val="24"/>
          <w:lang w:val="ru-RU"/>
        </w:rPr>
        <w:t xml:space="preserve"> бара» («Сара идет в школу»).</w:t>
      </w:r>
    </w:p>
    <w:p w14:paraId="7121F162"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Р. Валиева. «</w:t>
      </w:r>
      <w:proofErr w:type="spellStart"/>
      <w:r w:rsidRPr="00C34EBD">
        <w:rPr>
          <w:rFonts w:ascii="Times New Roman" w:eastAsia="Times New Roman" w:hAnsi="Times New Roman"/>
          <w:color w:val="000000"/>
          <w:sz w:val="24"/>
          <w:lang w:val="ru-RU"/>
        </w:rPr>
        <w:t>Көз</w:t>
      </w:r>
      <w:proofErr w:type="spellEnd"/>
      <w:r w:rsidRPr="00C34EBD">
        <w:rPr>
          <w:rFonts w:ascii="Times New Roman" w:eastAsia="Times New Roman" w:hAnsi="Times New Roman"/>
          <w:color w:val="000000"/>
          <w:sz w:val="24"/>
          <w:lang w:val="ru-RU"/>
        </w:rPr>
        <w:t>» («Осень»).</w:t>
      </w:r>
    </w:p>
    <w:p w14:paraId="3E36329D"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Г. Хасанов. «</w:t>
      </w:r>
      <w:proofErr w:type="spellStart"/>
      <w:r w:rsidRPr="00C34EBD">
        <w:rPr>
          <w:rFonts w:ascii="Times New Roman" w:eastAsia="Times New Roman" w:hAnsi="Times New Roman"/>
          <w:color w:val="000000"/>
          <w:sz w:val="24"/>
          <w:lang w:val="ru-RU"/>
        </w:rPr>
        <w:t>Көзге</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бакча</w:t>
      </w:r>
      <w:proofErr w:type="spellEnd"/>
      <w:r w:rsidRPr="00C34EBD">
        <w:rPr>
          <w:rFonts w:ascii="Times New Roman" w:eastAsia="Times New Roman" w:hAnsi="Times New Roman"/>
          <w:color w:val="000000"/>
          <w:sz w:val="24"/>
          <w:lang w:val="ru-RU"/>
        </w:rPr>
        <w:t>» («Осенний сад»).</w:t>
      </w:r>
    </w:p>
    <w:p w14:paraId="40408E2C"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Ф. Яруллин. «</w:t>
      </w:r>
      <w:proofErr w:type="spellStart"/>
      <w:r w:rsidRPr="00C34EBD">
        <w:rPr>
          <w:rFonts w:ascii="Times New Roman" w:eastAsia="Times New Roman" w:hAnsi="Times New Roman"/>
          <w:color w:val="000000"/>
          <w:sz w:val="24"/>
          <w:lang w:val="ru-RU"/>
        </w:rPr>
        <w:t>Көзге</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табын</w:t>
      </w:r>
      <w:proofErr w:type="spellEnd"/>
      <w:r w:rsidRPr="00C34EBD">
        <w:rPr>
          <w:rFonts w:ascii="Times New Roman" w:eastAsia="Times New Roman" w:hAnsi="Times New Roman"/>
          <w:color w:val="000000"/>
          <w:sz w:val="24"/>
          <w:lang w:val="ru-RU"/>
        </w:rPr>
        <w:t>» («Осенние яства»).</w:t>
      </w:r>
    </w:p>
    <w:p w14:paraId="079AFF5C"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И. </w:t>
      </w:r>
      <w:proofErr w:type="spellStart"/>
      <w:r w:rsidRPr="00C34EBD">
        <w:rPr>
          <w:rFonts w:ascii="Times New Roman" w:eastAsia="Times New Roman" w:hAnsi="Times New Roman"/>
          <w:color w:val="000000"/>
          <w:sz w:val="24"/>
          <w:lang w:val="ru-RU"/>
        </w:rPr>
        <w:t>Туктар</w:t>
      </w:r>
      <w:proofErr w:type="spellEnd"/>
      <w:r w:rsidRPr="00C34EBD">
        <w:rPr>
          <w:rFonts w:ascii="Times New Roman" w:eastAsia="Times New Roman" w:hAnsi="Times New Roman"/>
          <w:color w:val="000000"/>
          <w:sz w:val="24"/>
          <w:lang w:val="ru-RU"/>
        </w:rPr>
        <w:t>. «Урман букеты» («Лесной букет»).</w:t>
      </w:r>
    </w:p>
    <w:p w14:paraId="604329F0" w14:textId="77777777" w:rsidR="004856BE" w:rsidRPr="00C34EBD" w:rsidRDefault="00750296" w:rsidP="00CF4DA6">
      <w:pPr>
        <w:tabs>
          <w:tab w:val="left" w:pos="180"/>
        </w:tabs>
        <w:autoSpaceDE w:val="0"/>
        <w:autoSpaceDN w:val="0"/>
        <w:spacing w:after="0" w:line="240" w:lineRule="auto"/>
        <w:rPr>
          <w:lang w:val="ru-RU"/>
        </w:rPr>
      </w:pPr>
      <w:r w:rsidRPr="00C34EBD">
        <w:rPr>
          <w:lang w:val="ru-RU"/>
        </w:rPr>
        <w:tab/>
      </w:r>
      <w:r w:rsidRPr="00C34EBD">
        <w:rPr>
          <w:rFonts w:ascii="Times New Roman" w:eastAsia="Times New Roman" w:hAnsi="Times New Roman"/>
          <w:b/>
          <w:color w:val="000000"/>
          <w:sz w:val="24"/>
          <w:lang w:val="ru-RU"/>
        </w:rPr>
        <w:t xml:space="preserve">Татар </w:t>
      </w:r>
      <w:proofErr w:type="spellStart"/>
      <w:r w:rsidRPr="00C34EBD">
        <w:rPr>
          <w:rFonts w:ascii="Times New Roman" w:eastAsia="Times New Roman" w:hAnsi="Times New Roman"/>
          <w:b/>
          <w:color w:val="000000"/>
          <w:sz w:val="24"/>
          <w:lang w:val="ru-RU"/>
        </w:rPr>
        <w:t>халык</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авыз</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иҗаты</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Мəкаль-əйтемнəр</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Табышмаклар</w:t>
      </w:r>
      <w:proofErr w:type="spellEnd"/>
      <w:r w:rsidRPr="00C34EBD">
        <w:rPr>
          <w:rFonts w:ascii="Times New Roman" w:eastAsia="Times New Roman" w:hAnsi="Times New Roman"/>
          <w:b/>
          <w:color w:val="000000"/>
          <w:sz w:val="24"/>
          <w:lang w:val="ru-RU"/>
        </w:rPr>
        <w:t xml:space="preserve"> (Татарское устное народное творчество. Пословицы и поговорки. Загадки) </w:t>
      </w:r>
      <w:r w:rsidRPr="00C34EBD">
        <w:rPr>
          <w:lang w:val="ru-RU"/>
        </w:rPr>
        <w:br/>
      </w:r>
      <w:r w:rsidRPr="00C34EBD">
        <w:rPr>
          <w:lang w:val="ru-RU"/>
        </w:rPr>
        <w:tab/>
      </w:r>
      <w:r w:rsidRPr="00C34EBD">
        <w:rPr>
          <w:rFonts w:ascii="Times New Roman" w:eastAsia="Times New Roman" w:hAnsi="Times New Roman"/>
          <w:color w:val="000000"/>
          <w:sz w:val="24"/>
          <w:lang w:val="ru-RU"/>
        </w:rPr>
        <w:t>Малые жанры устного народного творчества. Пословицы и поговорки. Загадки. Тематика и проблематика. Значение пословиц. Ситуации использования в речи пословиц и поговорок. Смекалка и находчивость в решении загадок.</w:t>
      </w:r>
    </w:p>
    <w:p w14:paraId="0BACBAE6" w14:textId="77777777" w:rsidR="004856BE" w:rsidRPr="00C34EBD" w:rsidRDefault="00750296" w:rsidP="00CF4DA6">
      <w:pPr>
        <w:tabs>
          <w:tab w:val="left" w:pos="180"/>
        </w:tabs>
        <w:autoSpaceDE w:val="0"/>
        <w:autoSpaceDN w:val="0"/>
        <w:spacing w:after="0" w:line="240" w:lineRule="auto"/>
        <w:ind w:right="864"/>
        <w:rPr>
          <w:lang w:val="ru-RU"/>
        </w:rPr>
      </w:pPr>
      <w:r w:rsidRPr="00C34EBD">
        <w:rPr>
          <w:lang w:val="ru-RU"/>
        </w:rPr>
        <w:tab/>
      </w:r>
      <w:r w:rsidRPr="00C34EBD">
        <w:rPr>
          <w:rFonts w:ascii="Times New Roman" w:eastAsia="Times New Roman" w:hAnsi="Times New Roman"/>
          <w:b/>
          <w:color w:val="000000"/>
          <w:sz w:val="24"/>
          <w:lang w:val="ru-RU"/>
        </w:rPr>
        <w:t xml:space="preserve">И </w:t>
      </w:r>
      <w:proofErr w:type="spellStart"/>
      <w:r w:rsidRPr="00C34EBD">
        <w:rPr>
          <w:rFonts w:ascii="Times New Roman" w:eastAsia="Times New Roman" w:hAnsi="Times New Roman"/>
          <w:b/>
          <w:color w:val="000000"/>
          <w:sz w:val="24"/>
          <w:lang w:val="ru-RU"/>
        </w:rPr>
        <w:t>ямьле</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дə</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соң</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бу</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дөнья</w:t>
      </w:r>
      <w:proofErr w:type="spellEnd"/>
      <w:r w:rsidRPr="00C34EBD">
        <w:rPr>
          <w:rFonts w:ascii="Times New Roman" w:eastAsia="Times New Roman" w:hAnsi="Times New Roman"/>
          <w:b/>
          <w:color w:val="000000"/>
          <w:sz w:val="24"/>
          <w:lang w:val="ru-RU"/>
        </w:rPr>
        <w:t xml:space="preserve">! (Как прекрасен этот мир!) </w:t>
      </w:r>
      <w:r w:rsidRPr="00C34EBD">
        <w:rPr>
          <w:lang w:val="ru-RU"/>
        </w:rPr>
        <w:br/>
      </w:r>
      <w:r w:rsidRPr="00C34EBD">
        <w:rPr>
          <w:lang w:val="ru-RU"/>
        </w:rPr>
        <w:tab/>
      </w:r>
      <w:r w:rsidRPr="00C34EBD">
        <w:rPr>
          <w:rFonts w:ascii="Times New Roman" w:eastAsia="Times New Roman" w:hAnsi="Times New Roman"/>
          <w:color w:val="000000"/>
          <w:sz w:val="24"/>
          <w:lang w:val="ru-RU"/>
        </w:rPr>
        <w:t>Произведения, отражающие красоту внешнего и внутреннего мира, красоту природы, труда, дружеских отношений.</w:t>
      </w:r>
    </w:p>
    <w:p w14:paraId="7C8AD3CE"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Л. </w:t>
      </w:r>
      <w:proofErr w:type="spellStart"/>
      <w:r w:rsidRPr="00C34EBD">
        <w:rPr>
          <w:rFonts w:ascii="Times New Roman" w:eastAsia="Times New Roman" w:hAnsi="Times New Roman"/>
          <w:color w:val="000000"/>
          <w:sz w:val="24"/>
          <w:lang w:val="ru-RU"/>
        </w:rPr>
        <w:t>Лерон</w:t>
      </w:r>
      <w:proofErr w:type="spellEnd"/>
      <w:r w:rsidRPr="00C34EBD">
        <w:rPr>
          <w:rFonts w:ascii="Times New Roman" w:eastAsia="Times New Roman" w:hAnsi="Times New Roman"/>
          <w:color w:val="000000"/>
          <w:sz w:val="24"/>
          <w:lang w:val="ru-RU"/>
        </w:rPr>
        <w:t xml:space="preserve">. «И </w:t>
      </w:r>
      <w:proofErr w:type="spellStart"/>
      <w:r w:rsidRPr="00C34EBD">
        <w:rPr>
          <w:rFonts w:ascii="Times New Roman" w:eastAsia="Times New Roman" w:hAnsi="Times New Roman"/>
          <w:color w:val="000000"/>
          <w:sz w:val="24"/>
          <w:lang w:val="ru-RU"/>
        </w:rPr>
        <w:t>ямьле</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дə</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соң</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бу</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дөнья</w:t>
      </w:r>
      <w:proofErr w:type="spellEnd"/>
      <w:r w:rsidRPr="00C34EBD">
        <w:rPr>
          <w:rFonts w:ascii="Times New Roman" w:eastAsia="Times New Roman" w:hAnsi="Times New Roman"/>
          <w:color w:val="000000"/>
          <w:sz w:val="24"/>
          <w:lang w:val="ru-RU"/>
        </w:rPr>
        <w:t>!» («Как прекрасен этот мир!»).</w:t>
      </w:r>
    </w:p>
    <w:p w14:paraId="74EC8643"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Г. Тукай. «Эш </w:t>
      </w:r>
      <w:proofErr w:type="spellStart"/>
      <w:r w:rsidRPr="00C34EBD">
        <w:rPr>
          <w:rFonts w:ascii="Times New Roman" w:eastAsia="Times New Roman" w:hAnsi="Times New Roman"/>
          <w:color w:val="000000"/>
          <w:sz w:val="24"/>
          <w:lang w:val="ru-RU"/>
        </w:rPr>
        <w:t>беткəч</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уйнарга</w:t>
      </w:r>
      <w:proofErr w:type="spellEnd"/>
      <w:r w:rsidRPr="00C34EBD">
        <w:rPr>
          <w:rFonts w:ascii="Times New Roman" w:eastAsia="Times New Roman" w:hAnsi="Times New Roman"/>
          <w:color w:val="000000"/>
          <w:sz w:val="24"/>
          <w:lang w:val="ru-RU"/>
        </w:rPr>
        <w:t xml:space="preserve"> ярый» («Закончил дело – гуляй смело»).</w:t>
      </w:r>
    </w:p>
    <w:p w14:paraId="30E79F11"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Р. </w:t>
      </w:r>
      <w:proofErr w:type="spellStart"/>
      <w:r w:rsidRPr="00C34EBD">
        <w:rPr>
          <w:rFonts w:ascii="Times New Roman" w:eastAsia="Times New Roman" w:hAnsi="Times New Roman"/>
          <w:color w:val="000000"/>
          <w:sz w:val="24"/>
          <w:lang w:val="ru-RU"/>
        </w:rPr>
        <w:t>Гаташ</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Зəңгəр</w:t>
      </w:r>
      <w:proofErr w:type="spellEnd"/>
      <w:r w:rsidRPr="00C34EBD">
        <w:rPr>
          <w:rFonts w:ascii="Times New Roman" w:eastAsia="Times New Roman" w:hAnsi="Times New Roman"/>
          <w:color w:val="000000"/>
          <w:sz w:val="24"/>
          <w:lang w:val="ru-RU"/>
        </w:rPr>
        <w:t xml:space="preserve"> ил – </w:t>
      </w:r>
      <w:proofErr w:type="spellStart"/>
      <w:r w:rsidRPr="00C34EBD">
        <w:rPr>
          <w:rFonts w:ascii="Times New Roman" w:eastAsia="Times New Roman" w:hAnsi="Times New Roman"/>
          <w:color w:val="000000"/>
          <w:sz w:val="24"/>
          <w:lang w:val="ru-RU"/>
        </w:rPr>
        <w:t>балачак</w:t>
      </w:r>
      <w:proofErr w:type="spellEnd"/>
      <w:r w:rsidRPr="00C34EBD">
        <w:rPr>
          <w:rFonts w:ascii="Times New Roman" w:eastAsia="Times New Roman" w:hAnsi="Times New Roman"/>
          <w:color w:val="000000"/>
          <w:sz w:val="24"/>
          <w:lang w:val="ru-RU"/>
        </w:rPr>
        <w:t xml:space="preserve"> иле» («Голубая страна – страна детства»).</w:t>
      </w:r>
    </w:p>
    <w:p w14:paraId="40CE2A37" w14:textId="77777777" w:rsidR="004856BE" w:rsidRPr="00C34EBD" w:rsidRDefault="00750296" w:rsidP="00CF4DA6">
      <w:pPr>
        <w:tabs>
          <w:tab w:val="left" w:pos="180"/>
        </w:tabs>
        <w:autoSpaceDE w:val="0"/>
        <w:autoSpaceDN w:val="0"/>
        <w:spacing w:after="0" w:line="240" w:lineRule="auto"/>
        <w:ind w:right="576"/>
        <w:rPr>
          <w:lang w:val="ru-RU"/>
        </w:rPr>
      </w:pPr>
      <w:r w:rsidRPr="00C34EBD">
        <w:rPr>
          <w:lang w:val="ru-RU"/>
        </w:rPr>
        <w:tab/>
      </w:r>
      <w:r w:rsidRPr="00C34EBD">
        <w:rPr>
          <w:rFonts w:ascii="Times New Roman" w:eastAsia="Times New Roman" w:hAnsi="Times New Roman"/>
          <w:b/>
          <w:color w:val="000000"/>
          <w:sz w:val="24"/>
          <w:lang w:val="ru-RU"/>
        </w:rPr>
        <w:t>Ап-</w:t>
      </w:r>
      <w:proofErr w:type="spellStart"/>
      <w:r w:rsidRPr="00C34EBD">
        <w:rPr>
          <w:rFonts w:ascii="Times New Roman" w:eastAsia="Times New Roman" w:hAnsi="Times New Roman"/>
          <w:b/>
          <w:color w:val="000000"/>
          <w:sz w:val="24"/>
          <w:lang w:val="ru-RU"/>
        </w:rPr>
        <w:t>ак</w:t>
      </w:r>
      <w:proofErr w:type="spellEnd"/>
      <w:r w:rsidRPr="00C34EBD">
        <w:rPr>
          <w:rFonts w:ascii="Times New Roman" w:eastAsia="Times New Roman" w:hAnsi="Times New Roman"/>
          <w:b/>
          <w:color w:val="000000"/>
          <w:sz w:val="24"/>
          <w:lang w:val="ru-RU"/>
        </w:rPr>
        <w:t xml:space="preserve"> кыш </w:t>
      </w:r>
      <w:proofErr w:type="spellStart"/>
      <w:r w:rsidRPr="00C34EBD">
        <w:rPr>
          <w:rFonts w:ascii="Times New Roman" w:eastAsia="Times New Roman" w:hAnsi="Times New Roman"/>
          <w:b/>
          <w:color w:val="000000"/>
          <w:sz w:val="24"/>
          <w:lang w:val="ru-RU"/>
        </w:rPr>
        <w:t>килде</w:t>
      </w:r>
      <w:proofErr w:type="spellEnd"/>
      <w:r w:rsidRPr="00C34EBD">
        <w:rPr>
          <w:rFonts w:ascii="Times New Roman" w:eastAsia="Times New Roman" w:hAnsi="Times New Roman"/>
          <w:b/>
          <w:color w:val="000000"/>
          <w:sz w:val="24"/>
          <w:lang w:val="ru-RU"/>
        </w:rPr>
        <w:t xml:space="preserve"> (Зимушка-зима) </w:t>
      </w:r>
      <w:r w:rsidRPr="00C34EBD">
        <w:rPr>
          <w:lang w:val="ru-RU"/>
        </w:rPr>
        <w:br/>
      </w:r>
      <w:r w:rsidRPr="00C34EBD">
        <w:rPr>
          <w:lang w:val="ru-RU"/>
        </w:rPr>
        <w:tab/>
      </w:r>
      <w:r w:rsidRPr="00C34EBD">
        <w:rPr>
          <w:rFonts w:ascii="Times New Roman" w:eastAsia="Times New Roman" w:hAnsi="Times New Roman"/>
          <w:color w:val="000000"/>
          <w:sz w:val="24"/>
          <w:lang w:val="ru-RU"/>
        </w:rPr>
        <w:t>Произведения, раскрывающие образы зимней природы, красоту зимнего леса, тему природы и человека. Праздник Новый год.</w:t>
      </w:r>
    </w:p>
    <w:p w14:paraId="40364E0E"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А. </w:t>
      </w:r>
      <w:proofErr w:type="spellStart"/>
      <w:r w:rsidRPr="00C34EBD">
        <w:rPr>
          <w:rFonts w:ascii="Times New Roman" w:eastAsia="Times New Roman" w:hAnsi="Times New Roman"/>
          <w:color w:val="000000"/>
          <w:sz w:val="24"/>
          <w:lang w:val="ru-RU"/>
        </w:rPr>
        <w:t>Еники</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Кышкы</w:t>
      </w:r>
      <w:proofErr w:type="spellEnd"/>
      <w:r w:rsidRPr="00C34EBD">
        <w:rPr>
          <w:rFonts w:ascii="Times New Roman" w:eastAsia="Times New Roman" w:hAnsi="Times New Roman"/>
          <w:color w:val="000000"/>
          <w:sz w:val="24"/>
          <w:lang w:val="ru-RU"/>
        </w:rPr>
        <w:t xml:space="preserve"> урман» («Зимний лес»).</w:t>
      </w:r>
    </w:p>
    <w:p w14:paraId="7E5D5343"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А. </w:t>
      </w:r>
      <w:proofErr w:type="spellStart"/>
      <w:r w:rsidRPr="00C34EBD">
        <w:rPr>
          <w:rFonts w:ascii="Times New Roman" w:eastAsia="Times New Roman" w:hAnsi="Times New Roman"/>
          <w:color w:val="000000"/>
          <w:sz w:val="24"/>
          <w:lang w:val="ru-RU"/>
        </w:rPr>
        <w:t>Алиш</w:t>
      </w:r>
      <w:proofErr w:type="spellEnd"/>
      <w:r w:rsidRPr="00C34EBD">
        <w:rPr>
          <w:rFonts w:ascii="Times New Roman" w:eastAsia="Times New Roman" w:hAnsi="Times New Roman"/>
          <w:color w:val="000000"/>
          <w:sz w:val="24"/>
          <w:lang w:val="ru-RU"/>
        </w:rPr>
        <w:t>. «Январь».</w:t>
      </w:r>
    </w:p>
    <w:p w14:paraId="5D502BEC"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Б. Рахмет. «Кыш </w:t>
      </w:r>
      <w:proofErr w:type="spellStart"/>
      <w:r w:rsidRPr="00C34EBD">
        <w:rPr>
          <w:rFonts w:ascii="Times New Roman" w:eastAsia="Times New Roman" w:hAnsi="Times New Roman"/>
          <w:color w:val="000000"/>
          <w:sz w:val="24"/>
          <w:lang w:val="ru-RU"/>
        </w:rPr>
        <w:t>һəм</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кеше</w:t>
      </w:r>
      <w:proofErr w:type="spellEnd"/>
      <w:r w:rsidRPr="00C34EBD">
        <w:rPr>
          <w:rFonts w:ascii="Times New Roman" w:eastAsia="Times New Roman" w:hAnsi="Times New Roman"/>
          <w:color w:val="000000"/>
          <w:sz w:val="24"/>
          <w:lang w:val="ru-RU"/>
        </w:rPr>
        <w:t>» («Зима и человек»).</w:t>
      </w:r>
    </w:p>
    <w:p w14:paraId="67B1DCDE"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С. Урайский. «</w:t>
      </w:r>
      <w:proofErr w:type="spellStart"/>
      <w:r w:rsidRPr="00C34EBD">
        <w:rPr>
          <w:rFonts w:ascii="Times New Roman" w:eastAsia="Times New Roman" w:hAnsi="Times New Roman"/>
          <w:color w:val="000000"/>
          <w:sz w:val="24"/>
          <w:lang w:val="ru-RU"/>
        </w:rPr>
        <w:t>Чыршы</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янында</w:t>
      </w:r>
      <w:proofErr w:type="spellEnd"/>
      <w:r w:rsidRPr="00C34EBD">
        <w:rPr>
          <w:rFonts w:ascii="Times New Roman" w:eastAsia="Times New Roman" w:hAnsi="Times New Roman"/>
          <w:color w:val="000000"/>
          <w:sz w:val="24"/>
          <w:lang w:val="ru-RU"/>
        </w:rPr>
        <w:t>» («Вокруг елки»).</w:t>
      </w:r>
    </w:p>
    <w:p w14:paraId="2D730C36" w14:textId="77777777" w:rsidR="004856BE" w:rsidRPr="00C34EBD" w:rsidRDefault="00750296" w:rsidP="00CF4DA6">
      <w:pPr>
        <w:tabs>
          <w:tab w:val="left" w:pos="180"/>
        </w:tabs>
        <w:autoSpaceDE w:val="0"/>
        <w:autoSpaceDN w:val="0"/>
        <w:spacing w:after="0" w:line="240" w:lineRule="auto"/>
        <w:ind w:right="576"/>
        <w:rPr>
          <w:lang w:val="ru-RU"/>
        </w:rPr>
      </w:pPr>
      <w:r w:rsidRPr="00C34EBD">
        <w:rPr>
          <w:lang w:val="ru-RU"/>
        </w:rPr>
        <w:tab/>
      </w:r>
      <w:r w:rsidRPr="00C34EBD">
        <w:rPr>
          <w:rFonts w:ascii="Times New Roman" w:eastAsia="Times New Roman" w:hAnsi="Times New Roman"/>
          <w:b/>
          <w:color w:val="000000"/>
          <w:sz w:val="24"/>
          <w:lang w:val="ru-RU"/>
        </w:rPr>
        <w:t xml:space="preserve">Туган </w:t>
      </w:r>
      <w:proofErr w:type="spellStart"/>
      <w:r w:rsidRPr="00C34EBD">
        <w:rPr>
          <w:rFonts w:ascii="Times New Roman" w:eastAsia="Times New Roman" w:hAnsi="Times New Roman"/>
          <w:b/>
          <w:color w:val="000000"/>
          <w:sz w:val="24"/>
          <w:lang w:val="ru-RU"/>
        </w:rPr>
        <w:t>илем</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туган</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телем</w:t>
      </w:r>
      <w:proofErr w:type="spellEnd"/>
      <w:r w:rsidRPr="00C34EBD">
        <w:rPr>
          <w:rFonts w:ascii="Times New Roman" w:eastAsia="Times New Roman" w:hAnsi="Times New Roman"/>
          <w:b/>
          <w:color w:val="000000"/>
          <w:sz w:val="24"/>
          <w:lang w:val="ru-RU"/>
        </w:rPr>
        <w:t xml:space="preserve">... (Родина моя, мой родной язык...) </w:t>
      </w:r>
      <w:r w:rsidRPr="00C34EBD">
        <w:rPr>
          <w:lang w:val="ru-RU"/>
        </w:rPr>
        <w:br/>
      </w:r>
      <w:r w:rsidRPr="00C34EBD">
        <w:rPr>
          <w:lang w:val="ru-RU"/>
        </w:rPr>
        <w:tab/>
      </w:r>
      <w:r w:rsidRPr="00C34EBD">
        <w:rPr>
          <w:rFonts w:ascii="Times New Roman" w:eastAsia="Times New Roman" w:hAnsi="Times New Roman"/>
          <w:color w:val="000000"/>
          <w:sz w:val="24"/>
          <w:lang w:val="ru-RU"/>
        </w:rPr>
        <w:t>Произведения, раскрывающие образ Родины, ее значение в жизни человека, рассказывающие о важности сохранения родного языка.</w:t>
      </w:r>
    </w:p>
    <w:p w14:paraId="31A84C1C"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Г. Тукай. «Туган тел» («Родной язык»).</w:t>
      </w:r>
    </w:p>
    <w:p w14:paraId="207C9582"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Р. Файзуллин. «</w:t>
      </w:r>
      <w:proofErr w:type="spellStart"/>
      <w:r w:rsidRPr="00C34EBD">
        <w:rPr>
          <w:rFonts w:ascii="Times New Roman" w:eastAsia="Times New Roman" w:hAnsi="Times New Roman"/>
          <w:color w:val="000000"/>
          <w:sz w:val="24"/>
          <w:lang w:val="ru-RU"/>
        </w:rPr>
        <w:t>Синеке</w:t>
      </w:r>
      <w:proofErr w:type="spellEnd"/>
      <w:r w:rsidRPr="00C34EBD">
        <w:rPr>
          <w:rFonts w:ascii="Times New Roman" w:eastAsia="Times New Roman" w:hAnsi="Times New Roman"/>
          <w:color w:val="000000"/>
          <w:sz w:val="24"/>
          <w:lang w:val="ru-RU"/>
        </w:rPr>
        <w:t xml:space="preserve"> – </w:t>
      </w:r>
      <w:proofErr w:type="spellStart"/>
      <w:r w:rsidRPr="00C34EBD">
        <w:rPr>
          <w:rFonts w:ascii="Times New Roman" w:eastAsia="Times New Roman" w:hAnsi="Times New Roman"/>
          <w:color w:val="000000"/>
          <w:sz w:val="24"/>
          <w:lang w:val="ru-RU"/>
        </w:rPr>
        <w:t>илнеке</w:t>
      </w:r>
      <w:proofErr w:type="spellEnd"/>
      <w:r w:rsidRPr="00C34EBD">
        <w:rPr>
          <w:rFonts w:ascii="Times New Roman" w:eastAsia="Times New Roman" w:hAnsi="Times New Roman"/>
          <w:color w:val="000000"/>
          <w:sz w:val="24"/>
          <w:lang w:val="ru-RU"/>
        </w:rPr>
        <w:t>» («Твое – родное»).</w:t>
      </w:r>
    </w:p>
    <w:p w14:paraId="66804CB4"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Э. </w:t>
      </w:r>
      <w:proofErr w:type="spellStart"/>
      <w:r w:rsidRPr="00C34EBD">
        <w:rPr>
          <w:rFonts w:ascii="Times New Roman" w:eastAsia="Times New Roman" w:hAnsi="Times New Roman"/>
          <w:color w:val="000000"/>
          <w:sz w:val="24"/>
          <w:lang w:val="ru-RU"/>
        </w:rPr>
        <w:t>Мукминова</w:t>
      </w:r>
      <w:proofErr w:type="spellEnd"/>
      <w:r w:rsidRPr="00C34EBD">
        <w:rPr>
          <w:rFonts w:ascii="Times New Roman" w:eastAsia="Times New Roman" w:hAnsi="Times New Roman"/>
          <w:color w:val="000000"/>
          <w:sz w:val="24"/>
          <w:lang w:val="ru-RU"/>
        </w:rPr>
        <w:t xml:space="preserve">. «Туган </w:t>
      </w:r>
      <w:proofErr w:type="spellStart"/>
      <w:r w:rsidRPr="00C34EBD">
        <w:rPr>
          <w:rFonts w:ascii="Times New Roman" w:eastAsia="Times New Roman" w:hAnsi="Times New Roman"/>
          <w:color w:val="000000"/>
          <w:sz w:val="24"/>
          <w:lang w:val="ru-RU"/>
        </w:rPr>
        <w:t>телем</w:t>
      </w:r>
      <w:proofErr w:type="spellEnd"/>
      <w:r w:rsidRPr="00C34EBD">
        <w:rPr>
          <w:rFonts w:ascii="Times New Roman" w:eastAsia="Times New Roman" w:hAnsi="Times New Roman"/>
          <w:color w:val="000000"/>
          <w:sz w:val="24"/>
          <w:lang w:val="ru-RU"/>
        </w:rPr>
        <w:t>» («Мой родной язык»).</w:t>
      </w:r>
    </w:p>
    <w:p w14:paraId="630B833C"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Г. Баширов. «</w:t>
      </w:r>
      <w:proofErr w:type="spellStart"/>
      <w:r w:rsidRPr="00C34EBD">
        <w:rPr>
          <w:rFonts w:ascii="Times New Roman" w:eastAsia="Times New Roman" w:hAnsi="Times New Roman"/>
          <w:color w:val="000000"/>
          <w:sz w:val="24"/>
          <w:lang w:val="ru-RU"/>
        </w:rPr>
        <w:t>Безнең</w:t>
      </w:r>
      <w:proofErr w:type="spellEnd"/>
      <w:r w:rsidRPr="00C34EBD">
        <w:rPr>
          <w:rFonts w:ascii="Times New Roman" w:eastAsia="Times New Roman" w:hAnsi="Times New Roman"/>
          <w:color w:val="000000"/>
          <w:sz w:val="24"/>
          <w:lang w:val="ru-RU"/>
        </w:rPr>
        <w:t xml:space="preserve"> Татарстан» («Наш Татарстан»).</w:t>
      </w:r>
    </w:p>
    <w:p w14:paraId="4BB67993" w14:textId="77777777" w:rsidR="004856BE" w:rsidRPr="00C34EBD" w:rsidRDefault="00750296" w:rsidP="00CF4DA6">
      <w:pPr>
        <w:tabs>
          <w:tab w:val="left" w:pos="180"/>
        </w:tabs>
        <w:autoSpaceDE w:val="0"/>
        <w:autoSpaceDN w:val="0"/>
        <w:spacing w:after="0" w:line="240" w:lineRule="auto"/>
        <w:ind w:right="432"/>
        <w:rPr>
          <w:lang w:val="ru-RU"/>
        </w:rPr>
      </w:pPr>
      <w:r w:rsidRPr="00C34EBD">
        <w:rPr>
          <w:lang w:val="ru-RU"/>
        </w:rPr>
        <w:tab/>
      </w:r>
      <w:proofErr w:type="spellStart"/>
      <w:r w:rsidRPr="00C34EBD">
        <w:rPr>
          <w:rFonts w:ascii="Times New Roman" w:eastAsia="Times New Roman" w:hAnsi="Times New Roman"/>
          <w:b/>
          <w:color w:val="000000"/>
          <w:sz w:val="24"/>
          <w:lang w:val="ru-RU"/>
        </w:rPr>
        <w:t>Яз</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керде</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өебезгə</w:t>
      </w:r>
      <w:proofErr w:type="spellEnd"/>
      <w:r w:rsidRPr="00C34EBD">
        <w:rPr>
          <w:rFonts w:ascii="Times New Roman" w:eastAsia="Times New Roman" w:hAnsi="Times New Roman"/>
          <w:b/>
          <w:color w:val="000000"/>
          <w:sz w:val="24"/>
          <w:lang w:val="ru-RU"/>
        </w:rPr>
        <w:t xml:space="preserve"> (Весна к нам пришла) </w:t>
      </w:r>
      <w:r w:rsidRPr="00C34EBD">
        <w:rPr>
          <w:lang w:val="ru-RU"/>
        </w:rPr>
        <w:br/>
      </w:r>
      <w:r w:rsidRPr="00C34EBD">
        <w:rPr>
          <w:lang w:val="ru-RU"/>
        </w:rPr>
        <w:tab/>
      </w:r>
      <w:r w:rsidRPr="00C34EBD">
        <w:rPr>
          <w:rFonts w:ascii="Times New Roman" w:eastAsia="Times New Roman" w:hAnsi="Times New Roman"/>
          <w:color w:val="000000"/>
          <w:sz w:val="24"/>
          <w:lang w:val="ru-RU"/>
        </w:rPr>
        <w:t>Произведения, раскрывающие образ весны в литературе. Описание весенних месяцев, оживание природы, жизнь птиц и зверей.</w:t>
      </w:r>
    </w:p>
    <w:p w14:paraId="3262E202"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Н. </w:t>
      </w:r>
      <w:proofErr w:type="spellStart"/>
      <w:r w:rsidRPr="00C34EBD">
        <w:rPr>
          <w:rFonts w:ascii="Times New Roman" w:eastAsia="Times New Roman" w:hAnsi="Times New Roman"/>
          <w:color w:val="000000"/>
          <w:sz w:val="24"/>
          <w:lang w:val="ru-RU"/>
        </w:rPr>
        <w:t>Мадьяров</w:t>
      </w:r>
      <w:proofErr w:type="spellEnd"/>
      <w:r w:rsidRPr="00C34EBD">
        <w:rPr>
          <w:rFonts w:ascii="Times New Roman" w:eastAsia="Times New Roman" w:hAnsi="Times New Roman"/>
          <w:color w:val="000000"/>
          <w:sz w:val="24"/>
          <w:lang w:val="ru-RU"/>
        </w:rPr>
        <w:t xml:space="preserve">. «Кар </w:t>
      </w:r>
      <w:proofErr w:type="spellStart"/>
      <w:r w:rsidRPr="00C34EBD">
        <w:rPr>
          <w:rFonts w:ascii="Times New Roman" w:eastAsia="Times New Roman" w:hAnsi="Times New Roman"/>
          <w:color w:val="000000"/>
          <w:sz w:val="24"/>
          <w:lang w:val="ru-RU"/>
        </w:rPr>
        <w:t>астыннан</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чыкты</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яз</w:t>
      </w:r>
      <w:proofErr w:type="spellEnd"/>
      <w:r w:rsidRPr="00C34EBD">
        <w:rPr>
          <w:rFonts w:ascii="Times New Roman" w:eastAsia="Times New Roman" w:hAnsi="Times New Roman"/>
          <w:color w:val="000000"/>
          <w:sz w:val="24"/>
          <w:lang w:val="ru-RU"/>
        </w:rPr>
        <w:t>» («Весна выглянула из-под снега»).</w:t>
      </w:r>
    </w:p>
    <w:p w14:paraId="168525E5"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Р. </w:t>
      </w:r>
      <w:proofErr w:type="spellStart"/>
      <w:r w:rsidRPr="00C34EBD">
        <w:rPr>
          <w:rFonts w:ascii="Times New Roman" w:eastAsia="Times New Roman" w:hAnsi="Times New Roman"/>
          <w:color w:val="000000"/>
          <w:sz w:val="24"/>
          <w:lang w:val="ru-RU"/>
        </w:rPr>
        <w:t>Миннуллин</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Яз</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керде</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өебезгə</w:t>
      </w:r>
      <w:proofErr w:type="spellEnd"/>
      <w:r w:rsidRPr="00C34EBD">
        <w:rPr>
          <w:rFonts w:ascii="Times New Roman" w:eastAsia="Times New Roman" w:hAnsi="Times New Roman"/>
          <w:color w:val="000000"/>
          <w:sz w:val="24"/>
          <w:lang w:val="ru-RU"/>
        </w:rPr>
        <w:t>» («Весна пришла к нам в дом»).</w:t>
      </w:r>
    </w:p>
    <w:p w14:paraId="0D0B7A64"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Ф. Яруллин. «Композитор </w:t>
      </w:r>
      <w:proofErr w:type="spellStart"/>
      <w:r w:rsidRPr="00C34EBD">
        <w:rPr>
          <w:rFonts w:ascii="Times New Roman" w:eastAsia="Times New Roman" w:hAnsi="Times New Roman"/>
          <w:color w:val="000000"/>
          <w:sz w:val="24"/>
          <w:lang w:val="ru-RU"/>
        </w:rPr>
        <w:t>чыпчыклар</w:t>
      </w:r>
      <w:proofErr w:type="spellEnd"/>
      <w:r w:rsidRPr="00C34EBD">
        <w:rPr>
          <w:rFonts w:ascii="Times New Roman" w:eastAsia="Times New Roman" w:hAnsi="Times New Roman"/>
          <w:color w:val="000000"/>
          <w:sz w:val="24"/>
          <w:lang w:val="ru-RU"/>
        </w:rPr>
        <w:t>» («Воробьи композиторы»).</w:t>
      </w:r>
    </w:p>
    <w:p w14:paraId="0C630AA6"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А. </w:t>
      </w:r>
      <w:proofErr w:type="spellStart"/>
      <w:r w:rsidRPr="00C34EBD">
        <w:rPr>
          <w:rFonts w:ascii="Times New Roman" w:eastAsia="Times New Roman" w:hAnsi="Times New Roman"/>
          <w:color w:val="000000"/>
          <w:sz w:val="24"/>
          <w:lang w:val="ru-RU"/>
        </w:rPr>
        <w:t>Бикчантаева</w:t>
      </w:r>
      <w:proofErr w:type="spellEnd"/>
      <w:r w:rsidRPr="00C34EBD">
        <w:rPr>
          <w:rFonts w:ascii="Times New Roman" w:eastAsia="Times New Roman" w:hAnsi="Times New Roman"/>
          <w:color w:val="000000"/>
          <w:sz w:val="24"/>
          <w:lang w:val="ru-RU"/>
        </w:rPr>
        <w:t xml:space="preserve">. «Март </w:t>
      </w:r>
      <w:proofErr w:type="spellStart"/>
      <w:r w:rsidRPr="00C34EBD">
        <w:rPr>
          <w:rFonts w:ascii="Times New Roman" w:eastAsia="Times New Roman" w:hAnsi="Times New Roman"/>
          <w:color w:val="000000"/>
          <w:sz w:val="24"/>
          <w:lang w:val="ru-RU"/>
        </w:rPr>
        <w:t>аенда</w:t>
      </w:r>
      <w:proofErr w:type="spellEnd"/>
      <w:r w:rsidRPr="00C34EBD">
        <w:rPr>
          <w:rFonts w:ascii="Times New Roman" w:eastAsia="Times New Roman" w:hAnsi="Times New Roman"/>
          <w:color w:val="000000"/>
          <w:sz w:val="24"/>
          <w:lang w:val="ru-RU"/>
        </w:rPr>
        <w:t>» («В марте месяце»).</w:t>
      </w:r>
    </w:p>
    <w:p w14:paraId="4E9C3E3F" w14:textId="77777777" w:rsidR="004856BE" w:rsidRPr="00C34EBD" w:rsidRDefault="00750296" w:rsidP="00CF4DA6">
      <w:pPr>
        <w:autoSpaceDE w:val="0"/>
        <w:autoSpaceDN w:val="0"/>
        <w:spacing w:after="0" w:line="240" w:lineRule="auto"/>
        <w:ind w:left="180" w:right="1152"/>
        <w:rPr>
          <w:lang w:val="ru-RU"/>
        </w:rPr>
      </w:pPr>
      <w:proofErr w:type="spellStart"/>
      <w:r w:rsidRPr="00C34EBD">
        <w:rPr>
          <w:rFonts w:ascii="Times New Roman" w:eastAsia="Times New Roman" w:hAnsi="Times New Roman"/>
          <w:b/>
          <w:color w:val="000000"/>
          <w:sz w:val="24"/>
          <w:lang w:val="ru-RU"/>
        </w:rPr>
        <w:t>Көлке</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көлə</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килə</w:t>
      </w:r>
      <w:proofErr w:type="spellEnd"/>
      <w:r w:rsidRPr="00C34EBD">
        <w:rPr>
          <w:rFonts w:ascii="Times New Roman" w:eastAsia="Times New Roman" w:hAnsi="Times New Roman"/>
          <w:b/>
          <w:color w:val="000000"/>
          <w:sz w:val="24"/>
          <w:lang w:val="ru-RU"/>
        </w:rPr>
        <w:t xml:space="preserve"> (Посмеемся вместе) </w:t>
      </w:r>
      <w:r w:rsidRPr="00C34EBD">
        <w:rPr>
          <w:lang w:val="ru-RU"/>
        </w:rPr>
        <w:br/>
      </w:r>
      <w:r w:rsidRPr="00C34EBD">
        <w:rPr>
          <w:rFonts w:ascii="Times New Roman" w:eastAsia="Times New Roman" w:hAnsi="Times New Roman"/>
          <w:color w:val="000000"/>
          <w:sz w:val="24"/>
          <w:lang w:val="ru-RU"/>
        </w:rPr>
        <w:t>Произведения о веселых и смешных ситуациях в жизни школы, одноклассников, друзей.</w:t>
      </w:r>
    </w:p>
    <w:p w14:paraId="5B0CDCB7"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Р. </w:t>
      </w:r>
      <w:proofErr w:type="spellStart"/>
      <w:r w:rsidRPr="00C34EBD">
        <w:rPr>
          <w:rFonts w:ascii="Times New Roman" w:eastAsia="Times New Roman" w:hAnsi="Times New Roman"/>
          <w:color w:val="000000"/>
          <w:sz w:val="24"/>
          <w:lang w:val="ru-RU"/>
        </w:rPr>
        <w:t>Миннуллин</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Малайлар</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сөйлəшə</w:t>
      </w:r>
      <w:proofErr w:type="spellEnd"/>
      <w:r w:rsidRPr="00C34EBD">
        <w:rPr>
          <w:rFonts w:ascii="Times New Roman" w:eastAsia="Times New Roman" w:hAnsi="Times New Roman"/>
          <w:color w:val="000000"/>
          <w:sz w:val="24"/>
          <w:lang w:val="ru-RU"/>
        </w:rPr>
        <w:t>» («Мальчишки разговаривают»).</w:t>
      </w:r>
    </w:p>
    <w:p w14:paraId="177C2C8E"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Ш. </w:t>
      </w:r>
      <w:proofErr w:type="spellStart"/>
      <w:r w:rsidRPr="00C34EBD">
        <w:rPr>
          <w:rFonts w:ascii="Times New Roman" w:eastAsia="Times New Roman" w:hAnsi="Times New Roman"/>
          <w:color w:val="000000"/>
          <w:sz w:val="24"/>
          <w:lang w:val="ru-RU"/>
        </w:rPr>
        <w:t>Галиев</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Онытылган</w:t>
      </w:r>
      <w:proofErr w:type="spellEnd"/>
      <w:r w:rsidRPr="00C34EBD">
        <w:rPr>
          <w:rFonts w:ascii="Times New Roman" w:eastAsia="Times New Roman" w:hAnsi="Times New Roman"/>
          <w:color w:val="000000"/>
          <w:sz w:val="24"/>
          <w:lang w:val="ru-RU"/>
        </w:rPr>
        <w:t>...» («Забыл...»).</w:t>
      </w:r>
    </w:p>
    <w:p w14:paraId="11C5EF6C"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Р. Валиев. «</w:t>
      </w:r>
      <w:proofErr w:type="spellStart"/>
      <w:r w:rsidRPr="00C34EBD">
        <w:rPr>
          <w:rFonts w:ascii="Times New Roman" w:eastAsia="Times New Roman" w:hAnsi="Times New Roman"/>
          <w:color w:val="000000"/>
          <w:sz w:val="24"/>
          <w:lang w:val="ru-RU"/>
        </w:rPr>
        <w:t>Бу</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класска</w:t>
      </w:r>
      <w:proofErr w:type="spellEnd"/>
      <w:r w:rsidRPr="00C34EBD">
        <w:rPr>
          <w:rFonts w:ascii="Times New Roman" w:eastAsia="Times New Roman" w:hAnsi="Times New Roman"/>
          <w:color w:val="000000"/>
          <w:sz w:val="24"/>
          <w:lang w:val="ru-RU"/>
        </w:rPr>
        <w:t xml:space="preserve"> ни </w:t>
      </w:r>
      <w:proofErr w:type="spellStart"/>
      <w:r w:rsidRPr="00C34EBD">
        <w:rPr>
          <w:rFonts w:ascii="Times New Roman" w:eastAsia="Times New Roman" w:hAnsi="Times New Roman"/>
          <w:color w:val="000000"/>
          <w:sz w:val="24"/>
          <w:lang w:val="ru-RU"/>
        </w:rPr>
        <w:t>булган</w:t>
      </w:r>
      <w:proofErr w:type="spellEnd"/>
      <w:r w:rsidRPr="00C34EBD">
        <w:rPr>
          <w:rFonts w:ascii="Times New Roman" w:eastAsia="Times New Roman" w:hAnsi="Times New Roman"/>
          <w:color w:val="000000"/>
          <w:sz w:val="24"/>
          <w:lang w:val="ru-RU"/>
        </w:rPr>
        <w:t>?» («Что случилось с этим классом?»).</w:t>
      </w:r>
    </w:p>
    <w:p w14:paraId="717EBFAC"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З. </w:t>
      </w:r>
      <w:proofErr w:type="spellStart"/>
      <w:r w:rsidRPr="00C34EBD">
        <w:rPr>
          <w:rFonts w:ascii="Times New Roman" w:eastAsia="Times New Roman" w:hAnsi="Times New Roman"/>
          <w:color w:val="000000"/>
          <w:sz w:val="24"/>
          <w:lang w:val="ru-RU"/>
        </w:rPr>
        <w:t>Гумерова</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Кайда</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булсын</w:t>
      </w:r>
      <w:proofErr w:type="spellEnd"/>
      <w:r w:rsidRPr="00C34EBD">
        <w:rPr>
          <w:rFonts w:ascii="Times New Roman" w:eastAsia="Times New Roman" w:hAnsi="Times New Roman"/>
          <w:color w:val="000000"/>
          <w:sz w:val="24"/>
          <w:lang w:val="ru-RU"/>
        </w:rPr>
        <w:t xml:space="preserve"> – </w:t>
      </w:r>
      <w:proofErr w:type="spellStart"/>
      <w:r w:rsidRPr="00C34EBD">
        <w:rPr>
          <w:rFonts w:ascii="Times New Roman" w:eastAsia="Times New Roman" w:hAnsi="Times New Roman"/>
          <w:color w:val="000000"/>
          <w:sz w:val="24"/>
          <w:lang w:val="ru-RU"/>
        </w:rPr>
        <w:t>кесəмдə</w:t>
      </w:r>
      <w:proofErr w:type="spellEnd"/>
      <w:r w:rsidRPr="00C34EBD">
        <w:rPr>
          <w:rFonts w:ascii="Times New Roman" w:eastAsia="Times New Roman" w:hAnsi="Times New Roman"/>
          <w:color w:val="000000"/>
          <w:sz w:val="24"/>
          <w:lang w:val="ru-RU"/>
        </w:rPr>
        <w:t>» («Как где? В кармане»).</w:t>
      </w:r>
    </w:p>
    <w:p w14:paraId="268C2797" w14:textId="77777777" w:rsidR="004856BE" w:rsidRPr="00C34EBD" w:rsidRDefault="00750296" w:rsidP="00CF4DA6">
      <w:pPr>
        <w:autoSpaceDE w:val="0"/>
        <w:autoSpaceDN w:val="0"/>
        <w:spacing w:after="0" w:line="240" w:lineRule="auto"/>
        <w:ind w:left="180" w:right="720"/>
        <w:rPr>
          <w:lang w:val="ru-RU"/>
        </w:rPr>
      </w:pPr>
      <w:proofErr w:type="spellStart"/>
      <w:r w:rsidRPr="00C34EBD">
        <w:rPr>
          <w:rFonts w:ascii="Times New Roman" w:eastAsia="Times New Roman" w:hAnsi="Times New Roman"/>
          <w:b/>
          <w:color w:val="000000"/>
          <w:sz w:val="24"/>
          <w:lang w:val="ru-RU"/>
        </w:rPr>
        <w:t>Исəнме</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җəй</w:t>
      </w:r>
      <w:proofErr w:type="spellEnd"/>
      <w:r w:rsidRPr="00C34EBD">
        <w:rPr>
          <w:rFonts w:ascii="Times New Roman" w:eastAsia="Times New Roman" w:hAnsi="Times New Roman"/>
          <w:b/>
          <w:color w:val="000000"/>
          <w:sz w:val="24"/>
          <w:lang w:val="ru-RU"/>
        </w:rPr>
        <w:t xml:space="preserve">! (Здравствуй, лето!) </w:t>
      </w:r>
      <w:r w:rsidRPr="00C34EBD">
        <w:rPr>
          <w:lang w:val="ru-RU"/>
        </w:rPr>
        <w:br/>
      </w:r>
      <w:r w:rsidRPr="00C34EBD">
        <w:rPr>
          <w:rFonts w:ascii="Times New Roman" w:eastAsia="Times New Roman" w:hAnsi="Times New Roman"/>
          <w:color w:val="000000"/>
          <w:sz w:val="24"/>
          <w:lang w:val="ru-RU"/>
        </w:rPr>
        <w:t>Произведения, отражающие красоту летней природы. Стихотворения о веселом и интересном</w:t>
      </w:r>
    </w:p>
    <w:p w14:paraId="45793040" w14:textId="77777777" w:rsidR="004856BE" w:rsidRPr="00C34EBD" w:rsidRDefault="00750296" w:rsidP="00CF4DA6">
      <w:pPr>
        <w:autoSpaceDE w:val="0"/>
        <w:autoSpaceDN w:val="0"/>
        <w:spacing w:after="0" w:line="240" w:lineRule="auto"/>
        <w:rPr>
          <w:lang w:val="ru-RU"/>
        </w:rPr>
      </w:pPr>
      <w:r w:rsidRPr="00C34EBD">
        <w:rPr>
          <w:rFonts w:ascii="Times New Roman" w:eastAsia="Times New Roman" w:hAnsi="Times New Roman"/>
          <w:color w:val="000000"/>
          <w:sz w:val="24"/>
          <w:lang w:val="ru-RU"/>
        </w:rPr>
        <w:t>проведении времени в летние каникулы.</w:t>
      </w:r>
    </w:p>
    <w:p w14:paraId="553CE941"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Ш. Камал. «</w:t>
      </w:r>
      <w:proofErr w:type="spellStart"/>
      <w:r w:rsidRPr="00C34EBD">
        <w:rPr>
          <w:rFonts w:ascii="Times New Roman" w:eastAsia="Times New Roman" w:hAnsi="Times New Roman"/>
          <w:color w:val="000000"/>
          <w:sz w:val="24"/>
          <w:lang w:val="ru-RU"/>
        </w:rPr>
        <w:t>Җəйге</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иртə</w:t>
      </w:r>
      <w:proofErr w:type="spellEnd"/>
      <w:r w:rsidRPr="00C34EBD">
        <w:rPr>
          <w:rFonts w:ascii="Times New Roman" w:eastAsia="Times New Roman" w:hAnsi="Times New Roman"/>
          <w:color w:val="000000"/>
          <w:sz w:val="24"/>
          <w:lang w:val="ru-RU"/>
        </w:rPr>
        <w:t>» («Летнее утро»).</w:t>
      </w:r>
    </w:p>
    <w:p w14:paraId="1CCD52EF" w14:textId="77777777" w:rsidR="004856BE" w:rsidRPr="00C34EBD" w:rsidRDefault="00750296" w:rsidP="00CF4DA6">
      <w:pPr>
        <w:autoSpaceDE w:val="0"/>
        <w:autoSpaceDN w:val="0"/>
        <w:spacing w:after="0" w:line="240" w:lineRule="auto"/>
        <w:ind w:left="180" w:right="5184"/>
        <w:rPr>
          <w:lang w:val="ru-RU"/>
        </w:rPr>
      </w:pPr>
      <w:r w:rsidRPr="00C34EBD">
        <w:rPr>
          <w:rFonts w:ascii="Times New Roman" w:eastAsia="Times New Roman" w:hAnsi="Times New Roman"/>
          <w:color w:val="000000"/>
          <w:sz w:val="24"/>
          <w:lang w:val="ru-RU"/>
        </w:rPr>
        <w:t xml:space="preserve">Л. </w:t>
      </w:r>
      <w:proofErr w:type="spellStart"/>
      <w:r w:rsidRPr="00C34EBD">
        <w:rPr>
          <w:rFonts w:ascii="Times New Roman" w:eastAsia="Times New Roman" w:hAnsi="Times New Roman"/>
          <w:color w:val="000000"/>
          <w:sz w:val="24"/>
          <w:lang w:val="ru-RU"/>
        </w:rPr>
        <w:t>Лерон</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Безне</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җəй</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көтə</w:t>
      </w:r>
      <w:proofErr w:type="spellEnd"/>
      <w:r w:rsidRPr="00C34EBD">
        <w:rPr>
          <w:rFonts w:ascii="Times New Roman" w:eastAsia="Times New Roman" w:hAnsi="Times New Roman"/>
          <w:color w:val="000000"/>
          <w:sz w:val="24"/>
          <w:lang w:val="ru-RU"/>
        </w:rPr>
        <w:t xml:space="preserve">» («Ждет нас лето»). </w:t>
      </w:r>
      <w:r w:rsidRPr="00C34EBD">
        <w:rPr>
          <w:lang w:val="ru-RU"/>
        </w:rPr>
        <w:br/>
      </w:r>
      <w:r w:rsidRPr="00C34EBD">
        <w:rPr>
          <w:rFonts w:ascii="Times New Roman" w:eastAsia="Times New Roman" w:hAnsi="Times New Roman"/>
          <w:color w:val="000000"/>
          <w:sz w:val="24"/>
          <w:lang w:val="ru-RU"/>
        </w:rPr>
        <w:t>Р. Валиева. «</w:t>
      </w:r>
      <w:proofErr w:type="spellStart"/>
      <w:r w:rsidRPr="00C34EBD">
        <w:rPr>
          <w:rFonts w:ascii="Times New Roman" w:eastAsia="Times New Roman" w:hAnsi="Times New Roman"/>
          <w:color w:val="000000"/>
          <w:sz w:val="24"/>
          <w:lang w:val="ru-RU"/>
        </w:rPr>
        <w:t>Исəнме</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җəй</w:t>
      </w:r>
      <w:proofErr w:type="spellEnd"/>
      <w:r w:rsidRPr="00C34EBD">
        <w:rPr>
          <w:rFonts w:ascii="Times New Roman" w:eastAsia="Times New Roman" w:hAnsi="Times New Roman"/>
          <w:color w:val="000000"/>
          <w:sz w:val="24"/>
          <w:lang w:val="ru-RU"/>
        </w:rPr>
        <w:t>!» («Здравствуй, лето!»).</w:t>
      </w:r>
    </w:p>
    <w:p w14:paraId="6390AAC8" w14:textId="77777777" w:rsidR="00CF4DA6" w:rsidRDefault="00CF4DA6" w:rsidP="00CF4DA6">
      <w:pPr>
        <w:autoSpaceDE w:val="0"/>
        <w:autoSpaceDN w:val="0"/>
        <w:spacing w:before="262" w:after="0" w:line="230" w:lineRule="auto"/>
        <w:jc w:val="center"/>
        <w:rPr>
          <w:rFonts w:ascii="Times New Roman" w:eastAsia="Times New Roman" w:hAnsi="Times New Roman"/>
          <w:b/>
          <w:color w:val="000000"/>
          <w:sz w:val="24"/>
          <w:lang w:val="ru-RU"/>
        </w:rPr>
      </w:pPr>
    </w:p>
    <w:p w14:paraId="0BF35905" w14:textId="5B8C515F" w:rsidR="004856BE" w:rsidRPr="00C34EBD" w:rsidRDefault="00750296" w:rsidP="00CF4DA6">
      <w:pPr>
        <w:autoSpaceDE w:val="0"/>
        <w:autoSpaceDN w:val="0"/>
        <w:spacing w:before="262" w:after="0" w:line="230" w:lineRule="auto"/>
        <w:jc w:val="center"/>
        <w:rPr>
          <w:lang w:val="ru-RU"/>
        </w:rPr>
      </w:pPr>
      <w:r w:rsidRPr="00C34EBD">
        <w:rPr>
          <w:rFonts w:ascii="Times New Roman" w:eastAsia="Times New Roman" w:hAnsi="Times New Roman"/>
          <w:b/>
          <w:color w:val="000000"/>
          <w:sz w:val="24"/>
          <w:lang w:val="ru-RU"/>
        </w:rPr>
        <w:t>3 КЛАСС</w:t>
      </w:r>
    </w:p>
    <w:p w14:paraId="11AABF27" w14:textId="77777777" w:rsidR="004856BE" w:rsidRPr="00C34EBD" w:rsidRDefault="00750296" w:rsidP="00CF4DA6">
      <w:pPr>
        <w:tabs>
          <w:tab w:val="left" w:pos="180"/>
        </w:tabs>
        <w:autoSpaceDE w:val="0"/>
        <w:autoSpaceDN w:val="0"/>
        <w:spacing w:after="0" w:line="240" w:lineRule="auto"/>
        <w:ind w:right="288"/>
        <w:rPr>
          <w:lang w:val="ru-RU"/>
        </w:rPr>
      </w:pPr>
      <w:r w:rsidRPr="00C34EBD">
        <w:rPr>
          <w:lang w:val="ru-RU"/>
        </w:rPr>
        <w:tab/>
      </w:r>
      <w:proofErr w:type="spellStart"/>
      <w:r w:rsidRPr="00C34EBD">
        <w:rPr>
          <w:rFonts w:ascii="Times New Roman" w:eastAsia="Times New Roman" w:hAnsi="Times New Roman"/>
          <w:b/>
          <w:color w:val="000000"/>
          <w:sz w:val="24"/>
          <w:lang w:val="ru-RU"/>
        </w:rPr>
        <w:t>Китап</w:t>
      </w:r>
      <w:proofErr w:type="spellEnd"/>
      <w:r w:rsidRPr="00C34EBD">
        <w:rPr>
          <w:rFonts w:ascii="Times New Roman" w:eastAsia="Times New Roman" w:hAnsi="Times New Roman"/>
          <w:b/>
          <w:color w:val="000000"/>
          <w:sz w:val="24"/>
          <w:lang w:val="ru-RU"/>
        </w:rPr>
        <w:t xml:space="preserve"> – </w:t>
      </w:r>
      <w:proofErr w:type="spellStart"/>
      <w:r w:rsidRPr="00C34EBD">
        <w:rPr>
          <w:rFonts w:ascii="Times New Roman" w:eastAsia="Times New Roman" w:hAnsi="Times New Roman"/>
          <w:b/>
          <w:color w:val="000000"/>
          <w:sz w:val="24"/>
          <w:lang w:val="ru-RU"/>
        </w:rPr>
        <w:t>белем</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чишмəсе</w:t>
      </w:r>
      <w:proofErr w:type="spellEnd"/>
      <w:r w:rsidRPr="00C34EBD">
        <w:rPr>
          <w:rFonts w:ascii="Times New Roman" w:eastAsia="Times New Roman" w:hAnsi="Times New Roman"/>
          <w:b/>
          <w:color w:val="000000"/>
          <w:sz w:val="24"/>
          <w:lang w:val="ru-RU"/>
        </w:rPr>
        <w:t xml:space="preserve"> (Книга – кладезь знаний) </w:t>
      </w:r>
      <w:r w:rsidRPr="00C34EBD">
        <w:rPr>
          <w:lang w:val="ru-RU"/>
        </w:rPr>
        <w:br/>
      </w:r>
      <w:r w:rsidRPr="00C34EBD">
        <w:rPr>
          <w:lang w:val="ru-RU"/>
        </w:rPr>
        <w:tab/>
      </w:r>
      <w:r w:rsidRPr="00C34EBD">
        <w:rPr>
          <w:rFonts w:ascii="Times New Roman" w:eastAsia="Times New Roman" w:hAnsi="Times New Roman"/>
          <w:color w:val="000000"/>
          <w:sz w:val="24"/>
          <w:lang w:val="ru-RU"/>
        </w:rPr>
        <w:t>Произведения, отражающие ценность книги, роль чтения в жизни человека и значимость книги в становлении личности.</w:t>
      </w:r>
    </w:p>
    <w:p w14:paraId="5E7406B2"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М. Гафури. «</w:t>
      </w:r>
      <w:proofErr w:type="spellStart"/>
      <w:r w:rsidRPr="00C34EBD">
        <w:rPr>
          <w:rFonts w:ascii="Times New Roman" w:eastAsia="Times New Roman" w:hAnsi="Times New Roman"/>
          <w:color w:val="000000"/>
          <w:sz w:val="24"/>
          <w:lang w:val="ru-RU"/>
        </w:rPr>
        <w:t>Китап</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һəм</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балалар</w:t>
      </w:r>
      <w:proofErr w:type="spellEnd"/>
      <w:r w:rsidRPr="00C34EBD">
        <w:rPr>
          <w:rFonts w:ascii="Times New Roman" w:eastAsia="Times New Roman" w:hAnsi="Times New Roman"/>
          <w:color w:val="000000"/>
          <w:sz w:val="24"/>
          <w:lang w:val="ru-RU"/>
        </w:rPr>
        <w:t>» («Книга и дети»).</w:t>
      </w:r>
    </w:p>
    <w:p w14:paraId="2431B81A"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Дж. </w:t>
      </w:r>
      <w:proofErr w:type="spellStart"/>
      <w:r w:rsidRPr="00C34EBD">
        <w:rPr>
          <w:rFonts w:ascii="Times New Roman" w:eastAsia="Times New Roman" w:hAnsi="Times New Roman"/>
          <w:color w:val="000000"/>
          <w:sz w:val="24"/>
          <w:lang w:val="ru-RU"/>
        </w:rPr>
        <w:t>Тарджеманов</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Якын</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дус</w:t>
      </w:r>
      <w:proofErr w:type="spellEnd"/>
      <w:r w:rsidRPr="00C34EBD">
        <w:rPr>
          <w:rFonts w:ascii="Times New Roman" w:eastAsia="Times New Roman" w:hAnsi="Times New Roman"/>
          <w:color w:val="000000"/>
          <w:sz w:val="24"/>
          <w:lang w:val="ru-RU"/>
        </w:rPr>
        <w:t>» («Близкий друг»).</w:t>
      </w:r>
    </w:p>
    <w:p w14:paraId="22708454"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З. </w:t>
      </w:r>
      <w:proofErr w:type="spellStart"/>
      <w:r w:rsidRPr="00C34EBD">
        <w:rPr>
          <w:rFonts w:ascii="Times New Roman" w:eastAsia="Times New Roman" w:hAnsi="Times New Roman"/>
          <w:color w:val="000000"/>
          <w:sz w:val="24"/>
          <w:lang w:val="ru-RU"/>
        </w:rPr>
        <w:t>Туфайлова</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Безнең</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китапханəдə</w:t>
      </w:r>
      <w:proofErr w:type="spellEnd"/>
      <w:r w:rsidRPr="00C34EBD">
        <w:rPr>
          <w:rFonts w:ascii="Times New Roman" w:eastAsia="Times New Roman" w:hAnsi="Times New Roman"/>
          <w:color w:val="000000"/>
          <w:sz w:val="24"/>
          <w:lang w:val="ru-RU"/>
        </w:rPr>
        <w:t>» («В нашей библиотеке»).</w:t>
      </w:r>
    </w:p>
    <w:p w14:paraId="51915DE9"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Х. </w:t>
      </w:r>
      <w:proofErr w:type="spellStart"/>
      <w:r w:rsidRPr="00C34EBD">
        <w:rPr>
          <w:rFonts w:ascii="Times New Roman" w:eastAsia="Times New Roman" w:hAnsi="Times New Roman"/>
          <w:color w:val="000000"/>
          <w:sz w:val="24"/>
          <w:lang w:val="ru-RU"/>
        </w:rPr>
        <w:t>Халиков</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Китап</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докторы</w:t>
      </w:r>
      <w:proofErr w:type="spellEnd"/>
      <w:r w:rsidRPr="00C34EBD">
        <w:rPr>
          <w:rFonts w:ascii="Times New Roman" w:eastAsia="Times New Roman" w:hAnsi="Times New Roman"/>
          <w:color w:val="000000"/>
          <w:sz w:val="24"/>
          <w:lang w:val="ru-RU"/>
        </w:rPr>
        <w:t>» («Книжный доктор»).</w:t>
      </w:r>
    </w:p>
    <w:p w14:paraId="50CC93DA"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В. Нуриев. «</w:t>
      </w:r>
      <w:proofErr w:type="spellStart"/>
      <w:r w:rsidRPr="00C34EBD">
        <w:rPr>
          <w:rFonts w:ascii="Times New Roman" w:eastAsia="Times New Roman" w:hAnsi="Times New Roman"/>
          <w:color w:val="000000"/>
          <w:sz w:val="24"/>
          <w:lang w:val="ru-RU"/>
        </w:rPr>
        <w:t>Китап</w:t>
      </w:r>
      <w:proofErr w:type="spellEnd"/>
      <w:r w:rsidRPr="00C34EBD">
        <w:rPr>
          <w:rFonts w:ascii="Times New Roman" w:eastAsia="Times New Roman" w:hAnsi="Times New Roman"/>
          <w:color w:val="000000"/>
          <w:sz w:val="24"/>
          <w:lang w:val="ru-RU"/>
        </w:rPr>
        <w:t>» («Книга»).</w:t>
      </w:r>
    </w:p>
    <w:p w14:paraId="5350F4BA" w14:textId="77777777" w:rsidR="004856BE" w:rsidRPr="00C34EBD" w:rsidRDefault="00750296" w:rsidP="00CF4DA6">
      <w:pPr>
        <w:tabs>
          <w:tab w:val="left" w:pos="180"/>
        </w:tabs>
        <w:autoSpaceDE w:val="0"/>
        <w:autoSpaceDN w:val="0"/>
        <w:spacing w:after="0" w:line="240" w:lineRule="auto"/>
        <w:rPr>
          <w:lang w:val="ru-RU"/>
        </w:rPr>
      </w:pPr>
      <w:r w:rsidRPr="00C34EBD">
        <w:rPr>
          <w:lang w:val="ru-RU"/>
        </w:rPr>
        <w:tab/>
      </w:r>
      <w:proofErr w:type="spellStart"/>
      <w:r w:rsidRPr="00C34EBD">
        <w:rPr>
          <w:rFonts w:ascii="Times New Roman" w:eastAsia="Times New Roman" w:hAnsi="Times New Roman"/>
          <w:b/>
          <w:color w:val="000000"/>
          <w:sz w:val="24"/>
          <w:lang w:val="ru-RU"/>
        </w:rPr>
        <w:t>Халык</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авыз</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иҗаты</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Əкиятлəр</w:t>
      </w:r>
      <w:proofErr w:type="spellEnd"/>
      <w:r w:rsidRPr="00C34EBD">
        <w:rPr>
          <w:rFonts w:ascii="Times New Roman" w:eastAsia="Times New Roman" w:hAnsi="Times New Roman"/>
          <w:b/>
          <w:color w:val="000000"/>
          <w:sz w:val="24"/>
          <w:lang w:val="ru-RU"/>
        </w:rPr>
        <w:t xml:space="preserve"> </w:t>
      </w:r>
      <w:r w:rsidRPr="00C34EBD">
        <w:rPr>
          <w:lang w:val="ru-RU"/>
        </w:rPr>
        <w:br/>
      </w:r>
      <w:r w:rsidRPr="00C34EBD">
        <w:rPr>
          <w:lang w:val="ru-RU"/>
        </w:rPr>
        <w:tab/>
      </w:r>
      <w:r w:rsidRPr="00C34EBD">
        <w:rPr>
          <w:rFonts w:ascii="Times New Roman" w:eastAsia="Times New Roman" w:hAnsi="Times New Roman"/>
          <w:b/>
          <w:color w:val="000000"/>
          <w:sz w:val="24"/>
          <w:lang w:val="ru-RU"/>
        </w:rPr>
        <w:t xml:space="preserve">(Устное народное творчество. Сказки) </w:t>
      </w:r>
      <w:r w:rsidRPr="00C34EBD">
        <w:rPr>
          <w:lang w:val="ru-RU"/>
        </w:rPr>
        <w:br/>
      </w:r>
      <w:r w:rsidRPr="00C34EBD">
        <w:rPr>
          <w:lang w:val="ru-RU"/>
        </w:rPr>
        <w:tab/>
      </w:r>
      <w:r w:rsidRPr="00C34EBD">
        <w:rPr>
          <w:rFonts w:ascii="Times New Roman" w:eastAsia="Times New Roman" w:hAnsi="Times New Roman"/>
          <w:color w:val="000000"/>
          <w:sz w:val="24"/>
          <w:lang w:val="ru-RU"/>
        </w:rPr>
        <w:t>Произведения народного творчества – сказки. Виды сказок, сказочные персонажи. Победа добра над злом. Татарские народные сказки.</w:t>
      </w:r>
    </w:p>
    <w:p w14:paraId="63C957F0"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w:t>
      </w:r>
      <w:proofErr w:type="spellStart"/>
      <w:r w:rsidRPr="00C34EBD">
        <w:rPr>
          <w:rFonts w:ascii="Times New Roman" w:eastAsia="Times New Roman" w:hAnsi="Times New Roman"/>
          <w:color w:val="000000"/>
          <w:sz w:val="24"/>
          <w:lang w:val="ru-RU"/>
        </w:rPr>
        <w:t>Гөлчəчəк</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Гульчачак</w:t>
      </w:r>
      <w:proofErr w:type="spellEnd"/>
      <w:r w:rsidRPr="00C34EBD">
        <w:rPr>
          <w:rFonts w:ascii="Times New Roman" w:eastAsia="Times New Roman" w:hAnsi="Times New Roman"/>
          <w:color w:val="000000"/>
          <w:sz w:val="24"/>
          <w:lang w:val="ru-RU"/>
        </w:rPr>
        <w:t>»).</w:t>
      </w:r>
    </w:p>
    <w:p w14:paraId="3E3F8042"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w:t>
      </w:r>
      <w:proofErr w:type="spellStart"/>
      <w:r w:rsidRPr="00C34EBD">
        <w:rPr>
          <w:rFonts w:ascii="Times New Roman" w:eastAsia="Times New Roman" w:hAnsi="Times New Roman"/>
          <w:color w:val="000000"/>
          <w:sz w:val="24"/>
          <w:lang w:val="ru-RU"/>
        </w:rPr>
        <w:t>Шүрəле</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Шурале</w:t>
      </w:r>
      <w:proofErr w:type="spellEnd"/>
      <w:r w:rsidRPr="00C34EBD">
        <w:rPr>
          <w:rFonts w:ascii="Times New Roman" w:eastAsia="Times New Roman" w:hAnsi="Times New Roman"/>
          <w:color w:val="000000"/>
          <w:sz w:val="24"/>
          <w:lang w:val="ru-RU"/>
        </w:rPr>
        <w:t>»).</w:t>
      </w:r>
    </w:p>
    <w:p w14:paraId="2528374C" w14:textId="77777777" w:rsidR="004856BE" w:rsidRPr="00C34EBD" w:rsidRDefault="00750296" w:rsidP="00CF4DA6">
      <w:pPr>
        <w:autoSpaceDE w:val="0"/>
        <w:autoSpaceDN w:val="0"/>
        <w:spacing w:after="0" w:line="240" w:lineRule="auto"/>
        <w:ind w:left="180" w:right="5040"/>
        <w:rPr>
          <w:lang w:val="ru-RU"/>
        </w:rPr>
      </w:pPr>
      <w:proofErr w:type="spellStart"/>
      <w:r w:rsidRPr="00C34EBD">
        <w:rPr>
          <w:rFonts w:ascii="Times New Roman" w:eastAsia="Times New Roman" w:hAnsi="Times New Roman"/>
          <w:b/>
          <w:color w:val="000000"/>
          <w:sz w:val="24"/>
          <w:lang w:val="ru-RU"/>
        </w:rPr>
        <w:t>Əкиятлəр</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илендə</w:t>
      </w:r>
      <w:proofErr w:type="spellEnd"/>
      <w:r w:rsidRPr="00C34EBD">
        <w:rPr>
          <w:rFonts w:ascii="Times New Roman" w:eastAsia="Times New Roman" w:hAnsi="Times New Roman"/>
          <w:b/>
          <w:color w:val="000000"/>
          <w:sz w:val="24"/>
          <w:lang w:val="ru-RU"/>
        </w:rPr>
        <w:t xml:space="preserve"> (В стране сказок) </w:t>
      </w:r>
      <w:r w:rsidRPr="00C34EBD">
        <w:rPr>
          <w:lang w:val="ru-RU"/>
        </w:rPr>
        <w:br/>
      </w:r>
      <w:r w:rsidRPr="00C34EBD">
        <w:rPr>
          <w:rFonts w:ascii="Times New Roman" w:eastAsia="Times New Roman" w:hAnsi="Times New Roman"/>
          <w:color w:val="000000"/>
          <w:sz w:val="24"/>
          <w:lang w:val="ru-RU"/>
        </w:rPr>
        <w:t>Авторские сказки, их отличие от народных сказок.</w:t>
      </w:r>
    </w:p>
    <w:p w14:paraId="12DE37DA"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Г. Тукай. «Су </w:t>
      </w:r>
      <w:proofErr w:type="spellStart"/>
      <w:r w:rsidRPr="00C34EBD">
        <w:rPr>
          <w:rFonts w:ascii="Times New Roman" w:eastAsia="Times New Roman" w:hAnsi="Times New Roman"/>
          <w:color w:val="000000"/>
          <w:sz w:val="24"/>
          <w:lang w:val="ru-RU"/>
        </w:rPr>
        <w:t>анасы</w:t>
      </w:r>
      <w:proofErr w:type="spellEnd"/>
      <w:r w:rsidRPr="00C34EBD">
        <w:rPr>
          <w:rFonts w:ascii="Times New Roman" w:eastAsia="Times New Roman" w:hAnsi="Times New Roman"/>
          <w:color w:val="000000"/>
          <w:sz w:val="24"/>
          <w:lang w:val="ru-RU"/>
        </w:rPr>
        <w:t>» («Водяная»).</w:t>
      </w:r>
    </w:p>
    <w:p w14:paraId="7211667B"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А. </w:t>
      </w:r>
      <w:proofErr w:type="spellStart"/>
      <w:r w:rsidRPr="00C34EBD">
        <w:rPr>
          <w:rFonts w:ascii="Times New Roman" w:eastAsia="Times New Roman" w:hAnsi="Times New Roman"/>
          <w:color w:val="000000"/>
          <w:sz w:val="24"/>
          <w:lang w:val="ru-RU"/>
        </w:rPr>
        <w:t>Алиш</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Сертотмас</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үрдəк</w:t>
      </w:r>
      <w:proofErr w:type="spellEnd"/>
      <w:r w:rsidRPr="00C34EBD">
        <w:rPr>
          <w:rFonts w:ascii="Times New Roman" w:eastAsia="Times New Roman" w:hAnsi="Times New Roman"/>
          <w:color w:val="000000"/>
          <w:sz w:val="24"/>
          <w:lang w:val="ru-RU"/>
        </w:rPr>
        <w:t>» («Болтливая утка»).</w:t>
      </w:r>
    </w:p>
    <w:p w14:paraId="2095770B" w14:textId="77777777" w:rsidR="004856BE" w:rsidRPr="00C34EBD" w:rsidRDefault="00750296" w:rsidP="00CF4DA6">
      <w:pPr>
        <w:tabs>
          <w:tab w:val="left" w:pos="180"/>
        </w:tabs>
        <w:autoSpaceDE w:val="0"/>
        <w:autoSpaceDN w:val="0"/>
        <w:spacing w:after="0" w:line="240" w:lineRule="auto"/>
        <w:ind w:right="1296"/>
        <w:rPr>
          <w:lang w:val="ru-RU"/>
        </w:rPr>
      </w:pPr>
      <w:r w:rsidRPr="00C34EBD">
        <w:rPr>
          <w:lang w:val="ru-RU"/>
        </w:rPr>
        <w:tab/>
      </w:r>
      <w:proofErr w:type="spellStart"/>
      <w:r w:rsidRPr="00C34EBD">
        <w:rPr>
          <w:rFonts w:ascii="Times New Roman" w:eastAsia="Times New Roman" w:hAnsi="Times New Roman"/>
          <w:b/>
          <w:color w:val="000000"/>
          <w:sz w:val="24"/>
          <w:lang w:val="ru-RU"/>
        </w:rPr>
        <w:t>Безнең</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нəни</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дусларыбыз</w:t>
      </w:r>
      <w:proofErr w:type="spellEnd"/>
      <w:r w:rsidRPr="00C34EBD">
        <w:rPr>
          <w:rFonts w:ascii="Times New Roman" w:eastAsia="Times New Roman" w:hAnsi="Times New Roman"/>
          <w:b/>
          <w:color w:val="000000"/>
          <w:sz w:val="24"/>
          <w:lang w:val="ru-RU"/>
        </w:rPr>
        <w:t xml:space="preserve"> (Наши маленькие друзья) </w:t>
      </w:r>
      <w:r w:rsidRPr="00C34EBD">
        <w:rPr>
          <w:lang w:val="ru-RU"/>
        </w:rPr>
        <w:br/>
      </w:r>
      <w:r w:rsidRPr="00C34EBD">
        <w:rPr>
          <w:lang w:val="ru-RU"/>
        </w:rPr>
        <w:tab/>
      </w:r>
      <w:r w:rsidRPr="00C34EBD">
        <w:rPr>
          <w:rFonts w:ascii="Times New Roman" w:eastAsia="Times New Roman" w:hAnsi="Times New Roman"/>
          <w:color w:val="000000"/>
          <w:sz w:val="24"/>
          <w:lang w:val="ru-RU"/>
        </w:rPr>
        <w:t>Произведения, раскрывающие отношения человека и природы. Образы зверей и птиц в произведениях.</w:t>
      </w:r>
    </w:p>
    <w:p w14:paraId="2104AC4D"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М. </w:t>
      </w:r>
      <w:proofErr w:type="spellStart"/>
      <w:r w:rsidRPr="00C34EBD">
        <w:rPr>
          <w:rFonts w:ascii="Times New Roman" w:eastAsia="Times New Roman" w:hAnsi="Times New Roman"/>
          <w:color w:val="000000"/>
          <w:sz w:val="24"/>
          <w:lang w:val="ru-RU"/>
        </w:rPr>
        <w:t>Джалиль</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Карак</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песи</w:t>
      </w:r>
      <w:proofErr w:type="spellEnd"/>
      <w:r w:rsidRPr="00C34EBD">
        <w:rPr>
          <w:rFonts w:ascii="Times New Roman" w:eastAsia="Times New Roman" w:hAnsi="Times New Roman"/>
          <w:color w:val="000000"/>
          <w:sz w:val="24"/>
          <w:lang w:val="ru-RU"/>
        </w:rPr>
        <w:t>» («Вороватый котенок»).</w:t>
      </w:r>
    </w:p>
    <w:p w14:paraId="4B52CE81" w14:textId="77777777" w:rsidR="004856BE" w:rsidRPr="00C34EBD" w:rsidRDefault="00750296" w:rsidP="00CF4DA6">
      <w:pPr>
        <w:autoSpaceDE w:val="0"/>
        <w:autoSpaceDN w:val="0"/>
        <w:spacing w:after="0" w:line="240" w:lineRule="auto"/>
        <w:ind w:left="180" w:right="2736"/>
        <w:rPr>
          <w:lang w:val="ru-RU"/>
        </w:rPr>
      </w:pPr>
      <w:r w:rsidRPr="00C34EBD">
        <w:rPr>
          <w:rFonts w:ascii="Times New Roman" w:eastAsia="Times New Roman" w:hAnsi="Times New Roman"/>
          <w:color w:val="000000"/>
          <w:sz w:val="24"/>
          <w:lang w:val="ru-RU"/>
        </w:rPr>
        <w:t xml:space="preserve">Р. </w:t>
      </w:r>
      <w:proofErr w:type="spellStart"/>
      <w:r w:rsidRPr="00C34EBD">
        <w:rPr>
          <w:rFonts w:ascii="Times New Roman" w:eastAsia="Times New Roman" w:hAnsi="Times New Roman"/>
          <w:color w:val="000000"/>
          <w:sz w:val="24"/>
          <w:lang w:val="ru-RU"/>
        </w:rPr>
        <w:t>Миннуллин</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Акбайга</w:t>
      </w:r>
      <w:proofErr w:type="spellEnd"/>
      <w:r w:rsidRPr="00C34EBD">
        <w:rPr>
          <w:rFonts w:ascii="Times New Roman" w:eastAsia="Times New Roman" w:hAnsi="Times New Roman"/>
          <w:color w:val="000000"/>
          <w:sz w:val="24"/>
          <w:lang w:val="ru-RU"/>
        </w:rPr>
        <w:t xml:space="preserve">» («Акбаю») </w:t>
      </w:r>
      <w:r w:rsidRPr="00C34EBD">
        <w:rPr>
          <w:lang w:val="ru-RU"/>
        </w:rPr>
        <w:br/>
      </w:r>
      <w:r w:rsidRPr="00C34EBD">
        <w:rPr>
          <w:rFonts w:ascii="Times New Roman" w:eastAsia="Times New Roman" w:hAnsi="Times New Roman"/>
          <w:color w:val="000000"/>
          <w:sz w:val="24"/>
          <w:lang w:val="ru-RU"/>
        </w:rPr>
        <w:t xml:space="preserve">Й. </w:t>
      </w:r>
      <w:proofErr w:type="spellStart"/>
      <w:r w:rsidRPr="00C34EBD">
        <w:rPr>
          <w:rFonts w:ascii="Times New Roman" w:eastAsia="Times New Roman" w:hAnsi="Times New Roman"/>
          <w:color w:val="000000"/>
          <w:sz w:val="24"/>
          <w:lang w:val="ru-RU"/>
        </w:rPr>
        <w:t>Миннуллина</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Этем</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югалды</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бүген</w:t>
      </w:r>
      <w:proofErr w:type="spellEnd"/>
      <w:r w:rsidRPr="00C34EBD">
        <w:rPr>
          <w:rFonts w:ascii="Times New Roman" w:eastAsia="Times New Roman" w:hAnsi="Times New Roman"/>
          <w:color w:val="000000"/>
          <w:sz w:val="24"/>
          <w:lang w:val="ru-RU"/>
        </w:rPr>
        <w:t>» («Потерялся сегодня мой щенок»).</w:t>
      </w:r>
    </w:p>
    <w:p w14:paraId="42C8FE1C"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Л. Амирханова. «Минем </w:t>
      </w:r>
      <w:proofErr w:type="spellStart"/>
      <w:r w:rsidRPr="00C34EBD">
        <w:rPr>
          <w:rFonts w:ascii="Times New Roman" w:eastAsia="Times New Roman" w:hAnsi="Times New Roman"/>
          <w:color w:val="000000"/>
          <w:sz w:val="24"/>
          <w:lang w:val="ru-RU"/>
        </w:rPr>
        <w:t>нəни</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дусларым</w:t>
      </w:r>
      <w:proofErr w:type="spellEnd"/>
      <w:r w:rsidRPr="00C34EBD">
        <w:rPr>
          <w:rFonts w:ascii="Times New Roman" w:eastAsia="Times New Roman" w:hAnsi="Times New Roman"/>
          <w:color w:val="000000"/>
          <w:sz w:val="24"/>
          <w:lang w:val="ru-RU"/>
        </w:rPr>
        <w:t>» («Мои маленькие друзья»).</w:t>
      </w:r>
    </w:p>
    <w:p w14:paraId="33C94A72"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Л. </w:t>
      </w:r>
      <w:proofErr w:type="spellStart"/>
      <w:r w:rsidRPr="00C34EBD">
        <w:rPr>
          <w:rFonts w:ascii="Times New Roman" w:eastAsia="Times New Roman" w:hAnsi="Times New Roman"/>
          <w:color w:val="000000"/>
          <w:sz w:val="24"/>
          <w:lang w:val="ru-RU"/>
        </w:rPr>
        <w:t>Лерон</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Хыялый</w:t>
      </w:r>
      <w:proofErr w:type="spellEnd"/>
      <w:r w:rsidRPr="00C34EBD">
        <w:rPr>
          <w:rFonts w:ascii="Times New Roman" w:eastAsia="Times New Roman" w:hAnsi="Times New Roman"/>
          <w:color w:val="000000"/>
          <w:sz w:val="24"/>
          <w:lang w:val="ru-RU"/>
        </w:rPr>
        <w:t xml:space="preserve"> Акбай» («Акбай-мечтатель»).</w:t>
      </w:r>
    </w:p>
    <w:p w14:paraId="4C39BBD3"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Г. Баширов. «</w:t>
      </w:r>
      <w:proofErr w:type="spellStart"/>
      <w:r w:rsidRPr="00C34EBD">
        <w:rPr>
          <w:rFonts w:ascii="Times New Roman" w:eastAsia="Times New Roman" w:hAnsi="Times New Roman"/>
          <w:color w:val="000000"/>
          <w:sz w:val="24"/>
          <w:lang w:val="ru-RU"/>
        </w:rPr>
        <w:t>Песинең</w:t>
      </w:r>
      <w:proofErr w:type="spellEnd"/>
      <w:r w:rsidRPr="00C34EBD">
        <w:rPr>
          <w:rFonts w:ascii="Times New Roman" w:eastAsia="Times New Roman" w:hAnsi="Times New Roman"/>
          <w:color w:val="000000"/>
          <w:sz w:val="24"/>
          <w:lang w:val="ru-RU"/>
        </w:rPr>
        <w:t xml:space="preserve"> ял </w:t>
      </w:r>
      <w:proofErr w:type="spellStart"/>
      <w:r w:rsidRPr="00C34EBD">
        <w:rPr>
          <w:rFonts w:ascii="Times New Roman" w:eastAsia="Times New Roman" w:hAnsi="Times New Roman"/>
          <w:color w:val="000000"/>
          <w:sz w:val="24"/>
          <w:lang w:val="ru-RU"/>
        </w:rPr>
        <w:t>көне</w:t>
      </w:r>
      <w:proofErr w:type="spellEnd"/>
      <w:r w:rsidRPr="00C34EBD">
        <w:rPr>
          <w:rFonts w:ascii="Times New Roman" w:eastAsia="Times New Roman" w:hAnsi="Times New Roman"/>
          <w:color w:val="000000"/>
          <w:sz w:val="24"/>
          <w:lang w:val="ru-RU"/>
        </w:rPr>
        <w:t>» («Выходной для кошки»).</w:t>
      </w:r>
    </w:p>
    <w:p w14:paraId="5DE76145"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Н. Каштанов. «</w:t>
      </w:r>
      <w:proofErr w:type="spellStart"/>
      <w:r w:rsidRPr="00C34EBD">
        <w:rPr>
          <w:rFonts w:ascii="Times New Roman" w:eastAsia="Times New Roman" w:hAnsi="Times New Roman"/>
          <w:color w:val="000000"/>
          <w:sz w:val="24"/>
          <w:lang w:val="ru-RU"/>
        </w:rPr>
        <w:t>Йөнтəс</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песи</w:t>
      </w:r>
      <w:proofErr w:type="spellEnd"/>
      <w:r w:rsidRPr="00C34EBD">
        <w:rPr>
          <w:rFonts w:ascii="Times New Roman" w:eastAsia="Times New Roman" w:hAnsi="Times New Roman"/>
          <w:color w:val="000000"/>
          <w:sz w:val="24"/>
          <w:lang w:val="ru-RU"/>
        </w:rPr>
        <w:t>» («Пушистый котенок»).</w:t>
      </w:r>
    </w:p>
    <w:p w14:paraId="108B892F"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Сказка «Кем </w:t>
      </w:r>
      <w:proofErr w:type="spellStart"/>
      <w:r w:rsidRPr="00C34EBD">
        <w:rPr>
          <w:rFonts w:ascii="Times New Roman" w:eastAsia="Times New Roman" w:hAnsi="Times New Roman"/>
          <w:color w:val="000000"/>
          <w:sz w:val="24"/>
          <w:lang w:val="ru-RU"/>
        </w:rPr>
        <w:t>нəрсə</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ярата</w:t>
      </w:r>
      <w:proofErr w:type="spellEnd"/>
      <w:r w:rsidRPr="00C34EBD">
        <w:rPr>
          <w:rFonts w:ascii="Times New Roman" w:eastAsia="Times New Roman" w:hAnsi="Times New Roman"/>
          <w:color w:val="000000"/>
          <w:sz w:val="24"/>
          <w:lang w:val="ru-RU"/>
        </w:rPr>
        <w:t>» («Кому что нравится»).</w:t>
      </w:r>
    </w:p>
    <w:p w14:paraId="541A7FE1" w14:textId="77777777" w:rsidR="004856BE" w:rsidRPr="00C34EBD" w:rsidRDefault="00750296" w:rsidP="00CF4DA6">
      <w:pPr>
        <w:autoSpaceDE w:val="0"/>
        <w:autoSpaceDN w:val="0"/>
        <w:spacing w:after="0" w:line="240" w:lineRule="auto"/>
        <w:ind w:left="180" w:right="4032"/>
        <w:rPr>
          <w:lang w:val="ru-RU"/>
        </w:rPr>
      </w:pPr>
      <w:proofErr w:type="spellStart"/>
      <w:r w:rsidRPr="00C34EBD">
        <w:rPr>
          <w:rFonts w:ascii="Times New Roman" w:eastAsia="Times New Roman" w:hAnsi="Times New Roman"/>
          <w:b/>
          <w:color w:val="000000"/>
          <w:sz w:val="24"/>
          <w:lang w:val="ru-RU"/>
        </w:rPr>
        <w:t>Изге</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сүз</w:t>
      </w:r>
      <w:proofErr w:type="spellEnd"/>
      <w:r w:rsidRPr="00C34EBD">
        <w:rPr>
          <w:rFonts w:ascii="Times New Roman" w:eastAsia="Times New Roman" w:hAnsi="Times New Roman"/>
          <w:b/>
          <w:color w:val="000000"/>
          <w:sz w:val="24"/>
          <w:lang w:val="ru-RU"/>
        </w:rPr>
        <w:t xml:space="preserve"> (Волшебное слово) </w:t>
      </w:r>
      <w:r w:rsidRPr="00C34EBD">
        <w:rPr>
          <w:lang w:val="ru-RU"/>
        </w:rPr>
        <w:br/>
      </w:r>
      <w:r w:rsidRPr="00C34EBD">
        <w:rPr>
          <w:rFonts w:ascii="Times New Roman" w:eastAsia="Times New Roman" w:hAnsi="Times New Roman"/>
          <w:color w:val="000000"/>
          <w:sz w:val="24"/>
          <w:lang w:val="ru-RU"/>
        </w:rPr>
        <w:t>Произведения, раскрывающие смысл нравственных понятий.</w:t>
      </w:r>
    </w:p>
    <w:p w14:paraId="17A8B03C"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И. </w:t>
      </w:r>
      <w:proofErr w:type="spellStart"/>
      <w:r w:rsidRPr="00C34EBD">
        <w:rPr>
          <w:rFonts w:ascii="Times New Roman" w:eastAsia="Times New Roman" w:hAnsi="Times New Roman"/>
          <w:color w:val="000000"/>
          <w:sz w:val="24"/>
          <w:lang w:val="ru-RU"/>
        </w:rPr>
        <w:t>Туктар</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Рəхмəт</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һəркемгə</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рəхəт</w:t>
      </w:r>
      <w:proofErr w:type="spellEnd"/>
      <w:r w:rsidRPr="00C34EBD">
        <w:rPr>
          <w:rFonts w:ascii="Times New Roman" w:eastAsia="Times New Roman" w:hAnsi="Times New Roman"/>
          <w:color w:val="000000"/>
          <w:sz w:val="24"/>
          <w:lang w:val="ru-RU"/>
        </w:rPr>
        <w:t>» («Доброе слово каждому приятно»).</w:t>
      </w:r>
    </w:p>
    <w:p w14:paraId="3D7DAAF0"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Д. </w:t>
      </w:r>
      <w:proofErr w:type="spellStart"/>
      <w:r w:rsidRPr="00C34EBD">
        <w:rPr>
          <w:rFonts w:ascii="Times New Roman" w:eastAsia="Times New Roman" w:hAnsi="Times New Roman"/>
          <w:color w:val="000000"/>
          <w:sz w:val="24"/>
          <w:lang w:val="ru-RU"/>
        </w:rPr>
        <w:t>Гайнетдинова</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Изге</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сүз</w:t>
      </w:r>
      <w:proofErr w:type="spellEnd"/>
      <w:r w:rsidRPr="00C34EBD">
        <w:rPr>
          <w:rFonts w:ascii="Times New Roman" w:eastAsia="Times New Roman" w:hAnsi="Times New Roman"/>
          <w:color w:val="000000"/>
          <w:sz w:val="24"/>
          <w:lang w:val="ru-RU"/>
        </w:rPr>
        <w:t>» («Святое слово»).</w:t>
      </w:r>
    </w:p>
    <w:p w14:paraId="19139B6C"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М. Галлямова. «</w:t>
      </w:r>
      <w:proofErr w:type="spellStart"/>
      <w:r w:rsidRPr="00C34EBD">
        <w:rPr>
          <w:rFonts w:ascii="Times New Roman" w:eastAsia="Times New Roman" w:hAnsi="Times New Roman"/>
          <w:color w:val="000000"/>
          <w:sz w:val="24"/>
          <w:lang w:val="ru-RU"/>
        </w:rPr>
        <w:t>Дуслар</w:t>
      </w:r>
      <w:proofErr w:type="spellEnd"/>
      <w:r w:rsidRPr="00C34EBD">
        <w:rPr>
          <w:rFonts w:ascii="Times New Roman" w:eastAsia="Times New Roman" w:hAnsi="Times New Roman"/>
          <w:color w:val="000000"/>
          <w:sz w:val="24"/>
          <w:lang w:val="ru-RU"/>
        </w:rPr>
        <w:t>» («Друзья»).</w:t>
      </w:r>
    </w:p>
    <w:p w14:paraId="203E36BC"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Р. Файзуллин. «</w:t>
      </w:r>
      <w:proofErr w:type="spellStart"/>
      <w:r w:rsidRPr="00C34EBD">
        <w:rPr>
          <w:rFonts w:ascii="Times New Roman" w:eastAsia="Times New Roman" w:hAnsi="Times New Roman"/>
          <w:color w:val="000000"/>
          <w:sz w:val="24"/>
          <w:lang w:val="ru-RU"/>
        </w:rPr>
        <w:t>Ничек</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яхшы</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булырга</w:t>
      </w:r>
      <w:proofErr w:type="spellEnd"/>
      <w:r w:rsidRPr="00C34EBD">
        <w:rPr>
          <w:rFonts w:ascii="Times New Roman" w:eastAsia="Times New Roman" w:hAnsi="Times New Roman"/>
          <w:color w:val="000000"/>
          <w:sz w:val="24"/>
          <w:lang w:val="ru-RU"/>
        </w:rPr>
        <w:t>?» («Как стать хорошим?»).</w:t>
      </w:r>
    </w:p>
    <w:p w14:paraId="0DC67C21" w14:textId="77777777" w:rsidR="004856BE" w:rsidRPr="00C34EBD" w:rsidRDefault="00750296" w:rsidP="00CF4DA6">
      <w:pPr>
        <w:autoSpaceDE w:val="0"/>
        <w:autoSpaceDN w:val="0"/>
        <w:spacing w:after="0" w:line="240" w:lineRule="auto"/>
        <w:ind w:left="180" w:right="3744"/>
        <w:rPr>
          <w:lang w:val="ru-RU"/>
        </w:rPr>
      </w:pPr>
      <w:proofErr w:type="spellStart"/>
      <w:r w:rsidRPr="00C34EBD">
        <w:rPr>
          <w:rFonts w:ascii="Times New Roman" w:eastAsia="Times New Roman" w:hAnsi="Times New Roman"/>
          <w:b/>
          <w:color w:val="000000"/>
          <w:sz w:val="24"/>
          <w:lang w:val="ru-RU"/>
        </w:rPr>
        <w:t>Сəламəт</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яшибез</w:t>
      </w:r>
      <w:proofErr w:type="spellEnd"/>
      <w:r w:rsidRPr="00C34EBD">
        <w:rPr>
          <w:rFonts w:ascii="Times New Roman" w:eastAsia="Times New Roman" w:hAnsi="Times New Roman"/>
          <w:b/>
          <w:color w:val="000000"/>
          <w:sz w:val="24"/>
          <w:lang w:val="ru-RU"/>
        </w:rPr>
        <w:t xml:space="preserve">, спорт </w:t>
      </w:r>
      <w:proofErr w:type="spellStart"/>
      <w:r w:rsidRPr="00C34EBD">
        <w:rPr>
          <w:rFonts w:ascii="Times New Roman" w:eastAsia="Times New Roman" w:hAnsi="Times New Roman"/>
          <w:b/>
          <w:color w:val="000000"/>
          <w:sz w:val="24"/>
          <w:lang w:val="ru-RU"/>
        </w:rPr>
        <w:t>белəн</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шөгыльлəнəбез</w:t>
      </w:r>
      <w:proofErr w:type="spellEnd"/>
      <w:r w:rsidRPr="00C34EBD">
        <w:rPr>
          <w:rFonts w:ascii="Times New Roman" w:eastAsia="Times New Roman" w:hAnsi="Times New Roman"/>
          <w:b/>
          <w:color w:val="000000"/>
          <w:sz w:val="24"/>
          <w:lang w:val="ru-RU"/>
        </w:rPr>
        <w:t xml:space="preserve"> </w:t>
      </w:r>
      <w:r w:rsidRPr="00C34EBD">
        <w:rPr>
          <w:lang w:val="ru-RU"/>
        </w:rPr>
        <w:br/>
      </w:r>
      <w:r w:rsidRPr="00C34EBD">
        <w:rPr>
          <w:rFonts w:ascii="Times New Roman" w:eastAsia="Times New Roman" w:hAnsi="Times New Roman"/>
          <w:b/>
          <w:color w:val="000000"/>
          <w:sz w:val="24"/>
          <w:lang w:val="ru-RU"/>
        </w:rPr>
        <w:t xml:space="preserve">(Спортом занимаемся – здорово живем) </w:t>
      </w:r>
      <w:r w:rsidRPr="00C34EBD">
        <w:rPr>
          <w:lang w:val="ru-RU"/>
        </w:rPr>
        <w:br/>
      </w:r>
      <w:r w:rsidRPr="00C34EBD">
        <w:rPr>
          <w:rFonts w:ascii="Times New Roman" w:eastAsia="Times New Roman" w:hAnsi="Times New Roman"/>
          <w:color w:val="000000"/>
          <w:sz w:val="24"/>
          <w:lang w:val="ru-RU"/>
        </w:rPr>
        <w:t>Произведения о здоровом образе жизни, физкультуре и спорте.</w:t>
      </w:r>
    </w:p>
    <w:p w14:paraId="1294A973"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Х. </w:t>
      </w:r>
      <w:proofErr w:type="spellStart"/>
      <w:r w:rsidRPr="00C34EBD">
        <w:rPr>
          <w:rFonts w:ascii="Times New Roman" w:eastAsia="Times New Roman" w:hAnsi="Times New Roman"/>
          <w:color w:val="000000"/>
          <w:sz w:val="24"/>
          <w:lang w:val="ru-RU"/>
        </w:rPr>
        <w:t>Халиков</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Хəрəкəттə</w:t>
      </w:r>
      <w:proofErr w:type="spellEnd"/>
      <w:r w:rsidRPr="00C34EBD">
        <w:rPr>
          <w:rFonts w:ascii="Times New Roman" w:eastAsia="Times New Roman" w:hAnsi="Times New Roman"/>
          <w:color w:val="000000"/>
          <w:sz w:val="24"/>
          <w:lang w:val="ru-RU"/>
        </w:rPr>
        <w:t xml:space="preserve"> – </w:t>
      </w:r>
      <w:proofErr w:type="spellStart"/>
      <w:r w:rsidRPr="00C34EBD">
        <w:rPr>
          <w:rFonts w:ascii="Times New Roman" w:eastAsia="Times New Roman" w:hAnsi="Times New Roman"/>
          <w:color w:val="000000"/>
          <w:sz w:val="24"/>
          <w:lang w:val="ru-RU"/>
        </w:rPr>
        <w:t>бəрəкəт</w:t>
      </w:r>
      <w:proofErr w:type="spellEnd"/>
      <w:r w:rsidRPr="00C34EBD">
        <w:rPr>
          <w:rFonts w:ascii="Times New Roman" w:eastAsia="Times New Roman" w:hAnsi="Times New Roman"/>
          <w:color w:val="000000"/>
          <w:sz w:val="24"/>
          <w:lang w:val="ru-RU"/>
        </w:rPr>
        <w:t>» («В движении – сила»).</w:t>
      </w:r>
    </w:p>
    <w:p w14:paraId="6C3561BD"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Й. Шарапова. «Татарстан – спорт иле» («Татарстан – страна спорта»).</w:t>
      </w:r>
    </w:p>
    <w:p w14:paraId="56F37C01"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Г. Мурат. «Физкультура».</w:t>
      </w:r>
    </w:p>
    <w:p w14:paraId="330880F7" w14:textId="77777777" w:rsidR="004856BE" w:rsidRPr="00C34EBD" w:rsidRDefault="00750296" w:rsidP="00CF4DA6">
      <w:pPr>
        <w:autoSpaceDE w:val="0"/>
        <w:autoSpaceDN w:val="0"/>
        <w:spacing w:after="0" w:line="240" w:lineRule="auto"/>
        <w:ind w:left="180"/>
        <w:rPr>
          <w:lang w:val="ru-RU"/>
        </w:rPr>
      </w:pPr>
      <w:r w:rsidRPr="00C34EBD">
        <w:rPr>
          <w:rFonts w:ascii="Times New Roman" w:eastAsia="Times New Roman" w:hAnsi="Times New Roman"/>
          <w:color w:val="000000"/>
          <w:sz w:val="24"/>
          <w:lang w:val="ru-RU"/>
        </w:rPr>
        <w:t xml:space="preserve">Дж. </w:t>
      </w:r>
      <w:proofErr w:type="spellStart"/>
      <w:r w:rsidRPr="00C34EBD">
        <w:rPr>
          <w:rFonts w:ascii="Times New Roman" w:eastAsia="Times New Roman" w:hAnsi="Times New Roman"/>
          <w:color w:val="000000"/>
          <w:sz w:val="24"/>
          <w:lang w:val="ru-RU"/>
        </w:rPr>
        <w:t>Дарзаман</w:t>
      </w:r>
      <w:proofErr w:type="spellEnd"/>
      <w:r w:rsidRPr="00C34EBD">
        <w:rPr>
          <w:rFonts w:ascii="Times New Roman" w:eastAsia="Times New Roman" w:hAnsi="Times New Roman"/>
          <w:color w:val="000000"/>
          <w:sz w:val="24"/>
          <w:lang w:val="ru-RU"/>
        </w:rPr>
        <w:t xml:space="preserve">. «Бар да </w:t>
      </w:r>
      <w:proofErr w:type="spellStart"/>
      <w:r w:rsidRPr="00C34EBD">
        <w:rPr>
          <w:rFonts w:ascii="Times New Roman" w:eastAsia="Times New Roman" w:hAnsi="Times New Roman"/>
          <w:color w:val="000000"/>
          <w:sz w:val="24"/>
          <w:lang w:val="ru-RU"/>
        </w:rPr>
        <w:t>җитез</w:t>
      </w:r>
      <w:proofErr w:type="spellEnd"/>
      <w:r w:rsidRPr="00C34EBD">
        <w:rPr>
          <w:rFonts w:ascii="Times New Roman" w:eastAsia="Times New Roman" w:hAnsi="Times New Roman"/>
          <w:color w:val="000000"/>
          <w:sz w:val="24"/>
          <w:lang w:val="ru-RU"/>
        </w:rPr>
        <w:t>» («Все мы ловкие»).</w:t>
      </w:r>
    </w:p>
    <w:p w14:paraId="68485CD1" w14:textId="77777777" w:rsidR="004856BE" w:rsidRPr="00C34EBD" w:rsidRDefault="00750296" w:rsidP="00CF4DA6">
      <w:pPr>
        <w:autoSpaceDE w:val="0"/>
        <w:autoSpaceDN w:val="0"/>
        <w:spacing w:after="0" w:line="240" w:lineRule="auto"/>
        <w:ind w:left="180" w:right="3888"/>
        <w:rPr>
          <w:lang w:val="ru-RU"/>
        </w:rPr>
      </w:pPr>
      <w:r w:rsidRPr="00C34EBD">
        <w:rPr>
          <w:rFonts w:ascii="Times New Roman" w:eastAsia="Times New Roman" w:hAnsi="Times New Roman"/>
          <w:color w:val="000000"/>
          <w:sz w:val="24"/>
          <w:lang w:val="ru-RU"/>
        </w:rPr>
        <w:t xml:space="preserve">Ш. </w:t>
      </w:r>
      <w:proofErr w:type="spellStart"/>
      <w:r w:rsidRPr="00C34EBD">
        <w:rPr>
          <w:rFonts w:ascii="Times New Roman" w:eastAsia="Times New Roman" w:hAnsi="Times New Roman"/>
          <w:color w:val="000000"/>
          <w:sz w:val="24"/>
          <w:lang w:val="ru-RU"/>
        </w:rPr>
        <w:t>Галиев</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Витаминлы</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хəрефлəр</w:t>
      </w:r>
      <w:proofErr w:type="spellEnd"/>
      <w:r w:rsidRPr="00C34EBD">
        <w:rPr>
          <w:rFonts w:ascii="Times New Roman" w:eastAsia="Times New Roman" w:hAnsi="Times New Roman"/>
          <w:color w:val="000000"/>
          <w:sz w:val="24"/>
          <w:lang w:val="ru-RU"/>
        </w:rPr>
        <w:t xml:space="preserve">» («Витаминные буквы»). С. </w:t>
      </w:r>
      <w:proofErr w:type="spellStart"/>
      <w:r w:rsidRPr="00C34EBD">
        <w:rPr>
          <w:rFonts w:ascii="Times New Roman" w:eastAsia="Times New Roman" w:hAnsi="Times New Roman"/>
          <w:color w:val="000000"/>
          <w:sz w:val="24"/>
          <w:lang w:val="ru-RU"/>
        </w:rPr>
        <w:t>Ахметзянова</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Үрнəк</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алабыз</w:t>
      </w:r>
      <w:proofErr w:type="spellEnd"/>
      <w:r w:rsidRPr="00C34EBD">
        <w:rPr>
          <w:rFonts w:ascii="Times New Roman" w:eastAsia="Times New Roman" w:hAnsi="Times New Roman"/>
          <w:color w:val="000000"/>
          <w:sz w:val="24"/>
          <w:lang w:val="ru-RU"/>
        </w:rPr>
        <w:t>» («Берем пример»).</w:t>
      </w:r>
    </w:p>
    <w:p w14:paraId="63EDEB8B" w14:textId="77777777" w:rsidR="00CF4DA6" w:rsidRDefault="00CF4DA6" w:rsidP="00CF4DA6">
      <w:pPr>
        <w:autoSpaceDE w:val="0"/>
        <w:autoSpaceDN w:val="0"/>
        <w:spacing w:before="262" w:after="0" w:line="230" w:lineRule="auto"/>
        <w:jc w:val="center"/>
        <w:rPr>
          <w:rFonts w:ascii="Times New Roman" w:eastAsia="Times New Roman" w:hAnsi="Times New Roman"/>
          <w:b/>
          <w:color w:val="000000"/>
          <w:sz w:val="24"/>
          <w:lang w:val="ru-RU"/>
        </w:rPr>
      </w:pPr>
    </w:p>
    <w:p w14:paraId="6AD7A6FC" w14:textId="77777777" w:rsidR="00CF4DA6" w:rsidRDefault="00CF4DA6" w:rsidP="00CF4DA6">
      <w:pPr>
        <w:autoSpaceDE w:val="0"/>
        <w:autoSpaceDN w:val="0"/>
        <w:spacing w:before="262" w:after="0" w:line="230" w:lineRule="auto"/>
        <w:jc w:val="center"/>
        <w:rPr>
          <w:rFonts w:ascii="Times New Roman" w:eastAsia="Times New Roman" w:hAnsi="Times New Roman"/>
          <w:b/>
          <w:color w:val="000000"/>
          <w:sz w:val="24"/>
          <w:lang w:val="ru-RU"/>
        </w:rPr>
      </w:pPr>
    </w:p>
    <w:p w14:paraId="766EFB76" w14:textId="77777777" w:rsidR="00CF4DA6" w:rsidRDefault="00CF4DA6" w:rsidP="00CF4DA6">
      <w:pPr>
        <w:autoSpaceDE w:val="0"/>
        <w:autoSpaceDN w:val="0"/>
        <w:spacing w:before="262" w:after="0" w:line="230" w:lineRule="auto"/>
        <w:jc w:val="center"/>
        <w:rPr>
          <w:rFonts w:ascii="Times New Roman" w:eastAsia="Times New Roman" w:hAnsi="Times New Roman"/>
          <w:b/>
          <w:color w:val="000000"/>
          <w:sz w:val="24"/>
          <w:lang w:val="ru-RU"/>
        </w:rPr>
      </w:pPr>
    </w:p>
    <w:p w14:paraId="30FDD430" w14:textId="77777777" w:rsidR="00CF4DA6" w:rsidRDefault="00CF4DA6" w:rsidP="00CF4DA6">
      <w:pPr>
        <w:autoSpaceDE w:val="0"/>
        <w:autoSpaceDN w:val="0"/>
        <w:spacing w:before="262" w:after="0" w:line="230" w:lineRule="auto"/>
        <w:jc w:val="center"/>
        <w:rPr>
          <w:rFonts w:ascii="Times New Roman" w:eastAsia="Times New Roman" w:hAnsi="Times New Roman"/>
          <w:b/>
          <w:color w:val="000000"/>
          <w:sz w:val="24"/>
          <w:lang w:val="ru-RU"/>
        </w:rPr>
      </w:pPr>
    </w:p>
    <w:p w14:paraId="3B1DBD01" w14:textId="1AB1C5CC" w:rsidR="004856BE" w:rsidRPr="00C34EBD" w:rsidRDefault="00750296" w:rsidP="00CF4DA6">
      <w:pPr>
        <w:autoSpaceDE w:val="0"/>
        <w:autoSpaceDN w:val="0"/>
        <w:spacing w:before="262" w:after="0" w:line="230" w:lineRule="auto"/>
        <w:jc w:val="center"/>
        <w:rPr>
          <w:lang w:val="ru-RU"/>
        </w:rPr>
      </w:pPr>
      <w:r w:rsidRPr="00C34EBD">
        <w:rPr>
          <w:rFonts w:ascii="Times New Roman" w:eastAsia="Times New Roman" w:hAnsi="Times New Roman"/>
          <w:b/>
          <w:color w:val="000000"/>
          <w:sz w:val="24"/>
          <w:lang w:val="ru-RU"/>
        </w:rPr>
        <w:t>4 КЛАСС</w:t>
      </w:r>
    </w:p>
    <w:p w14:paraId="7EE8AB99" w14:textId="77777777" w:rsidR="004856BE" w:rsidRPr="00C34EBD" w:rsidRDefault="00750296">
      <w:pPr>
        <w:autoSpaceDE w:val="0"/>
        <w:autoSpaceDN w:val="0"/>
        <w:spacing w:before="166" w:after="0" w:line="262" w:lineRule="auto"/>
        <w:ind w:left="180" w:right="1872"/>
        <w:rPr>
          <w:lang w:val="ru-RU"/>
        </w:rPr>
      </w:pPr>
      <w:proofErr w:type="spellStart"/>
      <w:r w:rsidRPr="00C34EBD">
        <w:rPr>
          <w:rFonts w:ascii="Times New Roman" w:eastAsia="Times New Roman" w:hAnsi="Times New Roman"/>
          <w:b/>
          <w:color w:val="000000"/>
          <w:sz w:val="24"/>
          <w:lang w:val="ru-RU"/>
        </w:rPr>
        <w:t>Матурлык</w:t>
      </w:r>
      <w:proofErr w:type="spellEnd"/>
      <w:r w:rsidRPr="00C34EBD">
        <w:rPr>
          <w:rFonts w:ascii="Times New Roman" w:eastAsia="Times New Roman" w:hAnsi="Times New Roman"/>
          <w:b/>
          <w:color w:val="000000"/>
          <w:sz w:val="24"/>
          <w:lang w:val="ru-RU"/>
        </w:rPr>
        <w:t xml:space="preserve"> минем </w:t>
      </w:r>
      <w:proofErr w:type="spellStart"/>
      <w:r w:rsidRPr="00C34EBD">
        <w:rPr>
          <w:rFonts w:ascii="Times New Roman" w:eastAsia="Times New Roman" w:hAnsi="Times New Roman"/>
          <w:b/>
          <w:color w:val="000000"/>
          <w:sz w:val="24"/>
          <w:lang w:val="ru-RU"/>
        </w:rPr>
        <w:t>белəн</w:t>
      </w:r>
      <w:proofErr w:type="spellEnd"/>
      <w:r w:rsidRPr="00C34EBD">
        <w:rPr>
          <w:rFonts w:ascii="Times New Roman" w:eastAsia="Times New Roman" w:hAnsi="Times New Roman"/>
          <w:b/>
          <w:color w:val="000000"/>
          <w:sz w:val="24"/>
          <w:lang w:val="ru-RU"/>
        </w:rPr>
        <w:t xml:space="preserve"> (Красота рядом) </w:t>
      </w:r>
      <w:r w:rsidRPr="00C34EBD">
        <w:rPr>
          <w:lang w:val="ru-RU"/>
        </w:rPr>
        <w:br/>
      </w:r>
      <w:r w:rsidRPr="00C34EBD">
        <w:rPr>
          <w:rFonts w:ascii="Times New Roman" w:eastAsia="Times New Roman" w:hAnsi="Times New Roman"/>
          <w:color w:val="000000"/>
          <w:sz w:val="24"/>
          <w:lang w:val="ru-RU"/>
        </w:rPr>
        <w:t>Произведения, раскрывающие красоту внешнего и внутреннего мира человека.</w:t>
      </w:r>
    </w:p>
    <w:p w14:paraId="3F0BFD6D"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 xml:space="preserve">Н. </w:t>
      </w:r>
      <w:proofErr w:type="spellStart"/>
      <w:r w:rsidRPr="00C34EBD">
        <w:rPr>
          <w:rFonts w:ascii="Times New Roman" w:eastAsia="Times New Roman" w:hAnsi="Times New Roman"/>
          <w:color w:val="000000"/>
          <w:sz w:val="24"/>
          <w:lang w:val="ru-RU"/>
        </w:rPr>
        <w:t>Исанбет</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Иң</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матур</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сүз</w:t>
      </w:r>
      <w:proofErr w:type="spellEnd"/>
      <w:r w:rsidRPr="00C34EBD">
        <w:rPr>
          <w:rFonts w:ascii="Times New Roman" w:eastAsia="Times New Roman" w:hAnsi="Times New Roman"/>
          <w:color w:val="000000"/>
          <w:sz w:val="24"/>
          <w:lang w:val="ru-RU"/>
        </w:rPr>
        <w:t>» («Самое красивое слово»).</w:t>
      </w:r>
    </w:p>
    <w:p w14:paraId="4A06075A"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Р. Валиев. «</w:t>
      </w:r>
      <w:proofErr w:type="spellStart"/>
      <w:r w:rsidRPr="00C34EBD">
        <w:rPr>
          <w:rFonts w:ascii="Times New Roman" w:eastAsia="Times New Roman" w:hAnsi="Times New Roman"/>
          <w:color w:val="000000"/>
          <w:sz w:val="24"/>
          <w:lang w:val="ru-RU"/>
        </w:rPr>
        <w:t>Яшə</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көмеш</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кыңгырау</w:t>
      </w:r>
      <w:proofErr w:type="spellEnd"/>
      <w:r w:rsidRPr="00C34EBD">
        <w:rPr>
          <w:rFonts w:ascii="Times New Roman" w:eastAsia="Times New Roman" w:hAnsi="Times New Roman"/>
          <w:color w:val="000000"/>
          <w:sz w:val="24"/>
          <w:lang w:val="ru-RU"/>
        </w:rPr>
        <w:t>» («Звени, серебряный колокольчик»).</w:t>
      </w:r>
    </w:p>
    <w:p w14:paraId="6454EFD8"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 xml:space="preserve">Г. </w:t>
      </w:r>
      <w:proofErr w:type="spellStart"/>
      <w:r w:rsidRPr="00C34EBD">
        <w:rPr>
          <w:rFonts w:ascii="Times New Roman" w:eastAsia="Times New Roman" w:hAnsi="Times New Roman"/>
          <w:color w:val="000000"/>
          <w:sz w:val="24"/>
          <w:lang w:val="ru-RU"/>
        </w:rPr>
        <w:t>Мухамметшин</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Хыял</w:t>
      </w:r>
      <w:proofErr w:type="spellEnd"/>
      <w:r w:rsidRPr="00C34EBD">
        <w:rPr>
          <w:rFonts w:ascii="Times New Roman" w:eastAsia="Times New Roman" w:hAnsi="Times New Roman"/>
          <w:color w:val="000000"/>
          <w:sz w:val="24"/>
          <w:lang w:val="ru-RU"/>
        </w:rPr>
        <w:t>» («Мечта»).</w:t>
      </w:r>
    </w:p>
    <w:p w14:paraId="29821DBE" w14:textId="77777777" w:rsidR="004856BE" w:rsidRPr="00C34EBD" w:rsidRDefault="00750296">
      <w:pPr>
        <w:autoSpaceDE w:val="0"/>
        <w:autoSpaceDN w:val="0"/>
        <w:spacing w:before="72" w:after="0" w:line="230" w:lineRule="auto"/>
        <w:ind w:left="180"/>
        <w:rPr>
          <w:lang w:val="ru-RU"/>
        </w:rPr>
      </w:pPr>
      <w:r w:rsidRPr="00C34EBD">
        <w:rPr>
          <w:rFonts w:ascii="Times New Roman" w:eastAsia="Times New Roman" w:hAnsi="Times New Roman"/>
          <w:color w:val="000000"/>
          <w:sz w:val="24"/>
          <w:lang w:val="ru-RU"/>
        </w:rPr>
        <w:t>В. Хайруллина. «</w:t>
      </w:r>
      <w:proofErr w:type="spellStart"/>
      <w:r w:rsidRPr="00C34EBD">
        <w:rPr>
          <w:rFonts w:ascii="Times New Roman" w:eastAsia="Times New Roman" w:hAnsi="Times New Roman"/>
          <w:color w:val="000000"/>
          <w:sz w:val="24"/>
          <w:lang w:val="ru-RU"/>
        </w:rPr>
        <w:t>Хозурлык</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һəм</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горурлык</w:t>
      </w:r>
      <w:proofErr w:type="spellEnd"/>
      <w:r w:rsidRPr="00C34EBD">
        <w:rPr>
          <w:rFonts w:ascii="Times New Roman" w:eastAsia="Times New Roman" w:hAnsi="Times New Roman"/>
          <w:color w:val="000000"/>
          <w:sz w:val="24"/>
          <w:lang w:val="ru-RU"/>
        </w:rPr>
        <w:t>» («Красота и гордость»).</w:t>
      </w:r>
    </w:p>
    <w:p w14:paraId="7FBBC78E" w14:textId="77777777" w:rsidR="004856BE" w:rsidRPr="00C34EBD" w:rsidRDefault="00750296">
      <w:pPr>
        <w:autoSpaceDE w:val="0"/>
        <w:autoSpaceDN w:val="0"/>
        <w:spacing w:before="72" w:after="0" w:line="230" w:lineRule="auto"/>
        <w:ind w:left="180"/>
        <w:rPr>
          <w:lang w:val="ru-RU"/>
        </w:rPr>
      </w:pPr>
      <w:r w:rsidRPr="00C34EBD">
        <w:rPr>
          <w:rFonts w:ascii="Times New Roman" w:eastAsia="Times New Roman" w:hAnsi="Times New Roman"/>
          <w:color w:val="000000"/>
          <w:sz w:val="24"/>
          <w:lang w:val="ru-RU"/>
        </w:rPr>
        <w:t xml:space="preserve">Р. </w:t>
      </w:r>
      <w:proofErr w:type="spellStart"/>
      <w:r w:rsidRPr="00C34EBD">
        <w:rPr>
          <w:rFonts w:ascii="Times New Roman" w:eastAsia="Times New Roman" w:hAnsi="Times New Roman"/>
          <w:color w:val="000000"/>
          <w:sz w:val="24"/>
          <w:lang w:val="ru-RU"/>
        </w:rPr>
        <w:t>Миннуллин</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Атказанган</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сандугач</w:t>
      </w:r>
      <w:proofErr w:type="spellEnd"/>
      <w:r w:rsidRPr="00C34EBD">
        <w:rPr>
          <w:rFonts w:ascii="Times New Roman" w:eastAsia="Times New Roman" w:hAnsi="Times New Roman"/>
          <w:color w:val="000000"/>
          <w:sz w:val="24"/>
          <w:lang w:val="ru-RU"/>
        </w:rPr>
        <w:t>» («Заслуженный соловей»).</w:t>
      </w:r>
    </w:p>
    <w:p w14:paraId="61E38201"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 xml:space="preserve">Ф. </w:t>
      </w:r>
      <w:proofErr w:type="spellStart"/>
      <w:r w:rsidRPr="00C34EBD">
        <w:rPr>
          <w:rFonts w:ascii="Times New Roman" w:eastAsia="Times New Roman" w:hAnsi="Times New Roman"/>
          <w:color w:val="000000"/>
          <w:sz w:val="24"/>
          <w:lang w:val="ru-RU"/>
        </w:rPr>
        <w:t>Зиятдинова</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Бик</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ярата</w:t>
      </w:r>
      <w:proofErr w:type="spellEnd"/>
      <w:r w:rsidRPr="00C34EBD">
        <w:rPr>
          <w:rFonts w:ascii="Times New Roman" w:eastAsia="Times New Roman" w:hAnsi="Times New Roman"/>
          <w:color w:val="000000"/>
          <w:sz w:val="24"/>
          <w:lang w:val="ru-RU"/>
        </w:rPr>
        <w:t xml:space="preserve"> мине </w:t>
      </w:r>
      <w:proofErr w:type="spellStart"/>
      <w:r w:rsidRPr="00C34EBD">
        <w:rPr>
          <w:rFonts w:ascii="Times New Roman" w:eastAsia="Times New Roman" w:hAnsi="Times New Roman"/>
          <w:color w:val="000000"/>
          <w:sz w:val="24"/>
          <w:lang w:val="ru-RU"/>
        </w:rPr>
        <w:t>эш</w:t>
      </w:r>
      <w:proofErr w:type="spellEnd"/>
      <w:r w:rsidRPr="00C34EBD">
        <w:rPr>
          <w:rFonts w:ascii="Times New Roman" w:eastAsia="Times New Roman" w:hAnsi="Times New Roman"/>
          <w:color w:val="000000"/>
          <w:sz w:val="24"/>
          <w:lang w:val="ru-RU"/>
        </w:rPr>
        <w:t>» («Очень любит меня работа»).</w:t>
      </w:r>
    </w:p>
    <w:p w14:paraId="6FFF3E19"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 xml:space="preserve">Ш. </w:t>
      </w:r>
      <w:proofErr w:type="spellStart"/>
      <w:r w:rsidRPr="00C34EBD">
        <w:rPr>
          <w:rFonts w:ascii="Times New Roman" w:eastAsia="Times New Roman" w:hAnsi="Times New Roman"/>
          <w:color w:val="000000"/>
          <w:sz w:val="24"/>
          <w:lang w:val="ru-RU"/>
        </w:rPr>
        <w:t>Галиев</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Җирдə</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миңа</w:t>
      </w:r>
      <w:proofErr w:type="spellEnd"/>
      <w:r w:rsidRPr="00C34EBD">
        <w:rPr>
          <w:rFonts w:ascii="Times New Roman" w:eastAsia="Times New Roman" w:hAnsi="Times New Roman"/>
          <w:color w:val="000000"/>
          <w:sz w:val="24"/>
          <w:lang w:val="ru-RU"/>
        </w:rPr>
        <w:t xml:space="preserve"> ни </w:t>
      </w:r>
      <w:proofErr w:type="spellStart"/>
      <w:r w:rsidRPr="00C34EBD">
        <w:rPr>
          <w:rFonts w:ascii="Times New Roman" w:eastAsia="Times New Roman" w:hAnsi="Times New Roman"/>
          <w:color w:val="000000"/>
          <w:sz w:val="24"/>
          <w:lang w:val="ru-RU"/>
        </w:rPr>
        <w:t>кирəк</w:t>
      </w:r>
      <w:proofErr w:type="spellEnd"/>
      <w:r w:rsidRPr="00C34EBD">
        <w:rPr>
          <w:rFonts w:ascii="Times New Roman" w:eastAsia="Times New Roman" w:hAnsi="Times New Roman"/>
          <w:color w:val="000000"/>
          <w:sz w:val="24"/>
          <w:lang w:val="ru-RU"/>
        </w:rPr>
        <w:t>?» («Что мне нужно на Земле?»).</w:t>
      </w:r>
    </w:p>
    <w:p w14:paraId="2DFE27D7"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 xml:space="preserve">М. </w:t>
      </w:r>
      <w:proofErr w:type="spellStart"/>
      <w:r w:rsidRPr="00C34EBD">
        <w:rPr>
          <w:rFonts w:ascii="Times New Roman" w:eastAsia="Times New Roman" w:hAnsi="Times New Roman"/>
          <w:color w:val="000000"/>
          <w:sz w:val="24"/>
          <w:lang w:val="ru-RU"/>
        </w:rPr>
        <w:t>Аглямов</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Матурлык</w:t>
      </w:r>
      <w:proofErr w:type="spellEnd"/>
      <w:r w:rsidRPr="00C34EBD">
        <w:rPr>
          <w:rFonts w:ascii="Times New Roman" w:eastAsia="Times New Roman" w:hAnsi="Times New Roman"/>
          <w:color w:val="000000"/>
          <w:sz w:val="24"/>
          <w:lang w:val="ru-RU"/>
        </w:rPr>
        <w:t xml:space="preserve"> минем </w:t>
      </w:r>
      <w:proofErr w:type="spellStart"/>
      <w:r w:rsidRPr="00C34EBD">
        <w:rPr>
          <w:rFonts w:ascii="Times New Roman" w:eastAsia="Times New Roman" w:hAnsi="Times New Roman"/>
          <w:color w:val="000000"/>
          <w:sz w:val="24"/>
          <w:lang w:val="ru-RU"/>
        </w:rPr>
        <w:t>белəн</w:t>
      </w:r>
      <w:proofErr w:type="spellEnd"/>
      <w:r w:rsidRPr="00C34EBD">
        <w:rPr>
          <w:rFonts w:ascii="Times New Roman" w:eastAsia="Times New Roman" w:hAnsi="Times New Roman"/>
          <w:color w:val="000000"/>
          <w:sz w:val="24"/>
          <w:lang w:val="ru-RU"/>
        </w:rPr>
        <w:t>» («Красота всегда со мной»).</w:t>
      </w:r>
    </w:p>
    <w:p w14:paraId="0A4B262B" w14:textId="77777777" w:rsidR="004856BE" w:rsidRPr="00C34EBD" w:rsidRDefault="00750296">
      <w:pPr>
        <w:tabs>
          <w:tab w:val="left" w:pos="180"/>
        </w:tabs>
        <w:autoSpaceDE w:val="0"/>
        <w:autoSpaceDN w:val="0"/>
        <w:spacing w:before="70" w:after="0"/>
        <w:rPr>
          <w:lang w:val="ru-RU"/>
        </w:rPr>
      </w:pPr>
      <w:r w:rsidRPr="00C34EBD">
        <w:rPr>
          <w:lang w:val="ru-RU"/>
        </w:rPr>
        <w:tab/>
      </w:r>
      <w:r w:rsidRPr="00C34EBD">
        <w:rPr>
          <w:rFonts w:ascii="Times New Roman" w:eastAsia="Times New Roman" w:hAnsi="Times New Roman"/>
          <w:b/>
          <w:color w:val="000000"/>
          <w:sz w:val="24"/>
          <w:lang w:val="ru-RU"/>
        </w:rPr>
        <w:t xml:space="preserve">Татар </w:t>
      </w:r>
      <w:proofErr w:type="spellStart"/>
      <w:r w:rsidRPr="00C34EBD">
        <w:rPr>
          <w:rFonts w:ascii="Times New Roman" w:eastAsia="Times New Roman" w:hAnsi="Times New Roman"/>
          <w:b/>
          <w:color w:val="000000"/>
          <w:sz w:val="24"/>
          <w:lang w:val="ru-RU"/>
        </w:rPr>
        <w:t>халык</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авыз</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иҗаты</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Мəзəклəр</w:t>
      </w:r>
      <w:proofErr w:type="spellEnd"/>
      <w:r w:rsidRPr="00C34EBD">
        <w:rPr>
          <w:rFonts w:ascii="Times New Roman" w:eastAsia="Times New Roman" w:hAnsi="Times New Roman"/>
          <w:b/>
          <w:color w:val="000000"/>
          <w:sz w:val="24"/>
          <w:lang w:val="ru-RU"/>
        </w:rPr>
        <w:t xml:space="preserve"> </w:t>
      </w:r>
      <w:r w:rsidRPr="00C34EBD">
        <w:rPr>
          <w:lang w:val="ru-RU"/>
        </w:rPr>
        <w:br/>
      </w:r>
      <w:r w:rsidRPr="00C34EBD">
        <w:rPr>
          <w:lang w:val="ru-RU"/>
        </w:rPr>
        <w:tab/>
      </w:r>
      <w:r w:rsidRPr="00C34EBD">
        <w:rPr>
          <w:rFonts w:ascii="Times New Roman" w:eastAsia="Times New Roman" w:hAnsi="Times New Roman"/>
          <w:b/>
          <w:color w:val="000000"/>
          <w:sz w:val="24"/>
          <w:lang w:val="ru-RU"/>
        </w:rPr>
        <w:t xml:space="preserve">(Татарское устное народное творчество. </w:t>
      </w:r>
      <w:proofErr w:type="spellStart"/>
      <w:r w:rsidRPr="00C34EBD">
        <w:rPr>
          <w:rFonts w:ascii="Times New Roman" w:eastAsia="Times New Roman" w:hAnsi="Times New Roman"/>
          <w:b/>
          <w:color w:val="000000"/>
          <w:sz w:val="24"/>
          <w:lang w:val="ru-RU"/>
        </w:rPr>
        <w:t>Мэзэки</w:t>
      </w:r>
      <w:proofErr w:type="spellEnd"/>
      <w:r w:rsidRPr="00C34EBD">
        <w:rPr>
          <w:rFonts w:ascii="Times New Roman" w:eastAsia="Times New Roman" w:hAnsi="Times New Roman"/>
          <w:b/>
          <w:color w:val="000000"/>
          <w:sz w:val="24"/>
          <w:lang w:val="ru-RU"/>
        </w:rPr>
        <w:t xml:space="preserve">) </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Татарское устное народное творчество. </w:t>
      </w:r>
      <w:proofErr w:type="spellStart"/>
      <w:r w:rsidRPr="00C34EBD">
        <w:rPr>
          <w:rFonts w:ascii="Times New Roman" w:eastAsia="Times New Roman" w:hAnsi="Times New Roman"/>
          <w:color w:val="000000"/>
          <w:sz w:val="24"/>
          <w:lang w:val="ru-RU"/>
        </w:rPr>
        <w:t>Мэзэки</w:t>
      </w:r>
      <w:proofErr w:type="spellEnd"/>
      <w:r w:rsidRPr="00C34EBD">
        <w:rPr>
          <w:rFonts w:ascii="Times New Roman" w:eastAsia="Times New Roman" w:hAnsi="Times New Roman"/>
          <w:color w:val="000000"/>
          <w:sz w:val="24"/>
          <w:lang w:val="ru-RU"/>
        </w:rPr>
        <w:t xml:space="preserve"> как жанр устного народного творчества. Народная мудрость, идеалы и представления в фольклорных произведениях.</w:t>
      </w:r>
    </w:p>
    <w:p w14:paraId="000408E8" w14:textId="77777777" w:rsidR="004856BE" w:rsidRPr="00C34EBD" w:rsidRDefault="00750296">
      <w:pPr>
        <w:autoSpaceDE w:val="0"/>
        <w:autoSpaceDN w:val="0"/>
        <w:spacing w:before="70" w:after="0" w:line="262" w:lineRule="auto"/>
        <w:ind w:left="180" w:right="3312"/>
        <w:rPr>
          <w:lang w:val="ru-RU"/>
        </w:rPr>
      </w:pPr>
      <w:proofErr w:type="spellStart"/>
      <w:r w:rsidRPr="00C34EBD">
        <w:rPr>
          <w:rFonts w:ascii="Times New Roman" w:eastAsia="Times New Roman" w:hAnsi="Times New Roman"/>
          <w:b/>
          <w:color w:val="000000"/>
          <w:sz w:val="24"/>
          <w:lang w:val="ru-RU"/>
        </w:rPr>
        <w:t>Дуслык</w:t>
      </w:r>
      <w:proofErr w:type="spellEnd"/>
      <w:r w:rsidRPr="00C34EBD">
        <w:rPr>
          <w:rFonts w:ascii="Times New Roman" w:eastAsia="Times New Roman" w:hAnsi="Times New Roman"/>
          <w:b/>
          <w:color w:val="000000"/>
          <w:sz w:val="24"/>
          <w:lang w:val="ru-RU"/>
        </w:rPr>
        <w:t xml:space="preserve"> (Дружба) </w:t>
      </w:r>
      <w:r w:rsidRPr="00C34EBD">
        <w:rPr>
          <w:lang w:val="ru-RU"/>
        </w:rPr>
        <w:br/>
      </w:r>
      <w:r w:rsidRPr="00C34EBD">
        <w:rPr>
          <w:rFonts w:ascii="Times New Roman" w:eastAsia="Times New Roman" w:hAnsi="Times New Roman"/>
          <w:color w:val="000000"/>
          <w:sz w:val="24"/>
          <w:lang w:val="ru-RU"/>
        </w:rPr>
        <w:t>Произведения о дружбе, о взаимовыручке, о согласии и единстве.</w:t>
      </w:r>
    </w:p>
    <w:p w14:paraId="35D6521F"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 xml:space="preserve">Б. Рахмет. «Минем </w:t>
      </w:r>
      <w:proofErr w:type="spellStart"/>
      <w:r w:rsidRPr="00C34EBD">
        <w:rPr>
          <w:rFonts w:ascii="Times New Roman" w:eastAsia="Times New Roman" w:hAnsi="Times New Roman"/>
          <w:color w:val="000000"/>
          <w:sz w:val="24"/>
          <w:lang w:val="ru-RU"/>
        </w:rPr>
        <w:t>дусларым</w:t>
      </w:r>
      <w:proofErr w:type="spellEnd"/>
      <w:r w:rsidRPr="00C34EBD">
        <w:rPr>
          <w:rFonts w:ascii="Times New Roman" w:eastAsia="Times New Roman" w:hAnsi="Times New Roman"/>
          <w:color w:val="000000"/>
          <w:sz w:val="24"/>
          <w:lang w:val="ru-RU"/>
        </w:rPr>
        <w:t>» («Мои друзья»).</w:t>
      </w:r>
    </w:p>
    <w:p w14:paraId="7A193EAF"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 xml:space="preserve">Р. </w:t>
      </w:r>
      <w:proofErr w:type="spellStart"/>
      <w:r w:rsidRPr="00C34EBD">
        <w:rPr>
          <w:rFonts w:ascii="Times New Roman" w:eastAsia="Times New Roman" w:hAnsi="Times New Roman"/>
          <w:color w:val="000000"/>
          <w:sz w:val="24"/>
          <w:lang w:val="ru-RU"/>
        </w:rPr>
        <w:t>Мингалим</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Дусларың</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гына</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булсын</w:t>
      </w:r>
      <w:proofErr w:type="spellEnd"/>
      <w:r w:rsidRPr="00C34EBD">
        <w:rPr>
          <w:rFonts w:ascii="Times New Roman" w:eastAsia="Times New Roman" w:hAnsi="Times New Roman"/>
          <w:color w:val="000000"/>
          <w:sz w:val="24"/>
          <w:lang w:val="ru-RU"/>
        </w:rPr>
        <w:t>» («Пусть будут друзья»).</w:t>
      </w:r>
    </w:p>
    <w:p w14:paraId="3586BBF5"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 xml:space="preserve">Х. </w:t>
      </w:r>
      <w:proofErr w:type="spellStart"/>
      <w:r w:rsidRPr="00C34EBD">
        <w:rPr>
          <w:rFonts w:ascii="Times New Roman" w:eastAsia="Times New Roman" w:hAnsi="Times New Roman"/>
          <w:color w:val="000000"/>
          <w:sz w:val="24"/>
          <w:lang w:val="ru-RU"/>
        </w:rPr>
        <w:t>Халиков</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Яңа</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дус</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таптым</w:t>
      </w:r>
      <w:proofErr w:type="spellEnd"/>
      <w:r w:rsidRPr="00C34EBD">
        <w:rPr>
          <w:rFonts w:ascii="Times New Roman" w:eastAsia="Times New Roman" w:hAnsi="Times New Roman"/>
          <w:color w:val="000000"/>
          <w:sz w:val="24"/>
          <w:lang w:val="ru-RU"/>
        </w:rPr>
        <w:t>» («Я нашел нового друга»).</w:t>
      </w:r>
    </w:p>
    <w:p w14:paraId="0CE56D90"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М. Галлямова. «</w:t>
      </w:r>
      <w:proofErr w:type="spellStart"/>
      <w:r w:rsidRPr="00C34EBD">
        <w:rPr>
          <w:rFonts w:ascii="Times New Roman" w:eastAsia="Times New Roman" w:hAnsi="Times New Roman"/>
          <w:color w:val="000000"/>
          <w:sz w:val="24"/>
          <w:lang w:val="ru-RU"/>
        </w:rPr>
        <w:t>Чын</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дус</w:t>
      </w:r>
      <w:proofErr w:type="spellEnd"/>
      <w:r w:rsidRPr="00C34EBD">
        <w:rPr>
          <w:rFonts w:ascii="Times New Roman" w:eastAsia="Times New Roman" w:hAnsi="Times New Roman"/>
          <w:color w:val="000000"/>
          <w:sz w:val="24"/>
          <w:lang w:val="ru-RU"/>
        </w:rPr>
        <w:t>» («Настоящий друг»).</w:t>
      </w:r>
    </w:p>
    <w:p w14:paraId="58A8F2B2"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Д. Аппакова. «</w:t>
      </w:r>
      <w:proofErr w:type="spellStart"/>
      <w:r w:rsidRPr="00C34EBD">
        <w:rPr>
          <w:rFonts w:ascii="Times New Roman" w:eastAsia="Times New Roman" w:hAnsi="Times New Roman"/>
          <w:color w:val="000000"/>
          <w:sz w:val="24"/>
          <w:lang w:val="ru-RU"/>
        </w:rPr>
        <w:t>Шыгырдавыклы</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башмаклар</w:t>
      </w:r>
      <w:proofErr w:type="spellEnd"/>
      <w:r w:rsidRPr="00C34EBD">
        <w:rPr>
          <w:rFonts w:ascii="Times New Roman" w:eastAsia="Times New Roman" w:hAnsi="Times New Roman"/>
          <w:color w:val="000000"/>
          <w:sz w:val="24"/>
          <w:lang w:val="ru-RU"/>
        </w:rPr>
        <w:t>» («Скрипучие башмаки»).</w:t>
      </w:r>
    </w:p>
    <w:p w14:paraId="64737825" w14:textId="77777777" w:rsidR="004856BE" w:rsidRPr="00C34EBD" w:rsidRDefault="00750296">
      <w:pPr>
        <w:autoSpaceDE w:val="0"/>
        <w:autoSpaceDN w:val="0"/>
        <w:spacing w:before="70" w:after="0" w:line="262" w:lineRule="auto"/>
        <w:ind w:left="180" w:right="1296"/>
        <w:rPr>
          <w:lang w:val="ru-RU"/>
        </w:rPr>
      </w:pPr>
      <w:proofErr w:type="spellStart"/>
      <w:r w:rsidRPr="00C34EBD">
        <w:rPr>
          <w:rFonts w:ascii="Times New Roman" w:eastAsia="Times New Roman" w:hAnsi="Times New Roman"/>
          <w:b/>
          <w:color w:val="000000"/>
          <w:sz w:val="24"/>
          <w:lang w:val="ru-RU"/>
        </w:rPr>
        <w:t>Табигать</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китабы</w:t>
      </w:r>
      <w:proofErr w:type="spellEnd"/>
      <w:r w:rsidRPr="00C34EBD">
        <w:rPr>
          <w:rFonts w:ascii="Times New Roman" w:eastAsia="Times New Roman" w:hAnsi="Times New Roman"/>
          <w:b/>
          <w:color w:val="000000"/>
          <w:sz w:val="24"/>
          <w:lang w:val="ru-RU"/>
        </w:rPr>
        <w:t xml:space="preserve"> (Книга природы) </w:t>
      </w:r>
      <w:r w:rsidRPr="00C34EBD">
        <w:rPr>
          <w:lang w:val="ru-RU"/>
        </w:rPr>
        <w:br/>
      </w:r>
      <w:r w:rsidRPr="00C34EBD">
        <w:rPr>
          <w:rFonts w:ascii="Times New Roman" w:eastAsia="Times New Roman" w:hAnsi="Times New Roman"/>
          <w:color w:val="000000"/>
          <w:sz w:val="24"/>
          <w:lang w:val="ru-RU"/>
        </w:rPr>
        <w:t>Произведения о красоте природы родного края, об ответственности за мир природы.</w:t>
      </w:r>
    </w:p>
    <w:p w14:paraId="3CD50958"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 xml:space="preserve">З. </w:t>
      </w:r>
      <w:proofErr w:type="spellStart"/>
      <w:r w:rsidRPr="00C34EBD">
        <w:rPr>
          <w:rFonts w:ascii="Times New Roman" w:eastAsia="Times New Roman" w:hAnsi="Times New Roman"/>
          <w:color w:val="000000"/>
          <w:sz w:val="24"/>
          <w:lang w:val="ru-RU"/>
        </w:rPr>
        <w:t>Туфайлова</w:t>
      </w:r>
      <w:proofErr w:type="spellEnd"/>
      <w:r w:rsidRPr="00C34EBD">
        <w:rPr>
          <w:rFonts w:ascii="Times New Roman" w:eastAsia="Times New Roman" w:hAnsi="Times New Roman"/>
          <w:color w:val="000000"/>
          <w:sz w:val="24"/>
          <w:lang w:val="ru-RU"/>
        </w:rPr>
        <w:t xml:space="preserve">. «Без </w:t>
      </w:r>
      <w:proofErr w:type="spellStart"/>
      <w:r w:rsidRPr="00C34EBD">
        <w:rPr>
          <w:rFonts w:ascii="Times New Roman" w:eastAsia="Times New Roman" w:hAnsi="Times New Roman"/>
          <w:color w:val="000000"/>
          <w:sz w:val="24"/>
          <w:lang w:val="ru-RU"/>
        </w:rPr>
        <w:t>утырткан</w:t>
      </w:r>
      <w:proofErr w:type="spellEnd"/>
      <w:r w:rsidRPr="00C34EBD">
        <w:rPr>
          <w:rFonts w:ascii="Times New Roman" w:eastAsia="Times New Roman" w:hAnsi="Times New Roman"/>
          <w:color w:val="000000"/>
          <w:sz w:val="24"/>
          <w:lang w:val="ru-RU"/>
        </w:rPr>
        <w:t xml:space="preserve"> урман» («Лес, посаженный нами»).</w:t>
      </w:r>
    </w:p>
    <w:p w14:paraId="53D45001"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Р. Курбан. «Календарь».</w:t>
      </w:r>
    </w:p>
    <w:p w14:paraId="130E2ACE"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 xml:space="preserve">Дж. </w:t>
      </w:r>
      <w:proofErr w:type="spellStart"/>
      <w:r w:rsidRPr="00C34EBD">
        <w:rPr>
          <w:rFonts w:ascii="Times New Roman" w:eastAsia="Times New Roman" w:hAnsi="Times New Roman"/>
          <w:color w:val="000000"/>
          <w:sz w:val="24"/>
          <w:lang w:val="ru-RU"/>
        </w:rPr>
        <w:t>Тарджеманов</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Тукран</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малае</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Шуктуган</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Шуктуган</w:t>
      </w:r>
      <w:proofErr w:type="spellEnd"/>
      <w:r w:rsidRPr="00C34EBD">
        <w:rPr>
          <w:rFonts w:ascii="Times New Roman" w:eastAsia="Times New Roman" w:hAnsi="Times New Roman"/>
          <w:color w:val="000000"/>
          <w:sz w:val="24"/>
          <w:lang w:val="ru-RU"/>
        </w:rPr>
        <w:t>»).</w:t>
      </w:r>
    </w:p>
    <w:p w14:paraId="218CDEA7" w14:textId="77777777" w:rsidR="004856BE" w:rsidRPr="00C34EBD" w:rsidRDefault="00750296">
      <w:pPr>
        <w:autoSpaceDE w:val="0"/>
        <w:autoSpaceDN w:val="0"/>
        <w:spacing w:before="72" w:after="0" w:line="230" w:lineRule="auto"/>
        <w:ind w:left="180"/>
        <w:rPr>
          <w:lang w:val="ru-RU"/>
        </w:rPr>
      </w:pPr>
      <w:r w:rsidRPr="00C34EBD">
        <w:rPr>
          <w:rFonts w:ascii="Times New Roman" w:eastAsia="Times New Roman" w:hAnsi="Times New Roman"/>
          <w:color w:val="000000"/>
          <w:sz w:val="24"/>
          <w:lang w:val="ru-RU"/>
        </w:rPr>
        <w:t>З. Ахмеров. «</w:t>
      </w:r>
      <w:proofErr w:type="spellStart"/>
      <w:r w:rsidRPr="00C34EBD">
        <w:rPr>
          <w:rFonts w:ascii="Times New Roman" w:eastAsia="Times New Roman" w:hAnsi="Times New Roman"/>
          <w:color w:val="000000"/>
          <w:sz w:val="24"/>
          <w:lang w:val="ru-RU"/>
        </w:rPr>
        <w:t>Агачлар</w:t>
      </w:r>
      <w:proofErr w:type="spellEnd"/>
      <w:r w:rsidRPr="00C34EBD">
        <w:rPr>
          <w:rFonts w:ascii="Times New Roman" w:eastAsia="Times New Roman" w:hAnsi="Times New Roman"/>
          <w:color w:val="000000"/>
          <w:sz w:val="24"/>
          <w:lang w:val="ru-RU"/>
        </w:rPr>
        <w:t xml:space="preserve"> да </w:t>
      </w:r>
      <w:proofErr w:type="spellStart"/>
      <w:r w:rsidRPr="00C34EBD">
        <w:rPr>
          <w:rFonts w:ascii="Times New Roman" w:eastAsia="Times New Roman" w:hAnsi="Times New Roman"/>
          <w:color w:val="000000"/>
          <w:sz w:val="24"/>
          <w:lang w:val="ru-RU"/>
        </w:rPr>
        <w:t>авырый</w:t>
      </w:r>
      <w:proofErr w:type="spellEnd"/>
      <w:r w:rsidRPr="00C34EBD">
        <w:rPr>
          <w:rFonts w:ascii="Times New Roman" w:eastAsia="Times New Roman" w:hAnsi="Times New Roman"/>
          <w:color w:val="000000"/>
          <w:sz w:val="24"/>
          <w:lang w:val="ru-RU"/>
        </w:rPr>
        <w:t>» («Деревья тоже болеют»).</w:t>
      </w:r>
    </w:p>
    <w:p w14:paraId="344680E3" w14:textId="77777777" w:rsidR="004856BE" w:rsidRPr="00C34EBD" w:rsidRDefault="00750296">
      <w:pPr>
        <w:autoSpaceDE w:val="0"/>
        <w:autoSpaceDN w:val="0"/>
        <w:spacing w:before="72" w:after="0" w:line="230" w:lineRule="auto"/>
        <w:ind w:left="180"/>
        <w:rPr>
          <w:lang w:val="ru-RU"/>
        </w:rPr>
      </w:pPr>
      <w:r w:rsidRPr="00C34EBD">
        <w:rPr>
          <w:rFonts w:ascii="Times New Roman" w:eastAsia="Times New Roman" w:hAnsi="Times New Roman"/>
          <w:color w:val="000000"/>
          <w:sz w:val="24"/>
          <w:lang w:val="ru-RU"/>
        </w:rPr>
        <w:t>А. Баян. «</w:t>
      </w:r>
      <w:proofErr w:type="spellStart"/>
      <w:r w:rsidRPr="00C34EBD">
        <w:rPr>
          <w:rFonts w:ascii="Times New Roman" w:eastAsia="Times New Roman" w:hAnsi="Times New Roman"/>
          <w:color w:val="000000"/>
          <w:sz w:val="24"/>
          <w:lang w:val="ru-RU"/>
        </w:rPr>
        <w:t>Яхшылык</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кире</w:t>
      </w:r>
      <w:proofErr w:type="spellEnd"/>
      <w:r w:rsidRPr="00C34EBD">
        <w:rPr>
          <w:rFonts w:ascii="Times New Roman" w:eastAsia="Times New Roman" w:hAnsi="Times New Roman"/>
          <w:color w:val="000000"/>
          <w:sz w:val="24"/>
          <w:lang w:val="ru-RU"/>
        </w:rPr>
        <w:t xml:space="preserve"> кайта» («Добро возвращается обратно»).</w:t>
      </w:r>
    </w:p>
    <w:p w14:paraId="0FCB649A" w14:textId="77777777" w:rsidR="004856BE" w:rsidRPr="00C34EBD" w:rsidRDefault="00750296">
      <w:pPr>
        <w:autoSpaceDE w:val="0"/>
        <w:autoSpaceDN w:val="0"/>
        <w:spacing w:before="72" w:after="0" w:line="230" w:lineRule="auto"/>
        <w:ind w:left="180"/>
        <w:rPr>
          <w:lang w:val="ru-RU"/>
        </w:rPr>
      </w:pPr>
      <w:r w:rsidRPr="00C34EBD">
        <w:rPr>
          <w:rFonts w:ascii="Times New Roman" w:eastAsia="Times New Roman" w:hAnsi="Times New Roman"/>
          <w:color w:val="000000"/>
          <w:sz w:val="24"/>
          <w:lang w:val="ru-RU"/>
        </w:rPr>
        <w:t xml:space="preserve">Ш. </w:t>
      </w:r>
      <w:proofErr w:type="spellStart"/>
      <w:r w:rsidRPr="00C34EBD">
        <w:rPr>
          <w:rFonts w:ascii="Times New Roman" w:eastAsia="Times New Roman" w:hAnsi="Times New Roman"/>
          <w:color w:val="000000"/>
          <w:sz w:val="24"/>
          <w:lang w:val="ru-RU"/>
        </w:rPr>
        <w:t>Галиев</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Курыкма</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тимим</w:t>
      </w:r>
      <w:proofErr w:type="spellEnd"/>
      <w:r w:rsidRPr="00C34EBD">
        <w:rPr>
          <w:rFonts w:ascii="Times New Roman" w:eastAsia="Times New Roman" w:hAnsi="Times New Roman"/>
          <w:color w:val="000000"/>
          <w:sz w:val="24"/>
          <w:lang w:val="ru-RU"/>
        </w:rPr>
        <w:t>» («Не бойся, не трону»).</w:t>
      </w:r>
    </w:p>
    <w:p w14:paraId="08DF1D26" w14:textId="77777777" w:rsidR="004856BE" w:rsidRPr="00C34EBD" w:rsidRDefault="00750296">
      <w:pPr>
        <w:autoSpaceDE w:val="0"/>
        <w:autoSpaceDN w:val="0"/>
        <w:spacing w:before="70" w:after="0" w:line="262" w:lineRule="auto"/>
        <w:ind w:left="180" w:right="1440"/>
        <w:rPr>
          <w:lang w:val="ru-RU"/>
        </w:rPr>
      </w:pPr>
      <w:proofErr w:type="spellStart"/>
      <w:r w:rsidRPr="00C34EBD">
        <w:rPr>
          <w:rFonts w:ascii="Times New Roman" w:eastAsia="Times New Roman" w:hAnsi="Times New Roman"/>
          <w:b/>
          <w:color w:val="000000"/>
          <w:sz w:val="24"/>
          <w:lang w:val="ru-RU"/>
        </w:rPr>
        <w:t>Күңелле</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бəйрəмнəр</w:t>
      </w:r>
      <w:proofErr w:type="spellEnd"/>
      <w:r w:rsidRPr="00C34EBD">
        <w:rPr>
          <w:rFonts w:ascii="Times New Roman" w:eastAsia="Times New Roman" w:hAnsi="Times New Roman"/>
          <w:b/>
          <w:color w:val="000000"/>
          <w:sz w:val="24"/>
          <w:lang w:val="ru-RU"/>
        </w:rPr>
        <w:t xml:space="preserve"> (Веселые праздники) </w:t>
      </w:r>
      <w:r w:rsidRPr="00C34EBD">
        <w:rPr>
          <w:lang w:val="ru-RU"/>
        </w:rPr>
        <w:br/>
      </w:r>
      <w:r w:rsidRPr="00C34EBD">
        <w:rPr>
          <w:rFonts w:ascii="Times New Roman" w:eastAsia="Times New Roman" w:hAnsi="Times New Roman"/>
          <w:color w:val="000000"/>
          <w:sz w:val="24"/>
          <w:lang w:val="ru-RU"/>
        </w:rPr>
        <w:t>Произведения о календарных, народных праздниках. Народные обычаи и традиции.</w:t>
      </w:r>
    </w:p>
    <w:p w14:paraId="726DECEE"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Р. Курбан. «</w:t>
      </w:r>
      <w:proofErr w:type="spellStart"/>
      <w:r w:rsidRPr="00C34EBD">
        <w:rPr>
          <w:rFonts w:ascii="Times New Roman" w:eastAsia="Times New Roman" w:hAnsi="Times New Roman"/>
          <w:color w:val="000000"/>
          <w:sz w:val="24"/>
          <w:lang w:val="ru-RU"/>
        </w:rPr>
        <w:t>Бəйрəм</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бүген</w:t>
      </w:r>
      <w:proofErr w:type="spellEnd"/>
      <w:r w:rsidRPr="00C34EBD">
        <w:rPr>
          <w:rFonts w:ascii="Times New Roman" w:eastAsia="Times New Roman" w:hAnsi="Times New Roman"/>
          <w:color w:val="000000"/>
          <w:sz w:val="24"/>
          <w:lang w:val="ru-RU"/>
        </w:rPr>
        <w:t>» («Сегодня праздник»).</w:t>
      </w:r>
    </w:p>
    <w:p w14:paraId="7E275427"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Р. Хафизова. «</w:t>
      </w:r>
      <w:proofErr w:type="spellStart"/>
      <w:r w:rsidRPr="00C34EBD">
        <w:rPr>
          <w:rFonts w:ascii="Times New Roman" w:eastAsia="Times New Roman" w:hAnsi="Times New Roman"/>
          <w:color w:val="000000"/>
          <w:sz w:val="24"/>
          <w:lang w:val="ru-RU"/>
        </w:rPr>
        <w:t>Нəүрүз</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килə</w:t>
      </w:r>
      <w:proofErr w:type="spellEnd"/>
      <w:r w:rsidRPr="00C34EBD">
        <w:rPr>
          <w:rFonts w:ascii="Times New Roman" w:eastAsia="Times New Roman" w:hAnsi="Times New Roman"/>
          <w:color w:val="000000"/>
          <w:sz w:val="24"/>
          <w:lang w:val="ru-RU"/>
        </w:rPr>
        <w:t>» («Навруз идет»).</w:t>
      </w:r>
    </w:p>
    <w:p w14:paraId="45D45960"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 xml:space="preserve">Р. </w:t>
      </w:r>
      <w:proofErr w:type="spellStart"/>
      <w:r w:rsidRPr="00C34EBD">
        <w:rPr>
          <w:rFonts w:ascii="Times New Roman" w:eastAsia="Times New Roman" w:hAnsi="Times New Roman"/>
          <w:color w:val="000000"/>
          <w:sz w:val="24"/>
          <w:lang w:val="ru-RU"/>
        </w:rPr>
        <w:t>Зайдулла</w:t>
      </w:r>
      <w:proofErr w:type="spellEnd"/>
      <w:r w:rsidRPr="00C34EBD">
        <w:rPr>
          <w:rFonts w:ascii="Times New Roman" w:eastAsia="Times New Roman" w:hAnsi="Times New Roman"/>
          <w:color w:val="000000"/>
          <w:sz w:val="24"/>
          <w:lang w:val="ru-RU"/>
        </w:rPr>
        <w:t xml:space="preserve">. «Сабантуй </w:t>
      </w:r>
      <w:proofErr w:type="spellStart"/>
      <w:r w:rsidRPr="00C34EBD">
        <w:rPr>
          <w:rFonts w:ascii="Times New Roman" w:eastAsia="Times New Roman" w:hAnsi="Times New Roman"/>
          <w:color w:val="000000"/>
          <w:sz w:val="24"/>
          <w:lang w:val="ru-RU"/>
        </w:rPr>
        <w:t>аланында</w:t>
      </w:r>
      <w:proofErr w:type="spellEnd"/>
      <w:r w:rsidRPr="00C34EBD">
        <w:rPr>
          <w:rFonts w:ascii="Times New Roman" w:eastAsia="Times New Roman" w:hAnsi="Times New Roman"/>
          <w:color w:val="000000"/>
          <w:sz w:val="24"/>
          <w:lang w:val="ru-RU"/>
        </w:rPr>
        <w:t>» («На поляне Сабантуя»).</w:t>
      </w:r>
    </w:p>
    <w:p w14:paraId="7E757F6E"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 xml:space="preserve">Р. </w:t>
      </w:r>
      <w:proofErr w:type="spellStart"/>
      <w:r w:rsidRPr="00C34EBD">
        <w:rPr>
          <w:rFonts w:ascii="Times New Roman" w:eastAsia="Times New Roman" w:hAnsi="Times New Roman"/>
          <w:color w:val="000000"/>
          <w:sz w:val="24"/>
          <w:lang w:val="ru-RU"/>
        </w:rPr>
        <w:t>Миннуллин</w:t>
      </w:r>
      <w:proofErr w:type="spellEnd"/>
      <w:r w:rsidRPr="00C34EBD">
        <w:rPr>
          <w:rFonts w:ascii="Times New Roman" w:eastAsia="Times New Roman" w:hAnsi="Times New Roman"/>
          <w:color w:val="000000"/>
          <w:sz w:val="24"/>
          <w:lang w:val="ru-RU"/>
        </w:rPr>
        <w:t>. «</w:t>
      </w:r>
      <w:proofErr w:type="spellStart"/>
      <w:r w:rsidRPr="00C34EBD">
        <w:rPr>
          <w:rFonts w:ascii="Times New Roman" w:eastAsia="Times New Roman" w:hAnsi="Times New Roman"/>
          <w:color w:val="000000"/>
          <w:sz w:val="24"/>
          <w:lang w:val="ru-RU"/>
        </w:rPr>
        <w:t>Əйлəн-бəйлəн</w:t>
      </w:r>
      <w:proofErr w:type="spellEnd"/>
      <w:r w:rsidRPr="00C34EBD">
        <w:rPr>
          <w:rFonts w:ascii="Times New Roman" w:eastAsia="Times New Roman" w:hAnsi="Times New Roman"/>
          <w:color w:val="000000"/>
          <w:sz w:val="24"/>
          <w:lang w:val="ru-RU"/>
        </w:rPr>
        <w:t>» («Хоровод»).</w:t>
      </w:r>
    </w:p>
    <w:p w14:paraId="7CA68AB4"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С. Сулейманова. «</w:t>
      </w:r>
      <w:proofErr w:type="spellStart"/>
      <w:r w:rsidRPr="00C34EBD">
        <w:rPr>
          <w:rFonts w:ascii="Times New Roman" w:eastAsia="Times New Roman" w:hAnsi="Times New Roman"/>
          <w:color w:val="000000"/>
          <w:sz w:val="24"/>
          <w:lang w:val="ru-RU"/>
        </w:rPr>
        <w:t>Əнилəр</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бəйрəме</w:t>
      </w:r>
      <w:proofErr w:type="spellEnd"/>
      <w:r w:rsidRPr="00C34EBD">
        <w:rPr>
          <w:rFonts w:ascii="Times New Roman" w:eastAsia="Times New Roman" w:hAnsi="Times New Roman"/>
          <w:color w:val="000000"/>
          <w:sz w:val="24"/>
          <w:lang w:val="ru-RU"/>
        </w:rPr>
        <w:t>» («Праздник мам»).</w:t>
      </w:r>
    </w:p>
    <w:p w14:paraId="1C242363" w14:textId="77777777" w:rsidR="004856BE" w:rsidRPr="00C34EBD" w:rsidRDefault="00750296">
      <w:pPr>
        <w:tabs>
          <w:tab w:val="left" w:pos="180"/>
        </w:tabs>
        <w:autoSpaceDE w:val="0"/>
        <w:autoSpaceDN w:val="0"/>
        <w:spacing w:before="70" w:after="0" w:line="271" w:lineRule="auto"/>
        <w:ind w:right="288"/>
        <w:rPr>
          <w:lang w:val="ru-RU"/>
        </w:rPr>
      </w:pPr>
      <w:r w:rsidRPr="00C34EBD">
        <w:rPr>
          <w:lang w:val="ru-RU"/>
        </w:rPr>
        <w:tab/>
      </w:r>
      <w:proofErr w:type="spellStart"/>
      <w:r w:rsidRPr="00C34EBD">
        <w:rPr>
          <w:rFonts w:ascii="Times New Roman" w:eastAsia="Times New Roman" w:hAnsi="Times New Roman"/>
          <w:b/>
          <w:color w:val="000000"/>
          <w:sz w:val="24"/>
          <w:lang w:val="ru-RU"/>
        </w:rPr>
        <w:t>Җиңү</w:t>
      </w:r>
      <w:proofErr w:type="spellEnd"/>
      <w:r w:rsidRPr="00C34EBD">
        <w:rPr>
          <w:rFonts w:ascii="Times New Roman" w:eastAsia="Times New Roman" w:hAnsi="Times New Roman"/>
          <w:b/>
          <w:color w:val="000000"/>
          <w:sz w:val="24"/>
          <w:lang w:val="ru-RU"/>
        </w:rPr>
        <w:t xml:space="preserve"> </w:t>
      </w:r>
      <w:proofErr w:type="spellStart"/>
      <w:r w:rsidRPr="00C34EBD">
        <w:rPr>
          <w:rFonts w:ascii="Times New Roman" w:eastAsia="Times New Roman" w:hAnsi="Times New Roman"/>
          <w:b/>
          <w:color w:val="000000"/>
          <w:sz w:val="24"/>
          <w:lang w:val="ru-RU"/>
        </w:rPr>
        <w:t>бəйрəме</w:t>
      </w:r>
      <w:proofErr w:type="spellEnd"/>
      <w:r w:rsidRPr="00C34EBD">
        <w:rPr>
          <w:rFonts w:ascii="Times New Roman" w:eastAsia="Times New Roman" w:hAnsi="Times New Roman"/>
          <w:b/>
          <w:color w:val="000000"/>
          <w:sz w:val="24"/>
          <w:lang w:val="ru-RU"/>
        </w:rPr>
        <w:t xml:space="preserve"> (День Победы) </w:t>
      </w:r>
      <w:r w:rsidRPr="00C34EBD">
        <w:rPr>
          <w:lang w:val="ru-RU"/>
        </w:rPr>
        <w:br/>
      </w:r>
      <w:r w:rsidRPr="00C34EBD">
        <w:rPr>
          <w:lang w:val="ru-RU"/>
        </w:rPr>
        <w:tab/>
      </w:r>
      <w:r w:rsidRPr="00C34EBD">
        <w:rPr>
          <w:rFonts w:ascii="Times New Roman" w:eastAsia="Times New Roman" w:hAnsi="Times New Roman"/>
          <w:color w:val="000000"/>
          <w:sz w:val="24"/>
          <w:lang w:val="ru-RU"/>
        </w:rPr>
        <w:t>Изображение в произведениях праздника Дня Победы. Дань погибшим, уважение к ветеранам, рассказы фронтовиков.</w:t>
      </w:r>
    </w:p>
    <w:p w14:paraId="316E5A84"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 xml:space="preserve">Р. </w:t>
      </w:r>
      <w:proofErr w:type="spellStart"/>
      <w:r w:rsidRPr="00C34EBD">
        <w:rPr>
          <w:rFonts w:ascii="Times New Roman" w:eastAsia="Times New Roman" w:hAnsi="Times New Roman"/>
          <w:color w:val="000000"/>
          <w:sz w:val="24"/>
          <w:lang w:val="ru-RU"/>
        </w:rPr>
        <w:t>Миннуллин</w:t>
      </w:r>
      <w:proofErr w:type="spellEnd"/>
      <w:r w:rsidRPr="00C34EBD">
        <w:rPr>
          <w:rFonts w:ascii="Times New Roman" w:eastAsia="Times New Roman" w:hAnsi="Times New Roman"/>
          <w:color w:val="000000"/>
          <w:sz w:val="24"/>
          <w:lang w:val="ru-RU"/>
        </w:rPr>
        <w:t xml:space="preserve">. «Май </w:t>
      </w:r>
      <w:proofErr w:type="spellStart"/>
      <w:r w:rsidRPr="00C34EBD">
        <w:rPr>
          <w:rFonts w:ascii="Times New Roman" w:eastAsia="Times New Roman" w:hAnsi="Times New Roman"/>
          <w:color w:val="000000"/>
          <w:sz w:val="24"/>
          <w:lang w:val="ru-RU"/>
        </w:rPr>
        <w:t>килə</w:t>
      </w:r>
      <w:proofErr w:type="spellEnd"/>
      <w:r w:rsidRPr="00C34EBD">
        <w:rPr>
          <w:rFonts w:ascii="Times New Roman" w:eastAsia="Times New Roman" w:hAnsi="Times New Roman"/>
          <w:color w:val="000000"/>
          <w:sz w:val="24"/>
          <w:lang w:val="ru-RU"/>
        </w:rPr>
        <w:t>» («Приближается май»).</w:t>
      </w:r>
    </w:p>
    <w:p w14:paraId="719353B7"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В. Хайруллина. «</w:t>
      </w:r>
      <w:proofErr w:type="spellStart"/>
      <w:r w:rsidRPr="00C34EBD">
        <w:rPr>
          <w:rFonts w:ascii="Times New Roman" w:eastAsia="Times New Roman" w:hAnsi="Times New Roman"/>
          <w:color w:val="000000"/>
          <w:sz w:val="24"/>
          <w:lang w:val="ru-RU"/>
        </w:rPr>
        <w:t>Билгесез</w:t>
      </w:r>
      <w:proofErr w:type="spellEnd"/>
      <w:r w:rsidRPr="00C34EBD">
        <w:rPr>
          <w:rFonts w:ascii="Times New Roman" w:eastAsia="Times New Roman" w:hAnsi="Times New Roman"/>
          <w:color w:val="000000"/>
          <w:sz w:val="24"/>
          <w:lang w:val="ru-RU"/>
        </w:rPr>
        <w:t xml:space="preserve"> солдат» («Неизвестный солдат»).</w:t>
      </w:r>
    </w:p>
    <w:p w14:paraId="3BFF848C" w14:textId="77777777" w:rsidR="004856BE" w:rsidRPr="00C34EBD" w:rsidRDefault="004856BE">
      <w:pPr>
        <w:rPr>
          <w:lang w:val="ru-RU"/>
        </w:rPr>
        <w:sectPr w:rsidR="004856BE" w:rsidRPr="00C34EBD">
          <w:pgSz w:w="11900" w:h="16840"/>
          <w:pgMar w:top="310" w:right="926" w:bottom="438" w:left="666" w:header="720" w:footer="720" w:gutter="0"/>
          <w:cols w:space="720" w:equalWidth="0">
            <w:col w:w="10308" w:space="0"/>
          </w:cols>
          <w:docGrid w:linePitch="360"/>
        </w:sectPr>
      </w:pPr>
    </w:p>
    <w:p w14:paraId="548CCC72" w14:textId="77777777" w:rsidR="004856BE" w:rsidRPr="00C34EBD" w:rsidRDefault="004856BE">
      <w:pPr>
        <w:autoSpaceDE w:val="0"/>
        <w:autoSpaceDN w:val="0"/>
        <w:spacing w:after="78" w:line="220" w:lineRule="exact"/>
        <w:rPr>
          <w:lang w:val="ru-RU"/>
        </w:rPr>
      </w:pPr>
    </w:p>
    <w:p w14:paraId="388C063C" w14:textId="77777777" w:rsidR="004856BE" w:rsidRPr="00C34EBD" w:rsidRDefault="00750296">
      <w:pPr>
        <w:autoSpaceDE w:val="0"/>
        <w:autoSpaceDN w:val="0"/>
        <w:spacing w:after="0" w:line="230" w:lineRule="auto"/>
        <w:ind w:left="180"/>
        <w:rPr>
          <w:lang w:val="ru-RU"/>
        </w:rPr>
      </w:pPr>
      <w:r w:rsidRPr="00C34EBD">
        <w:rPr>
          <w:rFonts w:ascii="Times New Roman" w:eastAsia="Times New Roman" w:hAnsi="Times New Roman"/>
          <w:color w:val="000000"/>
          <w:sz w:val="24"/>
          <w:lang w:val="ru-RU"/>
        </w:rPr>
        <w:t>М. Маликова. «</w:t>
      </w:r>
      <w:proofErr w:type="spellStart"/>
      <w:r w:rsidRPr="00C34EBD">
        <w:rPr>
          <w:rFonts w:ascii="Times New Roman" w:eastAsia="Times New Roman" w:hAnsi="Times New Roman"/>
          <w:color w:val="000000"/>
          <w:sz w:val="24"/>
          <w:lang w:val="ru-RU"/>
        </w:rPr>
        <w:t>Һəйкəл</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янында</w:t>
      </w:r>
      <w:proofErr w:type="spellEnd"/>
      <w:r w:rsidRPr="00C34EBD">
        <w:rPr>
          <w:rFonts w:ascii="Times New Roman" w:eastAsia="Times New Roman" w:hAnsi="Times New Roman"/>
          <w:color w:val="000000"/>
          <w:sz w:val="24"/>
          <w:lang w:val="ru-RU"/>
        </w:rPr>
        <w:t>» («У обелиска»).</w:t>
      </w:r>
    </w:p>
    <w:p w14:paraId="6ED7F6F3" w14:textId="77777777" w:rsidR="004856BE" w:rsidRPr="00C34EBD" w:rsidRDefault="00750296">
      <w:pPr>
        <w:autoSpaceDE w:val="0"/>
        <w:autoSpaceDN w:val="0"/>
        <w:spacing w:before="70" w:after="0" w:line="230" w:lineRule="auto"/>
        <w:ind w:left="180"/>
        <w:rPr>
          <w:lang w:val="ru-RU"/>
        </w:rPr>
      </w:pPr>
      <w:r w:rsidRPr="00C34EBD">
        <w:rPr>
          <w:rFonts w:ascii="Times New Roman" w:eastAsia="Times New Roman" w:hAnsi="Times New Roman"/>
          <w:color w:val="000000"/>
          <w:sz w:val="24"/>
          <w:lang w:val="ru-RU"/>
        </w:rPr>
        <w:t>Р. Курбан. «</w:t>
      </w:r>
      <w:proofErr w:type="spellStart"/>
      <w:r w:rsidRPr="00C34EBD">
        <w:rPr>
          <w:rFonts w:ascii="Times New Roman" w:eastAsia="Times New Roman" w:hAnsi="Times New Roman"/>
          <w:color w:val="000000"/>
          <w:sz w:val="24"/>
          <w:lang w:val="ru-RU"/>
        </w:rPr>
        <w:t>Җиңү</w:t>
      </w:r>
      <w:proofErr w:type="spellEnd"/>
      <w:r w:rsidRPr="00C34EBD">
        <w:rPr>
          <w:rFonts w:ascii="Times New Roman" w:eastAsia="Times New Roman" w:hAnsi="Times New Roman"/>
          <w:color w:val="000000"/>
          <w:sz w:val="24"/>
          <w:lang w:val="ru-RU"/>
        </w:rPr>
        <w:t xml:space="preserve"> </w:t>
      </w:r>
      <w:proofErr w:type="spellStart"/>
      <w:r w:rsidRPr="00C34EBD">
        <w:rPr>
          <w:rFonts w:ascii="Times New Roman" w:eastAsia="Times New Roman" w:hAnsi="Times New Roman"/>
          <w:color w:val="000000"/>
          <w:sz w:val="24"/>
          <w:lang w:val="ru-RU"/>
        </w:rPr>
        <w:t>бəйрəме</w:t>
      </w:r>
      <w:proofErr w:type="spellEnd"/>
      <w:r w:rsidRPr="00C34EBD">
        <w:rPr>
          <w:rFonts w:ascii="Times New Roman" w:eastAsia="Times New Roman" w:hAnsi="Times New Roman"/>
          <w:color w:val="000000"/>
          <w:sz w:val="24"/>
          <w:lang w:val="ru-RU"/>
        </w:rPr>
        <w:t>» («Праздник Победы»).</w:t>
      </w:r>
    </w:p>
    <w:p w14:paraId="6E29A93B" w14:textId="77777777" w:rsidR="004856BE" w:rsidRPr="00C34EBD" w:rsidRDefault="00750296">
      <w:pPr>
        <w:tabs>
          <w:tab w:val="left" w:pos="180"/>
        </w:tabs>
        <w:autoSpaceDE w:val="0"/>
        <w:autoSpaceDN w:val="0"/>
        <w:spacing w:before="70" w:after="0" w:line="262" w:lineRule="auto"/>
        <w:ind w:right="432"/>
        <w:rPr>
          <w:lang w:val="ru-RU"/>
        </w:rPr>
      </w:pPr>
      <w:r w:rsidRPr="00C34EBD">
        <w:rPr>
          <w:lang w:val="ru-RU"/>
        </w:rPr>
        <w:tab/>
      </w:r>
      <w:r w:rsidRPr="00C34EBD">
        <w:rPr>
          <w:rFonts w:ascii="Times New Roman" w:eastAsia="Times New Roman" w:hAnsi="Times New Roman"/>
          <w:color w:val="000000"/>
          <w:sz w:val="24"/>
          <w:lang w:val="ru-RU"/>
        </w:rPr>
        <w:t>Распределенное по классам содержание обучения сопровождается следующим деятельностным наполнением образовательного процесса.</w:t>
      </w:r>
    </w:p>
    <w:p w14:paraId="4F4E3E6F" w14:textId="77777777" w:rsidR="004856BE" w:rsidRPr="00C34EBD" w:rsidRDefault="00750296">
      <w:pPr>
        <w:tabs>
          <w:tab w:val="left" w:pos="180"/>
        </w:tabs>
        <w:autoSpaceDE w:val="0"/>
        <w:autoSpaceDN w:val="0"/>
        <w:spacing w:before="70" w:after="0" w:line="281" w:lineRule="auto"/>
        <w:ind w:right="432"/>
        <w:rPr>
          <w:lang w:val="ru-RU"/>
        </w:rPr>
      </w:pPr>
      <w:r w:rsidRPr="00C34EBD">
        <w:rPr>
          <w:lang w:val="ru-RU"/>
        </w:rPr>
        <w:tab/>
      </w:r>
      <w:r w:rsidRPr="00C34EBD">
        <w:rPr>
          <w:rFonts w:ascii="Times New Roman" w:eastAsia="Times New Roman" w:hAnsi="Times New Roman"/>
          <w:b/>
          <w:color w:val="000000"/>
          <w:sz w:val="24"/>
          <w:lang w:val="ru-RU"/>
        </w:rPr>
        <w:t xml:space="preserve">Виды речевой и читательской деятельности </w:t>
      </w:r>
      <w:r w:rsidRPr="00C34EBD">
        <w:rPr>
          <w:lang w:val="ru-RU"/>
        </w:rPr>
        <w:br/>
      </w:r>
      <w:r w:rsidRPr="00C34EBD">
        <w:rPr>
          <w:lang w:val="ru-RU"/>
        </w:rPr>
        <w:tab/>
      </w:r>
      <w:r w:rsidRPr="00C34EBD">
        <w:rPr>
          <w:rFonts w:ascii="Times New Roman" w:eastAsia="Times New Roman" w:hAnsi="Times New Roman"/>
          <w:b/>
          <w:color w:val="000000"/>
          <w:sz w:val="24"/>
          <w:lang w:val="ru-RU"/>
        </w:rPr>
        <w:t xml:space="preserve">Слушание. </w:t>
      </w:r>
      <w:r w:rsidRPr="00C34EBD">
        <w:rPr>
          <w:rFonts w:ascii="Times New Roman" w:eastAsia="Times New Roman" w:hAnsi="Times New Roman"/>
          <w:color w:val="000000"/>
          <w:sz w:val="24"/>
          <w:lang w:val="ru-RU"/>
        </w:rPr>
        <w:t xml:space="preserve">Восприятие на слух звучащей речи: текста, читаемого вслух учителем и </w:t>
      </w:r>
      <w:r w:rsidRPr="00C34EBD">
        <w:rPr>
          <w:lang w:val="ru-RU"/>
        </w:rPr>
        <w:br/>
      </w:r>
      <w:r w:rsidRPr="00C34EBD">
        <w:rPr>
          <w:rFonts w:ascii="Times New Roman" w:eastAsia="Times New Roman" w:hAnsi="Times New Roman"/>
          <w:color w:val="000000"/>
          <w:sz w:val="24"/>
          <w:lang w:val="ru-RU"/>
        </w:rPr>
        <w:t>одноклассниками, высказываний собеседников, адресованных себе вопросов. Понимание смысла звучащей речи: удержание обсуждаемого аспекта, ответы на вопросы по ее содержанию и формулирование собственных вопросов.</w:t>
      </w:r>
    </w:p>
    <w:p w14:paraId="07BE07DD" w14:textId="77777777" w:rsidR="004856BE" w:rsidRPr="00C34EBD" w:rsidRDefault="00750296">
      <w:pPr>
        <w:autoSpaceDE w:val="0"/>
        <w:autoSpaceDN w:val="0"/>
        <w:spacing w:before="70" w:after="0" w:line="281" w:lineRule="auto"/>
        <w:ind w:firstLine="180"/>
        <w:rPr>
          <w:lang w:val="ru-RU"/>
        </w:rPr>
      </w:pPr>
      <w:r w:rsidRPr="00C34EBD">
        <w:rPr>
          <w:rFonts w:ascii="Times New Roman" w:eastAsia="Times New Roman" w:hAnsi="Times New Roman"/>
          <w:b/>
          <w:color w:val="000000"/>
          <w:sz w:val="24"/>
          <w:lang w:val="ru-RU"/>
        </w:rPr>
        <w:t xml:space="preserve">Чтение вслух. </w:t>
      </w:r>
      <w:r w:rsidRPr="00C34EBD">
        <w:rPr>
          <w:rFonts w:ascii="Times New Roman" w:eastAsia="Times New Roman" w:hAnsi="Times New Roman"/>
          <w:color w:val="000000"/>
          <w:sz w:val="24"/>
          <w:lang w:val="ru-RU"/>
        </w:rPr>
        <w:t>Постепенный переход от слогового чтения к чтению целыми словами, постепенное увеличение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w:t>
      </w:r>
    </w:p>
    <w:p w14:paraId="20404D1A" w14:textId="77777777" w:rsidR="004856BE" w:rsidRPr="00C34EBD" w:rsidRDefault="00750296">
      <w:pPr>
        <w:autoSpaceDE w:val="0"/>
        <w:autoSpaceDN w:val="0"/>
        <w:spacing w:before="70" w:after="0" w:line="271" w:lineRule="auto"/>
        <w:ind w:right="432" w:firstLine="180"/>
        <w:rPr>
          <w:lang w:val="ru-RU"/>
        </w:rPr>
      </w:pPr>
      <w:r w:rsidRPr="00C34EBD">
        <w:rPr>
          <w:rFonts w:ascii="Times New Roman" w:eastAsia="Times New Roman" w:hAnsi="Times New Roman"/>
          <w:b/>
          <w:color w:val="000000"/>
          <w:sz w:val="24"/>
          <w:lang w:val="ru-RU"/>
        </w:rPr>
        <w:t xml:space="preserve">Чтение про себя. </w:t>
      </w:r>
      <w:r w:rsidRPr="00C34EBD">
        <w:rPr>
          <w:rFonts w:ascii="Times New Roman" w:eastAsia="Times New Roman" w:hAnsi="Times New Roman"/>
          <w:color w:val="000000"/>
          <w:sz w:val="24"/>
          <w:lang w:val="ru-RU"/>
        </w:rPr>
        <w:t>Самостоятельное чтение текста небольшого объема. Нахождение в изучаемом тексте необходимых сведений, а также нахождение в словарях нужных словарных статей и извлечение из них требуемой информации в рамках выборочного чтения.</w:t>
      </w:r>
    </w:p>
    <w:p w14:paraId="5DDAB18A" w14:textId="77777777" w:rsidR="004856BE" w:rsidRPr="00C34EBD" w:rsidRDefault="00750296">
      <w:pPr>
        <w:autoSpaceDE w:val="0"/>
        <w:autoSpaceDN w:val="0"/>
        <w:spacing w:before="70" w:after="0" w:line="281" w:lineRule="auto"/>
        <w:ind w:firstLine="180"/>
        <w:rPr>
          <w:lang w:val="ru-RU"/>
        </w:rPr>
      </w:pPr>
      <w:r w:rsidRPr="00C34EBD">
        <w:rPr>
          <w:rFonts w:ascii="Times New Roman" w:eastAsia="Times New Roman" w:hAnsi="Times New Roman"/>
          <w:b/>
          <w:color w:val="000000"/>
          <w:sz w:val="24"/>
          <w:lang w:val="ru-RU"/>
        </w:rPr>
        <w:t>Говорение.</w:t>
      </w:r>
      <w:r w:rsidRPr="00C34EBD">
        <w:rPr>
          <w:rFonts w:ascii="Times New Roman" w:eastAsia="Times New Roman" w:hAnsi="Times New Roman"/>
          <w:color w:val="000000"/>
          <w:sz w:val="24"/>
          <w:lang w:val="ru-RU"/>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w:t>
      </w:r>
      <w:r w:rsidRPr="00C34EBD">
        <w:rPr>
          <w:lang w:val="ru-RU"/>
        </w:rPr>
        <w:br/>
      </w:r>
      <w:r w:rsidRPr="00C34EBD">
        <w:rPr>
          <w:rFonts w:ascii="Times New Roman" w:eastAsia="Times New Roman" w:hAnsi="Times New Roman"/>
          <w:color w:val="000000"/>
          <w:sz w:val="24"/>
          <w:lang w:val="ru-RU"/>
        </w:rPr>
        <w:t>высказывания собеседника и выражать к ним свое отношение (согласие/несогласие). Умение спорить, опираясь на содержание текста.</w:t>
      </w:r>
    </w:p>
    <w:p w14:paraId="29D9E5D5" w14:textId="77777777" w:rsidR="004856BE" w:rsidRPr="00C34EBD" w:rsidRDefault="00750296">
      <w:pPr>
        <w:autoSpaceDE w:val="0"/>
        <w:autoSpaceDN w:val="0"/>
        <w:spacing w:before="70" w:after="0"/>
        <w:ind w:right="432" w:firstLine="180"/>
        <w:rPr>
          <w:lang w:val="ru-RU"/>
        </w:rPr>
      </w:pPr>
      <w:r w:rsidRPr="00C34EBD">
        <w:rPr>
          <w:rFonts w:ascii="Times New Roman" w:eastAsia="Times New Roman" w:hAnsi="Times New Roman"/>
          <w:b/>
          <w:color w:val="000000"/>
          <w:sz w:val="24"/>
          <w:lang w:val="ru-RU"/>
        </w:rPr>
        <w:t>Письмо</w:t>
      </w:r>
      <w:r w:rsidRPr="00C34EBD">
        <w:rPr>
          <w:rFonts w:ascii="Times New Roman" w:eastAsia="Times New Roman" w:hAnsi="Times New Roman"/>
          <w:color w:val="000000"/>
          <w:sz w:val="24"/>
          <w:lang w:val="ru-RU"/>
        </w:rPr>
        <w:t>. 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 антоним, олицетворение, сравнение), короткие сочинения по личным наблюдениям и впечатлениям.</w:t>
      </w:r>
    </w:p>
    <w:p w14:paraId="2752E908" w14:textId="77777777" w:rsidR="004856BE" w:rsidRPr="00C34EBD" w:rsidRDefault="00750296">
      <w:pPr>
        <w:autoSpaceDE w:val="0"/>
        <w:autoSpaceDN w:val="0"/>
        <w:spacing w:before="70" w:after="0" w:line="286" w:lineRule="auto"/>
        <w:ind w:firstLine="180"/>
        <w:rPr>
          <w:lang w:val="ru-RU"/>
        </w:rPr>
      </w:pPr>
      <w:r w:rsidRPr="00C34EBD">
        <w:rPr>
          <w:rFonts w:ascii="Times New Roman" w:eastAsia="Times New Roman" w:hAnsi="Times New Roman"/>
          <w:b/>
          <w:color w:val="000000"/>
          <w:sz w:val="24"/>
          <w:lang w:val="ru-RU"/>
        </w:rPr>
        <w:t>Работа с текстом художественного произведения.</w:t>
      </w:r>
      <w:r w:rsidRPr="00C34EBD">
        <w:rPr>
          <w:rFonts w:ascii="Times New Roman" w:eastAsia="Times New Roman" w:hAnsi="Times New Roman"/>
          <w:color w:val="000000"/>
          <w:sz w:val="24"/>
          <w:lang w:val="ru-RU"/>
        </w:rPr>
        <w:t xml:space="preserve"> Анализ заголовка, анализ текста (через систему вопросов и заданий), определение его эмоционально-смысловых доминант (основная мысль, главные переживания в лирическом стихотворении, противоположные позиции героев и авторский вывод в рассказе). Определение особенностей построения текста, выявление средств художественной выразительности (антоним, синоним, олицетворение, сравнение). Умение определить характер героя (через его словесный портрет, анализ поступков, речевое поведение, через авторский комментарий),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устанавливать причинно-следственные связи в развитии сюжета и в поведении героев; понимать авторскую точку зрения; выделять основную мысль текста; </w:t>
      </w:r>
      <w:r w:rsidRPr="00C34EBD">
        <w:rPr>
          <w:lang w:val="ru-RU"/>
        </w:rPr>
        <w:br/>
      </w:r>
      <w:r w:rsidRPr="00C34EBD">
        <w:rPr>
          <w:rFonts w:ascii="Times New Roman" w:eastAsia="Times New Roman" w:hAnsi="Times New Roman"/>
          <w:color w:val="000000"/>
          <w:sz w:val="24"/>
          <w:lang w:val="ru-RU"/>
        </w:rPr>
        <w:t>обнаруживать выразительные средства.</w:t>
      </w:r>
    </w:p>
    <w:p w14:paraId="32C2AAC7" w14:textId="77777777" w:rsidR="004856BE" w:rsidRPr="00C34EBD" w:rsidRDefault="00750296">
      <w:pPr>
        <w:tabs>
          <w:tab w:val="left" w:pos="180"/>
        </w:tabs>
        <w:autoSpaceDE w:val="0"/>
        <w:autoSpaceDN w:val="0"/>
        <w:spacing w:before="70" w:after="0" w:line="286" w:lineRule="auto"/>
        <w:rPr>
          <w:lang w:val="ru-RU"/>
        </w:rPr>
      </w:pPr>
      <w:r w:rsidRPr="00C34EBD">
        <w:rPr>
          <w:lang w:val="ru-RU"/>
        </w:rPr>
        <w:tab/>
      </w:r>
      <w:r w:rsidRPr="00C34EBD">
        <w:rPr>
          <w:rFonts w:ascii="Times New Roman" w:eastAsia="Times New Roman" w:hAnsi="Times New Roman"/>
          <w:b/>
          <w:color w:val="000000"/>
          <w:sz w:val="24"/>
          <w:lang w:val="ru-RU"/>
        </w:rPr>
        <w:t>Круг детского чтения.</w:t>
      </w:r>
      <w:r w:rsidRPr="00C34EBD">
        <w:rPr>
          <w:rFonts w:ascii="Times New Roman" w:eastAsia="Times New Roman" w:hAnsi="Times New Roman"/>
          <w:color w:val="000000"/>
          <w:sz w:val="24"/>
          <w:lang w:val="ru-RU"/>
        </w:rPr>
        <w:t xml:space="preserve"> Произведения устного народного творчества. Малые жанры фольклора (считалки, загадки, </w:t>
      </w:r>
      <w:proofErr w:type="spellStart"/>
      <w:r w:rsidRPr="00C34EBD">
        <w:rPr>
          <w:rFonts w:ascii="Times New Roman" w:eastAsia="Times New Roman" w:hAnsi="Times New Roman"/>
          <w:color w:val="000000"/>
          <w:sz w:val="24"/>
          <w:lang w:val="ru-RU"/>
        </w:rPr>
        <w:t>заклички</w:t>
      </w:r>
      <w:proofErr w:type="spellEnd"/>
      <w:r w:rsidRPr="00C34EBD">
        <w:rPr>
          <w:rFonts w:ascii="Times New Roman" w:eastAsia="Times New Roman" w:hAnsi="Times New Roman"/>
          <w:color w:val="000000"/>
          <w:sz w:val="24"/>
          <w:lang w:val="ru-RU"/>
        </w:rPr>
        <w:t xml:space="preserve">, пословицы и поговорки, </w:t>
      </w:r>
      <w:proofErr w:type="spellStart"/>
      <w:r w:rsidRPr="00C34EBD">
        <w:rPr>
          <w:rFonts w:ascii="Times New Roman" w:eastAsia="Times New Roman" w:hAnsi="Times New Roman"/>
          <w:color w:val="000000"/>
          <w:sz w:val="24"/>
          <w:lang w:val="ru-RU"/>
        </w:rPr>
        <w:t>мэзэки</w:t>
      </w:r>
      <w:proofErr w:type="spellEnd"/>
      <w:r w:rsidRPr="00C34EBD">
        <w:rPr>
          <w:rFonts w:ascii="Times New Roman" w:eastAsia="Times New Roman" w:hAnsi="Times New Roman"/>
          <w:color w:val="000000"/>
          <w:sz w:val="24"/>
          <w:lang w:val="ru-RU"/>
        </w:rPr>
        <w:t xml:space="preserve"> (татарские народные шутки), народные сказки. Литературные авторские произведения. Произведения классиков родной (татарской) литературы </w:t>
      </w:r>
      <w:r>
        <w:rPr>
          <w:rFonts w:ascii="Times New Roman" w:eastAsia="Times New Roman" w:hAnsi="Times New Roman"/>
          <w:color w:val="000000"/>
          <w:sz w:val="24"/>
        </w:rPr>
        <w:t>XIX</w:t>
      </w:r>
      <w:r w:rsidRPr="00C34EBD">
        <w:rPr>
          <w:rFonts w:ascii="Times New Roman" w:eastAsia="Times New Roman" w:hAnsi="Times New Roman"/>
          <w:color w:val="000000"/>
          <w:sz w:val="24"/>
          <w:lang w:val="ru-RU"/>
        </w:rPr>
        <w:t>–</w:t>
      </w:r>
      <w:r>
        <w:rPr>
          <w:rFonts w:ascii="Times New Roman" w:eastAsia="Times New Roman" w:hAnsi="Times New Roman"/>
          <w:color w:val="000000"/>
          <w:sz w:val="24"/>
        </w:rPr>
        <w:t>XX</w:t>
      </w:r>
      <w:r w:rsidRPr="00C34EBD">
        <w:rPr>
          <w:rFonts w:ascii="Times New Roman" w:eastAsia="Times New Roman" w:hAnsi="Times New Roman"/>
          <w:color w:val="000000"/>
          <w:sz w:val="24"/>
          <w:lang w:val="ru-RU"/>
        </w:rPr>
        <w:t xml:space="preserve"> вв. (стихотворения, рассказы). Произведения классиков родной (татарской) детской литературы (стихотворения, рассказы, сказки). Детские периодические издания (журналы). </w:t>
      </w:r>
      <w:r w:rsidRPr="00C34EBD">
        <w:rPr>
          <w:lang w:val="ru-RU"/>
        </w:rPr>
        <w:tab/>
      </w:r>
      <w:r w:rsidRPr="00C34EBD">
        <w:rPr>
          <w:rFonts w:ascii="Times New Roman" w:eastAsia="Times New Roman" w:hAnsi="Times New Roman"/>
          <w:b/>
          <w:color w:val="000000"/>
          <w:sz w:val="24"/>
          <w:lang w:val="ru-RU"/>
        </w:rPr>
        <w:t xml:space="preserve">Литературоведческая пропедевтика. </w:t>
      </w:r>
      <w:r w:rsidRPr="00C34EBD">
        <w:rPr>
          <w:rFonts w:ascii="Times New Roman" w:eastAsia="Times New Roman" w:hAnsi="Times New Roman"/>
          <w:color w:val="000000"/>
          <w:sz w:val="24"/>
          <w:lang w:val="ru-RU"/>
        </w:rPr>
        <w:t>Различение типов рифм, различение жанровых особенностей произведений народного творчества и авторской литературы, узнавание в текстах художественных приемов (сравнение, олицетворение и др.) и понимание причин их использования.</w:t>
      </w:r>
    </w:p>
    <w:p w14:paraId="711E6A15" w14:textId="77777777" w:rsidR="004856BE" w:rsidRPr="00C34EBD" w:rsidRDefault="004856BE">
      <w:pPr>
        <w:rPr>
          <w:lang w:val="ru-RU"/>
        </w:rPr>
        <w:sectPr w:rsidR="004856BE" w:rsidRPr="00C34EBD">
          <w:pgSz w:w="11900" w:h="16840"/>
          <w:pgMar w:top="298" w:right="686" w:bottom="428" w:left="666" w:header="720" w:footer="720" w:gutter="0"/>
          <w:cols w:space="720" w:equalWidth="0">
            <w:col w:w="10548" w:space="0"/>
          </w:cols>
          <w:docGrid w:linePitch="360"/>
        </w:sectPr>
      </w:pPr>
    </w:p>
    <w:p w14:paraId="36D8A702" w14:textId="77777777" w:rsidR="004856BE" w:rsidRPr="00C34EBD" w:rsidRDefault="004856BE">
      <w:pPr>
        <w:autoSpaceDE w:val="0"/>
        <w:autoSpaceDN w:val="0"/>
        <w:spacing w:after="78" w:line="220" w:lineRule="exact"/>
        <w:rPr>
          <w:lang w:val="ru-RU"/>
        </w:rPr>
      </w:pPr>
    </w:p>
    <w:p w14:paraId="308BC979" w14:textId="77777777" w:rsidR="004856BE" w:rsidRPr="00C34EBD" w:rsidRDefault="00750296">
      <w:pPr>
        <w:autoSpaceDE w:val="0"/>
        <w:autoSpaceDN w:val="0"/>
        <w:spacing w:after="0" w:line="281" w:lineRule="auto"/>
        <w:ind w:right="432" w:firstLine="180"/>
        <w:rPr>
          <w:lang w:val="ru-RU"/>
        </w:rPr>
      </w:pPr>
      <w:r w:rsidRPr="00C34EBD">
        <w:rPr>
          <w:rFonts w:ascii="Times New Roman" w:eastAsia="Times New Roman" w:hAnsi="Times New Roman"/>
          <w:color w:val="000000"/>
          <w:sz w:val="24"/>
          <w:lang w:val="ru-RU"/>
        </w:rPr>
        <w:t>Систематизация знаний обучающихся о малых фольклорных жанрах татарского народного творчества и усвоение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(сказки, малые фольклорные формы: загадки, считалки, пословицы и т. д.). Авторская литература: жанры рассказа и литературной сказки, поэзия.</w:t>
      </w:r>
    </w:p>
    <w:p w14:paraId="7DBD0750" w14:textId="77777777" w:rsidR="004856BE" w:rsidRPr="00C34EBD" w:rsidRDefault="00750296">
      <w:pPr>
        <w:autoSpaceDE w:val="0"/>
        <w:autoSpaceDN w:val="0"/>
        <w:spacing w:before="70" w:after="0" w:line="271" w:lineRule="auto"/>
        <w:rPr>
          <w:lang w:val="ru-RU"/>
        </w:rPr>
      </w:pPr>
      <w:r w:rsidRPr="00C34EBD">
        <w:rPr>
          <w:rFonts w:ascii="Times New Roman" w:eastAsia="Times New Roman" w:hAnsi="Times New Roman"/>
          <w:color w:val="000000"/>
          <w:sz w:val="24"/>
          <w:lang w:val="ru-RU"/>
        </w:rPr>
        <w:t>Особенности стихотворного текста (ритм, рифма). Освоение понятий «тема» и «основная мысль». Практическое различение произведений разного жанрового характера (без освоения понятия «жанр»). Представление о герое произведения, об авторе-рассказчике.</w:t>
      </w:r>
    </w:p>
    <w:p w14:paraId="57CE7887" w14:textId="77777777" w:rsidR="004856BE" w:rsidRPr="00C34EBD" w:rsidRDefault="00750296">
      <w:pPr>
        <w:tabs>
          <w:tab w:val="left" w:pos="180"/>
        </w:tabs>
        <w:autoSpaceDE w:val="0"/>
        <w:autoSpaceDN w:val="0"/>
        <w:spacing w:before="70" w:after="0" w:line="262" w:lineRule="auto"/>
        <w:rPr>
          <w:lang w:val="ru-RU"/>
        </w:rPr>
      </w:pPr>
      <w:r w:rsidRPr="00C34EBD">
        <w:rPr>
          <w:lang w:val="ru-RU"/>
        </w:rPr>
        <w:tab/>
      </w:r>
      <w:r w:rsidRPr="00C34EBD">
        <w:rPr>
          <w:rFonts w:ascii="Times New Roman" w:eastAsia="Times New Roman" w:hAnsi="Times New Roman"/>
          <w:color w:val="000000"/>
          <w:sz w:val="24"/>
          <w:lang w:val="ru-RU"/>
        </w:rPr>
        <w:t xml:space="preserve">Определение принадлежности текста к фольклорному миру или кругу авторских произведений. Понимание жанровых особенностей текста (сказка, рассказ, стихотворение, пословица, </w:t>
      </w:r>
      <w:proofErr w:type="spellStart"/>
      <w:r w:rsidRPr="00C34EBD">
        <w:rPr>
          <w:rFonts w:ascii="Times New Roman" w:eastAsia="Times New Roman" w:hAnsi="Times New Roman"/>
          <w:color w:val="000000"/>
          <w:sz w:val="24"/>
          <w:lang w:val="ru-RU"/>
        </w:rPr>
        <w:t>загадкаи</w:t>
      </w:r>
      <w:proofErr w:type="spellEnd"/>
      <w:r w:rsidRPr="00C34EBD">
        <w:rPr>
          <w:rFonts w:ascii="Times New Roman" w:eastAsia="Times New Roman" w:hAnsi="Times New Roman"/>
          <w:color w:val="000000"/>
          <w:sz w:val="24"/>
          <w:lang w:val="ru-RU"/>
        </w:rPr>
        <w:t xml:space="preserve"> т. д.).</w:t>
      </w:r>
    </w:p>
    <w:p w14:paraId="26F2C59C" w14:textId="77777777" w:rsidR="004856BE" w:rsidRPr="00C34EBD" w:rsidRDefault="00750296">
      <w:pPr>
        <w:autoSpaceDE w:val="0"/>
        <w:autoSpaceDN w:val="0"/>
        <w:spacing w:before="72" w:after="0"/>
        <w:ind w:right="288"/>
        <w:rPr>
          <w:lang w:val="ru-RU"/>
        </w:rPr>
      </w:pPr>
      <w:r w:rsidRPr="00C34EBD">
        <w:rPr>
          <w:rFonts w:ascii="Times New Roman" w:eastAsia="Times New Roman" w:hAnsi="Times New Roman"/>
          <w:color w:val="000000"/>
          <w:sz w:val="24"/>
          <w:lang w:val="ru-RU"/>
        </w:rPr>
        <w:t xml:space="preserve">Понимание разницы между художественным и научно-познавательными текстами. Понимание отличий прозаического и стихотворного текстов. Умение реконструировать (с помощью учителя) позицию автора в любом авторском тексте, а также понимать переживания героя (или лирического </w:t>
      </w:r>
      <w:proofErr w:type="spellStart"/>
      <w:r w:rsidRPr="00C34EBD">
        <w:rPr>
          <w:rFonts w:ascii="Times New Roman" w:eastAsia="Times New Roman" w:hAnsi="Times New Roman"/>
          <w:color w:val="000000"/>
          <w:sz w:val="24"/>
          <w:lang w:val="ru-RU"/>
        </w:rPr>
        <w:t>герояв</w:t>
      </w:r>
      <w:proofErr w:type="spellEnd"/>
      <w:r w:rsidRPr="00C34EBD">
        <w:rPr>
          <w:rFonts w:ascii="Times New Roman" w:eastAsia="Times New Roman" w:hAnsi="Times New Roman"/>
          <w:color w:val="000000"/>
          <w:sz w:val="24"/>
          <w:lang w:val="ru-RU"/>
        </w:rPr>
        <w:t xml:space="preserve"> лирическом стихотворении).</w:t>
      </w:r>
    </w:p>
    <w:p w14:paraId="4A93C118" w14:textId="77777777" w:rsidR="004856BE" w:rsidRPr="00C34EBD" w:rsidRDefault="00750296">
      <w:pPr>
        <w:autoSpaceDE w:val="0"/>
        <w:autoSpaceDN w:val="0"/>
        <w:spacing w:before="70" w:after="0" w:line="286" w:lineRule="auto"/>
        <w:ind w:firstLine="180"/>
        <w:rPr>
          <w:lang w:val="ru-RU"/>
        </w:rPr>
      </w:pPr>
      <w:r w:rsidRPr="00C34EBD">
        <w:rPr>
          <w:rFonts w:ascii="Times New Roman" w:eastAsia="Times New Roman" w:hAnsi="Times New Roman"/>
          <w:b/>
          <w:color w:val="000000"/>
          <w:sz w:val="24"/>
          <w:lang w:val="ru-RU"/>
        </w:rPr>
        <w:t xml:space="preserve">Творческая деятельность обучающихся. </w:t>
      </w:r>
      <w:r w:rsidRPr="00C34EBD">
        <w:rPr>
          <w:rFonts w:ascii="Times New Roman" w:eastAsia="Times New Roman" w:hAnsi="Times New Roman"/>
          <w:color w:val="000000"/>
          <w:sz w:val="24"/>
          <w:lang w:val="ru-RU"/>
        </w:rPr>
        <w:t xml:space="preserve">Чтение художественного произведения (или его фрагментов) по ролям.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анализировать иллюстрации в учебнике, сравнивать их с </w:t>
      </w:r>
      <w:r w:rsidRPr="00C34EBD">
        <w:rPr>
          <w:lang w:val="ru-RU"/>
        </w:rPr>
        <w:br/>
      </w:r>
      <w:r w:rsidRPr="00C34EBD">
        <w:rPr>
          <w:rFonts w:ascii="Times New Roman" w:eastAsia="Times New Roman" w:hAnsi="Times New Roman"/>
          <w:color w:val="000000"/>
          <w:sz w:val="24"/>
          <w:lang w:val="ru-RU"/>
        </w:rPr>
        <w:t xml:space="preserve">художественными текстами. Практическое освоение малых фольклорных жанров (загадки, считалки, </w:t>
      </w:r>
      <w:proofErr w:type="spellStart"/>
      <w:r w:rsidRPr="00C34EBD">
        <w:rPr>
          <w:rFonts w:ascii="Times New Roman" w:eastAsia="Times New Roman" w:hAnsi="Times New Roman"/>
          <w:color w:val="000000"/>
          <w:sz w:val="24"/>
          <w:lang w:val="ru-RU"/>
        </w:rPr>
        <w:t>заклички</w:t>
      </w:r>
      <w:proofErr w:type="spellEnd"/>
      <w:r w:rsidRPr="00C34EBD">
        <w:rPr>
          <w:rFonts w:ascii="Times New Roman" w:eastAsia="Times New Roman" w:hAnsi="Times New Roman"/>
          <w:color w:val="000000"/>
          <w:sz w:val="24"/>
          <w:lang w:val="ru-RU"/>
        </w:rPr>
        <w:t xml:space="preserve">, пословицы и поговорки, </w:t>
      </w:r>
      <w:proofErr w:type="spellStart"/>
      <w:r w:rsidRPr="00C34EBD">
        <w:rPr>
          <w:rFonts w:ascii="Times New Roman" w:eastAsia="Times New Roman" w:hAnsi="Times New Roman"/>
          <w:color w:val="000000"/>
          <w:sz w:val="24"/>
          <w:lang w:val="ru-RU"/>
        </w:rPr>
        <w:t>мэзэки</w:t>
      </w:r>
      <w:proofErr w:type="spellEnd"/>
      <w:r w:rsidRPr="00C34EBD">
        <w:rPr>
          <w:rFonts w:ascii="Times New Roman" w:eastAsia="Times New Roman" w:hAnsi="Times New Roman"/>
          <w:color w:val="000000"/>
          <w:sz w:val="24"/>
          <w:lang w:val="ru-RU"/>
        </w:rPr>
        <w:t>), сочинение собственных текстов и их инсценировка с помощью выразительных средств (мимики, жестов, интонации). Способность устно и письменно (в виде высказываний и небольших сочинений) делиться личными наблюдениями и впечатлениями.</w:t>
      </w:r>
    </w:p>
    <w:p w14:paraId="2163A43D" w14:textId="77777777" w:rsidR="004856BE" w:rsidRPr="00C34EBD" w:rsidRDefault="004856BE">
      <w:pPr>
        <w:rPr>
          <w:lang w:val="ru-RU"/>
        </w:rPr>
        <w:sectPr w:rsidR="004856BE" w:rsidRPr="00C34EBD">
          <w:pgSz w:w="11900" w:h="16840"/>
          <w:pgMar w:top="298" w:right="690" w:bottom="1440" w:left="666" w:header="720" w:footer="720" w:gutter="0"/>
          <w:cols w:space="720" w:equalWidth="0">
            <w:col w:w="10544" w:space="0"/>
          </w:cols>
          <w:docGrid w:linePitch="360"/>
        </w:sectPr>
      </w:pPr>
    </w:p>
    <w:p w14:paraId="06A08EEE" w14:textId="77777777" w:rsidR="004856BE" w:rsidRPr="00C34EBD" w:rsidRDefault="004856BE" w:rsidP="00CF4DA6">
      <w:pPr>
        <w:autoSpaceDE w:val="0"/>
        <w:autoSpaceDN w:val="0"/>
        <w:spacing w:after="78" w:line="220" w:lineRule="exact"/>
        <w:jc w:val="center"/>
        <w:rPr>
          <w:lang w:val="ru-RU"/>
        </w:rPr>
      </w:pPr>
    </w:p>
    <w:p w14:paraId="589800F9" w14:textId="77777777" w:rsidR="004856BE" w:rsidRPr="00C34EBD" w:rsidRDefault="00750296" w:rsidP="00CF4DA6">
      <w:pPr>
        <w:autoSpaceDE w:val="0"/>
        <w:autoSpaceDN w:val="0"/>
        <w:spacing w:after="0" w:line="230" w:lineRule="auto"/>
        <w:jc w:val="center"/>
        <w:rPr>
          <w:lang w:val="ru-RU"/>
        </w:rPr>
      </w:pPr>
      <w:r w:rsidRPr="00C34EBD">
        <w:rPr>
          <w:rFonts w:ascii="Times New Roman" w:eastAsia="Times New Roman" w:hAnsi="Times New Roman"/>
          <w:b/>
          <w:color w:val="000000"/>
          <w:sz w:val="24"/>
          <w:lang w:val="ru-RU"/>
        </w:rPr>
        <w:t>ПЛАНИРУЕМЫЕ ОБРАЗОВАТЕЛЬНЫЕ РЕЗУЛЬТАТЫ</w:t>
      </w:r>
    </w:p>
    <w:p w14:paraId="5A6A395B" w14:textId="77777777" w:rsidR="004856BE" w:rsidRPr="00C34EBD" w:rsidRDefault="00750296" w:rsidP="00CF4DA6">
      <w:pPr>
        <w:autoSpaceDE w:val="0"/>
        <w:autoSpaceDN w:val="0"/>
        <w:spacing w:before="346" w:after="0" w:line="230" w:lineRule="auto"/>
        <w:jc w:val="center"/>
        <w:rPr>
          <w:lang w:val="ru-RU"/>
        </w:rPr>
      </w:pPr>
      <w:r w:rsidRPr="00C34EBD">
        <w:rPr>
          <w:rFonts w:ascii="Times New Roman" w:eastAsia="Times New Roman" w:hAnsi="Times New Roman"/>
          <w:b/>
          <w:color w:val="000000"/>
          <w:sz w:val="24"/>
          <w:lang w:val="ru-RU"/>
        </w:rPr>
        <w:t>ЛИЧНОСТНЫЕ РЕЗУЛЬТАТЫ</w:t>
      </w:r>
    </w:p>
    <w:p w14:paraId="38273D4A" w14:textId="77777777" w:rsidR="004856BE" w:rsidRPr="00C34EBD" w:rsidRDefault="00750296">
      <w:pPr>
        <w:tabs>
          <w:tab w:val="left" w:pos="180"/>
        </w:tabs>
        <w:autoSpaceDE w:val="0"/>
        <w:autoSpaceDN w:val="0"/>
        <w:spacing w:before="166" w:after="0" w:line="290" w:lineRule="auto"/>
        <w:rPr>
          <w:lang w:val="ru-RU"/>
        </w:rPr>
      </w:pPr>
      <w:r w:rsidRPr="00C34EBD">
        <w:rPr>
          <w:lang w:val="ru-RU"/>
        </w:rPr>
        <w:tab/>
      </w:r>
      <w:r w:rsidRPr="00C34EBD">
        <w:rPr>
          <w:rFonts w:ascii="Times New Roman" w:eastAsia="Times New Roman" w:hAnsi="Times New Roman"/>
          <w:color w:val="000000"/>
          <w:sz w:val="24"/>
          <w:lang w:val="ru-RU"/>
        </w:rPr>
        <w:t xml:space="preserve">В результате изучения предмета «Литературное чтения на родном (татарском) языке» у </w:t>
      </w:r>
      <w:r w:rsidRPr="00C34EBD">
        <w:rPr>
          <w:lang w:val="ru-RU"/>
        </w:rPr>
        <w:br/>
      </w:r>
      <w:r w:rsidRPr="00C34EBD">
        <w:rPr>
          <w:rFonts w:ascii="Times New Roman" w:eastAsia="Times New Roman" w:hAnsi="Times New Roman"/>
          <w:color w:val="000000"/>
          <w:sz w:val="24"/>
          <w:lang w:val="ru-RU"/>
        </w:rPr>
        <w:t xml:space="preserve">обучающегося будут сформированы следующие личностные результаты: </w:t>
      </w:r>
      <w:r w:rsidRPr="00C34EBD">
        <w:rPr>
          <w:lang w:val="ru-RU"/>
        </w:rPr>
        <w:br/>
      </w:r>
      <w:r w:rsidRPr="00C34EBD">
        <w:rPr>
          <w:lang w:val="ru-RU"/>
        </w:rPr>
        <w:tab/>
      </w:r>
      <w:r w:rsidRPr="00C34EBD">
        <w:rPr>
          <w:rFonts w:ascii="Times New Roman" w:eastAsia="Times New Roman" w:hAnsi="Times New Roman"/>
          <w:b/>
          <w:i/>
          <w:color w:val="000000"/>
          <w:sz w:val="24"/>
          <w:lang w:val="ru-RU"/>
        </w:rPr>
        <w:t>гражданско-патриотического воспитания:</w:t>
      </w:r>
      <w:r w:rsidRPr="00C34EBD">
        <w:rPr>
          <w:lang w:val="ru-RU"/>
        </w:rPr>
        <w:br/>
      </w:r>
      <w:r w:rsidRPr="00C34EBD">
        <w:rPr>
          <w:lang w:val="ru-RU"/>
        </w:rPr>
        <w:tab/>
      </w:r>
      <w:r w:rsidRPr="00C34EBD">
        <w:rPr>
          <w:rFonts w:ascii="Times New Roman" w:eastAsia="Times New Roman" w:hAnsi="Times New Roman"/>
          <w:color w:val="000000"/>
          <w:sz w:val="24"/>
          <w:lang w:val="ru-RU"/>
        </w:rPr>
        <w:t>— становление ценностного отношения к своей Родине — России;</w:t>
      </w:r>
      <w:r w:rsidRPr="00C34EBD">
        <w:rPr>
          <w:lang w:val="ru-RU"/>
        </w:rPr>
        <w:br/>
      </w:r>
      <w:r w:rsidRPr="00C34EBD">
        <w:rPr>
          <w:lang w:val="ru-RU"/>
        </w:rPr>
        <w:tab/>
      </w:r>
      <w:r w:rsidRPr="00C34EBD">
        <w:rPr>
          <w:rFonts w:ascii="Times New Roman" w:eastAsia="Times New Roman" w:hAnsi="Times New Roman"/>
          <w:color w:val="000000"/>
          <w:sz w:val="24"/>
          <w:lang w:val="ru-RU"/>
        </w:rPr>
        <w:t>— осознание своей этнокультурной и российской гражданской идентичности;</w:t>
      </w:r>
      <w:r w:rsidRPr="00C34EBD">
        <w:rPr>
          <w:lang w:val="ru-RU"/>
        </w:rPr>
        <w:br/>
      </w:r>
      <w:r w:rsidRPr="00C34EBD">
        <w:rPr>
          <w:lang w:val="ru-RU"/>
        </w:rPr>
        <w:tab/>
      </w:r>
      <w:r w:rsidRPr="00C34EBD">
        <w:rPr>
          <w:rFonts w:ascii="Times New Roman" w:eastAsia="Times New Roman" w:hAnsi="Times New Roman"/>
          <w:color w:val="000000"/>
          <w:sz w:val="24"/>
          <w:lang w:val="ru-RU"/>
        </w:rPr>
        <w:t>— сопричастность к прошлому, настоящему и будущему своей страны и родного края;</w:t>
      </w:r>
      <w:r w:rsidRPr="00C34EBD">
        <w:rPr>
          <w:lang w:val="ru-RU"/>
        </w:rPr>
        <w:br/>
      </w:r>
      <w:r w:rsidRPr="00C34EBD">
        <w:rPr>
          <w:lang w:val="ru-RU"/>
        </w:rPr>
        <w:tab/>
      </w:r>
      <w:r w:rsidRPr="00C34EBD">
        <w:rPr>
          <w:rFonts w:ascii="Times New Roman" w:eastAsia="Times New Roman" w:hAnsi="Times New Roman"/>
          <w:color w:val="000000"/>
          <w:sz w:val="24"/>
          <w:lang w:val="ru-RU"/>
        </w:rPr>
        <w:t>— уважение к своему и другим народам;</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 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w:t>
      </w:r>
      <w:r w:rsidRPr="00C34EBD">
        <w:rPr>
          <w:lang w:val="ru-RU"/>
        </w:rPr>
        <w:br/>
      </w:r>
      <w:r w:rsidRPr="00C34EBD">
        <w:rPr>
          <w:rFonts w:ascii="Times New Roman" w:eastAsia="Times New Roman" w:hAnsi="Times New Roman"/>
          <w:color w:val="000000"/>
          <w:sz w:val="24"/>
          <w:lang w:val="ru-RU"/>
        </w:rPr>
        <w:t xml:space="preserve">межличностных отношений; </w:t>
      </w:r>
      <w:r w:rsidRPr="00C34EBD">
        <w:rPr>
          <w:lang w:val="ru-RU"/>
        </w:rPr>
        <w:br/>
      </w:r>
      <w:r w:rsidRPr="00C34EBD">
        <w:rPr>
          <w:lang w:val="ru-RU"/>
        </w:rPr>
        <w:tab/>
      </w:r>
      <w:r w:rsidRPr="00C34EBD">
        <w:rPr>
          <w:rFonts w:ascii="Times New Roman" w:eastAsia="Times New Roman" w:hAnsi="Times New Roman"/>
          <w:b/>
          <w:i/>
          <w:color w:val="000000"/>
          <w:sz w:val="24"/>
          <w:lang w:val="ru-RU"/>
        </w:rPr>
        <w:t>духовно-нравственного воспитания:</w:t>
      </w:r>
      <w:r w:rsidRPr="00C34EBD">
        <w:rPr>
          <w:lang w:val="ru-RU"/>
        </w:rPr>
        <w:br/>
      </w:r>
      <w:r w:rsidRPr="00C34EBD">
        <w:rPr>
          <w:lang w:val="ru-RU"/>
        </w:rPr>
        <w:tab/>
      </w:r>
      <w:r w:rsidRPr="00C34EBD">
        <w:rPr>
          <w:rFonts w:ascii="Times New Roman" w:eastAsia="Times New Roman" w:hAnsi="Times New Roman"/>
          <w:color w:val="000000"/>
          <w:sz w:val="24"/>
          <w:lang w:val="ru-RU"/>
        </w:rPr>
        <w:t>— признание индивидуальности каждого человека;</w:t>
      </w:r>
      <w:r w:rsidRPr="00C34EBD">
        <w:rPr>
          <w:lang w:val="ru-RU"/>
        </w:rPr>
        <w:br/>
      </w:r>
      <w:r w:rsidRPr="00C34EBD">
        <w:rPr>
          <w:lang w:val="ru-RU"/>
        </w:rPr>
        <w:tab/>
      </w:r>
      <w:r w:rsidRPr="00C34EBD">
        <w:rPr>
          <w:rFonts w:ascii="Times New Roman" w:eastAsia="Times New Roman" w:hAnsi="Times New Roman"/>
          <w:color w:val="000000"/>
          <w:sz w:val="24"/>
          <w:lang w:val="ru-RU"/>
        </w:rPr>
        <w:t>— проявление сопереживания, уважения и доброжелательности;</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 неприятие любых форм поведения, направленных на причинение физического и морального вреда другим людям; </w:t>
      </w:r>
      <w:r w:rsidRPr="00C34EBD">
        <w:rPr>
          <w:lang w:val="ru-RU"/>
        </w:rPr>
        <w:br/>
      </w:r>
      <w:r w:rsidRPr="00C34EBD">
        <w:rPr>
          <w:lang w:val="ru-RU"/>
        </w:rPr>
        <w:tab/>
      </w:r>
      <w:r w:rsidRPr="00C34EBD">
        <w:rPr>
          <w:rFonts w:ascii="Times New Roman" w:eastAsia="Times New Roman" w:hAnsi="Times New Roman"/>
          <w:b/>
          <w:i/>
          <w:color w:val="000000"/>
          <w:sz w:val="24"/>
          <w:lang w:val="ru-RU"/>
        </w:rPr>
        <w:t>эстетического воспитания:</w:t>
      </w:r>
      <w:r w:rsidRPr="00C34EBD">
        <w:rPr>
          <w:lang w:val="ru-RU"/>
        </w:rPr>
        <w:br/>
      </w:r>
      <w:r w:rsidRPr="00C34EBD">
        <w:rPr>
          <w:lang w:val="ru-RU"/>
        </w:rPr>
        <w:tab/>
      </w:r>
      <w:r w:rsidRPr="00C34EBD">
        <w:rPr>
          <w:rFonts w:ascii="Times New Roman" w:eastAsia="Times New Roman" w:hAnsi="Times New Roman"/>
          <w:color w:val="000000"/>
          <w:sz w:val="24"/>
          <w:lang w:val="ru-RU"/>
        </w:rPr>
        <w:t>— 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 стремление к самовыражению в разных видах художественной деятельности; </w:t>
      </w:r>
      <w:r w:rsidRPr="00C34EBD">
        <w:rPr>
          <w:lang w:val="ru-RU"/>
        </w:rPr>
        <w:br/>
      </w:r>
      <w:r w:rsidRPr="00C34EBD">
        <w:rPr>
          <w:lang w:val="ru-RU"/>
        </w:rPr>
        <w:tab/>
      </w:r>
      <w:r w:rsidRPr="00C34EBD">
        <w:rPr>
          <w:rFonts w:ascii="Times New Roman" w:eastAsia="Times New Roman" w:hAnsi="Times New Roman"/>
          <w:b/>
          <w:i/>
          <w:color w:val="000000"/>
          <w:sz w:val="24"/>
          <w:lang w:val="ru-RU"/>
        </w:rPr>
        <w:t>физического воспитания, формирования культуры здоровья и эмоционального благополучия:</w:t>
      </w:r>
      <w:r w:rsidRPr="00C34EBD">
        <w:rPr>
          <w:lang w:val="ru-RU"/>
        </w:rPr>
        <w:tab/>
      </w:r>
      <w:r w:rsidRPr="00C34EBD">
        <w:rPr>
          <w:rFonts w:ascii="Times New Roman" w:eastAsia="Times New Roman" w:hAnsi="Times New Roman"/>
          <w:color w:val="000000"/>
          <w:sz w:val="24"/>
          <w:lang w:val="ru-RU"/>
        </w:rPr>
        <w:t xml:space="preserve">— соблюдение правил здорового и безопасного (для себя и других людей) образа жизни в </w:t>
      </w:r>
      <w:r w:rsidRPr="00C34EBD">
        <w:rPr>
          <w:lang w:val="ru-RU"/>
        </w:rPr>
        <w:br/>
      </w:r>
      <w:r w:rsidRPr="00C34EBD">
        <w:rPr>
          <w:rFonts w:ascii="Times New Roman" w:eastAsia="Times New Roman" w:hAnsi="Times New Roman"/>
          <w:color w:val="000000"/>
          <w:sz w:val="24"/>
          <w:lang w:val="ru-RU"/>
        </w:rPr>
        <w:t>окружающей среде (в том числе информационной);</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 бережное отношение к физическому и психическому здоровью; </w:t>
      </w:r>
      <w:r w:rsidRPr="00C34EBD">
        <w:rPr>
          <w:lang w:val="ru-RU"/>
        </w:rPr>
        <w:br/>
      </w:r>
      <w:r w:rsidRPr="00C34EBD">
        <w:rPr>
          <w:lang w:val="ru-RU"/>
        </w:rPr>
        <w:tab/>
      </w:r>
      <w:r w:rsidRPr="00C34EBD">
        <w:rPr>
          <w:rFonts w:ascii="Times New Roman" w:eastAsia="Times New Roman" w:hAnsi="Times New Roman"/>
          <w:b/>
          <w:i/>
          <w:color w:val="000000"/>
          <w:sz w:val="24"/>
          <w:lang w:val="ru-RU"/>
        </w:rPr>
        <w:t>трудового воспитания:</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 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w:t>
      </w:r>
      <w:r w:rsidRPr="00C34EBD">
        <w:rPr>
          <w:lang w:val="ru-RU"/>
        </w:rPr>
        <w:br/>
      </w:r>
      <w:r w:rsidRPr="00C34EBD">
        <w:rPr>
          <w:lang w:val="ru-RU"/>
        </w:rPr>
        <w:tab/>
      </w:r>
      <w:r w:rsidRPr="00C34EBD">
        <w:rPr>
          <w:rFonts w:ascii="Times New Roman" w:eastAsia="Times New Roman" w:hAnsi="Times New Roman"/>
          <w:b/>
          <w:i/>
          <w:color w:val="000000"/>
          <w:sz w:val="24"/>
          <w:lang w:val="ru-RU"/>
        </w:rPr>
        <w:t>экологического воспитания:</w:t>
      </w:r>
      <w:r w:rsidRPr="00C34EBD">
        <w:rPr>
          <w:lang w:val="ru-RU"/>
        </w:rPr>
        <w:br/>
      </w:r>
      <w:r w:rsidRPr="00C34EBD">
        <w:rPr>
          <w:lang w:val="ru-RU"/>
        </w:rPr>
        <w:tab/>
      </w:r>
      <w:r w:rsidRPr="00C34EBD">
        <w:rPr>
          <w:rFonts w:ascii="Times New Roman" w:eastAsia="Times New Roman" w:hAnsi="Times New Roman"/>
          <w:color w:val="000000"/>
          <w:sz w:val="24"/>
          <w:lang w:val="ru-RU"/>
        </w:rPr>
        <w:t>— бережное отношение к природе;</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 неприятие действий, приносящих ей вред; </w:t>
      </w:r>
      <w:r w:rsidRPr="00C34EBD">
        <w:rPr>
          <w:lang w:val="ru-RU"/>
        </w:rPr>
        <w:br/>
      </w:r>
      <w:r w:rsidRPr="00C34EBD">
        <w:rPr>
          <w:lang w:val="ru-RU"/>
        </w:rPr>
        <w:tab/>
      </w:r>
      <w:r w:rsidRPr="00C34EBD">
        <w:rPr>
          <w:rFonts w:ascii="Times New Roman" w:eastAsia="Times New Roman" w:hAnsi="Times New Roman"/>
          <w:b/>
          <w:i/>
          <w:color w:val="000000"/>
          <w:sz w:val="24"/>
          <w:lang w:val="ru-RU"/>
        </w:rPr>
        <w:t>ценности научного познания:</w:t>
      </w:r>
      <w:r w:rsidRPr="00C34EBD">
        <w:rPr>
          <w:lang w:val="ru-RU"/>
        </w:rPr>
        <w:br/>
      </w:r>
      <w:r w:rsidRPr="00C34EBD">
        <w:rPr>
          <w:lang w:val="ru-RU"/>
        </w:rPr>
        <w:tab/>
      </w:r>
      <w:r w:rsidRPr="00C34EBD">
        <w:rPr>
          <w:rFonts w:ascii="Times New Roman" w:eastAsia="Times New Roman" w:hAnsi="Times New Roman"/>
          <w:color w:val="000000"/>
          <w:sz w:val="24"/>
          <w:lang w:val="ru-RU"/>
        </w:rPr>
        <w:t>— первоначальные представления о научной картине мира;</w:t>
      </w:r>
      <w:r w:rsidRPr="00C34EBD">
        <w:rPr>
          <w:lang w:val="ru-RU"/>
        </w:rPr>
        <w:br/>
      </w:r>
      <w:r w:rsidRPr="00C34EBD">
        <w:rPr>
          <w:lang w:val="ru-RU"/>
        </w:rPr>
        <w:tab/>
      </w:r>
      <w:r w:rsidRPr="00C34EBD">
        <w:rPr>
          <w:rFonts w:ascii="Times New Roman" w:eastAsia="Times New Roman" w:hAnsi="Times New Roman"/>
          <w:color w:val="000000"/>
          <w:sz w:val="24"/>
          <w:lang w:val="ru-RU"/>
        </w:rPr>
        <w:t>— познавательные интересы, активность, инициативность, любознательность и самостоятельность в познании.</w:t>
      </w:r>
    </w:p>
    <w:p w14:paraId="54670291" w14:textId="77777777" w:rsidR="004856BE" w:rsidRPr="00C34EBD" w:rsidRDefault="00750296" w:rsidP="00CF4DA6">
      <w:pPr>
        <w:autoSpaceDE w:val="0"/>
        <w:autoSpaceDN w:val="0"/>
        <w:spacing w:before="262" w:after="0" w:line="230" w:lineRule="auto"/>
        <w:jc w:val="center"/>
        <w:rPr>
          <w:lang w:val="ru-RU"/>
        </w:rPr>
      </w:pPr>
      <w:r w:rsidRPr="00C34EBD">
        <w:rPr>
          <w:rFonts w:ascii="Times New Roman" w:eastAsia="Times New Roman" w:hAnsi="Times New Roman"/>
          <w:b/>
          <w:color w:val="000000"/>
          <w:sz w:val="24"/>
          <w:lang w:val="ru-RU"/>
        </w:rPr>
        <w:t>МЕТАПРЕДМЕТНЫЕ РЕЗУЛЬТАТЫ</w:t>
      </w:r>
    </w:p>
    <w:p w14:paraId="0EDA67D8" w14:textId="77777777" w:rsidR="004856BE" w:rsidRPr="00C34EBD" w:rsidRDefault="00750296">
      <w:pPr>
        <w:tabs>
          <w:tab w:val="left" w:pos="180"/>
        </w:tabs>
        <w:autoSpaceDE w:val="0"/>
        <w:autoSpaceDN w:val="0"/>
        <w:spacing w:before="166" w:after="0" w:line="283" w:lineRule="auto"/>
        <w:ind w:right="144"/>
        <w:rPr>
          <w:lang w:val="ru-RU"/>
        </w:rPr>
      </w:pPr>
      <w:r w:rsidRPr="00C34EBD">
        <w:rPr>
          <w:lang w:val="ru-RU"/>
        </w:rPr>
        <w:tab/>
      </w:r>
      <w:r w:rsidRPr="00C34EBD">
        <w:rPr>
          <w:rFonts w:ascii="Times New Roman" w:eastAsia="Times New Roman" w:hAnsi="Times New Roman"/>
          <w:color w:val="000000"/>
          <w:sz w:val="24"/>
          <w:lang w:val="ru-RU"/>
        </w:rPr>
        <w:t xml:space="preserve">В результате изучения предмета «Литературное чтение на родном (татарском) языке» в 1-4 классах обучающийся овладеет универсальными учебными </w:t>
      </w:r>
      <w:r w:rsidRPr="00C34EBD">
        <w:rPr>
          <w:rFonts w:ascii="Times New Roman" w:eastAsia="Times New Roman" w:hAnsi="Times New Roman"/>
          <w:b/>
          <w:color w:val="000000"/>
          <w:sz w:val="24"/>
          <w:lang w:val="ru-RU"/>
        </w:rPr>
        <w:t>познавательными</w:t>
      </w:r>
      <w:r w:rsidRPr="00C34EBD">
        <w:rPr>
          <w:rFonts w:ascii="Times New Roman" w:eastAsia="Times New Roman" w:hAnsi="Times New Roman"/>
          <w:color w:val="000000"/>
          <w:sz w:val="24"/>
          <w:lang w:val="ru-RU"/>
        </w:rPr>
        <w:t xml:space="preserve"> действиями: </w:t>
      </w:r>
      <w:r w:rsidRPr="00C34EBD">
        <w:rPr>
          <w:lang w:val="ru-RU"/>
        </w:rPr>
        <w:br/>
      </w:r>
      <w:r w:rsidRPr="00C34EBD">
        <w:rPr>
          <w:lang w:val="ru-RU"/>
        </w:rPr>
        <w:tab/>
      </w:r>
      <w:r w:rsidRPr="00C34EBD">
        <w:rPr>
          <w:rFonts w:ascii="Times New Roman" w:eastAsia="Times New Roman" w:hAnsi="Times New Roman"/>
          <w:b/>
          <w:i/>
          <w:color w:val="000000"/>
          <w:sz w:val="24"/>
          <w:lang w:val="ru-RU"/>
        </w:rPr>
        <w:t>базовые логические действия:</w:t>
      </w:r>
      <w:r w:rsidRPr="00C34EBD">
        <w:rPr>
          <w:lang w:val="ru-RU"/>
        </w:rPr>
        <w:br/>
      </w:r>
      <w:r w:rsidRPr="00C34EBD">
        <w:rPr>
          <w:lang w:val="ru-RU"/>
        </w:rPr>
        <w:tab/>
      </w:r>
      <w:r w:rsidRPr="00C34EBD">
        <w:rPr>
          <w:rFonts w:ascii="Times New Roman" w:eastAsia="Times New Roman" w:hAnsi="Times New Roman"/>
          <w:color w:val="000000"/>
          <w:sz w:val="24"/>
          <w:lang w:val="ru-RU"/>
        </w:rPr>
        <w:t>- сравнивать различные тексты, устанавливать основания для сравнения текстов, устанавливать аналогии текстов;</w:t>
      </w:r>
      <w:r w:rsidRPr="00C34EBD">
        <w:rPr>
          <w:lang w:val="ru-RU"/>
        </w:rPr>
        <w:br/>
      </w:r>
      <w:r w:rsidRPr="00C34EBD">
        <w:rPr>
          <w:lang w:val="ru-RU"/>
        </w:rPr>
        <w:tab/>
      </w:r>
      <w:r w:rsidRPr="00C34EBD">
        <w:rPr>
          <w:rFonts w:ascii="Times New Roman" w:eastAsia="Times New Roman" w:hAnsi="Times New Roman"/>
          <w:color w:val="000000"/>
          <w:sz w:val="24"/>
          <w:lang w:val="ru-RU"/>
        </w:rPr>
        <w:t>- объединять части объекта/объекты (тексты) по заданному признаку;</w:t>
      </w:r>
      <w:r w:rsidRPr="00C34EBD">
        <w:rPr>
          <w:lang w:val="ru-RU"/>
        </w:rPr>
        <w:br/>
      </w:r>
      <w:r w:rsidRPr="00C34EBD">
        <w:rPr>
          <w:lang w:val="ru-RU"/>
        </w:rPr>
        <w:tab/>
      </w:r>
      <w:r w:rsidRPr="00C34EBD">
        <w:rPr>
          <w:rFonts w:ascii="Times New Roman" w:eastAsia="Times New Roman" w:hAnsi="Times New Roman"/>
          <w:color w:val="000000"/>
          <w:sz w:val="24"/>
          <w:lang w:val="ru-RU"/>
        </w:rPr>
        <w:t>- определять существенный признак для классификации текстов, классифицировать предложенные</w:t>
      </w:r>
    </w:p>
    <w:p w14:paraId="6BCE83E9" w14:textId="77777777" w:rsidR="004856BE" w:rsidRPr="00C34EBD" w:rsidRDefault="004856BE">
      <w:pPr>
        <w:rPr>
          <w:lang w:val="ru-RU"/>
        </w:rPr>
        <w:sectPr w:rsidR="004856BE" w:rsidRPr="00C34EBD">
          <w:pgSz w:w="11900" w:h="16840"/>
          <w:pgMar w:top="298" w:right="650" w:bottom="432" w:left="666" w:header="720" w:footer="720" w:gutter="0"/>
          <w:cols w:space="720" w:equalWidth="0">
            <w:col w:w="10584" w:space="0"/>
          </w:cols>
          <w:docGrid w:linePitch="360"/>
        </w:sectPr>
      </w:pPr>
    </w:p>
    <w:p w14:paraId="6CA7758E" w14:textId="77777777" w:rsidR="004856BE" w:rsidRPr="00C34EBD" w:rsidRDefault="004856BE">
      <w:pPr>
        <w:autoSpaceDE w:val="0"/>
        <w:autoSpaceDN w:val="0"/>
        <w:spacing w:after="66" w:line="220" w:lineRule="exact"/>
        <w:rPr>
          <w:lang w:val="ru-RU"/>
        </w:rPr>
      </w:pPr>
    </w:p>
    <w:p w14:paraId="6F55C8C9" w14:textId="77777777" w:rsidR="004856BE" w:rsidRPr="00C34EBD" w:rsidRDefault="00750296">
      <w:pPr>
        <w:tabs>
          <w:tab w:val="left" w:pos="180"/>
        </w:tabs>
        <w:autoSpaceDE w:val="0"/>
        <w:autoSpaceDN w:val="0"/>
        <w:spacing w:after="0" w:line="290" w:lineRule="auto"/>
        <w:rPr>
          <w:lang w:val="ru-RU"/>
        </w:rPr>
      </w:pPr>
      <w:r w:rsidRPr="00C34EBD">
        <w:rPr>
          <w:rFonts w:ascii="Times New Roman" w:eastAsia="Times New Roman" w:hAnsi="Times New Roman"/>
          <w:color w:val="000000"/>
          <w:sz w:val="24"/>
          <w:lang w:val="ru-RU"/>
        </w:rPr>
        <w:t>тексты;</w:t>
      </w:r>
      <w:r w:rsidRPr="00C34EBD">
        <w:rPr>
          <w:lang w:val="ru-RU"/>
        </w:rPr>
        <w:br/>
      </w:r>
      <w:r w:rsidRPr="00C34EBD">
        <w:rPr>
          <w:lang w:val="ru-RU"/>
        </w:rPr>
        <w:tab/>
      </w:r>
      <w:r w:rsidRPr="00C34EBD">
        <w:rPr>
          <w:rFonts w:ascii="Times New Roman" w:eastAsia="Times New Roman" w:hAnsi="Times New Roman"/>
          <w:color w:val="000000"/>
          <w:sz w:val="24"/>
          <w:lang w:val="ru-RU"/>
        </w:rPr>
        <w:t>- находить закономерности и противоречия в текстовом материале на основе предложенного учителем алгоритма наблюдения;</w:t>
      </w:r>
      <w:r w:rsidRPr="00C34EBD">
        <w:rPr>
          <w:lang w:val="ru-RU"/>
        </w:rPr>
        <w:br/>
      </w:r>
      <w:r w:rsidRPr="00C34EBD">
        <w:rPr>
          <w:lang w:val="ru-RU"/>
        </w:rPr>
        <w:tab/>
      </w:r>
      <w:r w:rsidRPr="00C34EBD">
        <w:rPr>
          <w:rFonts w:ascii="Times New Roman" w:eastAsia="Times New Roman" w:hAnsi="Times New Roman"/>
          <w:color w:val="000000"/>
          <w:sz w:val="24"/>
          <w:lang w:val="ru-RU"/>
        </w:rPr>
        <w:t>- выявлять недостаток информации для решения учебной и практической задачи на основе предложенного алгоритма;</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 устанавливать причинно-следственные связи при анализе текста, делать выводы; </w:t>
      </w:r>
      <w:r w:rsidRPr="00C34EBD">
        <w:rPr>
          <w:lang w:val="ru-RU"/>
        </w:rPr>
        <w:br/>
      </w:r>
      <w:r w:rsidRPr="00C34EBD">
        <w:rPr>
          <w:lang w:val="ru-RU"/>
        </w:rPr>
        <w:tab/>
      </w:r>
      <w:r w:rsidRPr="00C34EBD">
        <w:rPr>
          <w:rFonts w:ascii="Times New Roman" w:eastAsia="Times New Roman" w:hAnsi="Times New Roman"/>
          <w:b/>
          <w:i/>
          <w:color w:val="000000"/>
          <w:sz w:val="24"/>
          <w:lang w:val="ru-RU"/>
        </w:rPr>
        <w:t>базовые исследовательские действия:</w:t>
      </w:r>
      <w:r w:rsidRPr="00C34EBD">
        <w:rPr>
          <w:lang w:val="ru-RU"/>
        </w:rPr>
        <w:br/>
      </w:r>
      <w:r w:rsidRPr="00C34EBD">
        <w:rPr>
          <w:lang w:val="ru-RU"/>
        </w:rPr>
        <w:tab/>
      </w:r>
      <w:r w:rsidRPr="00C34EBD">
        <w:rPr>
          <w:rFonts w:ascii="Times New Roman" w:eastAsia="Times New Roman" w:hAnsi="Times New Roman"/>
          <w:color w:val="000000"/>
          <w:sz w:val="24"/>
          <w:lang w:val="ru-RU"/>
        </w:rPr>
        <w:t>- с помощью учителя формулировать цель;</w:t>
      </w:r>
      <w:r w:rsidRPr="00C34EBD">
        <w:rPr>
          <w:lang w:val="ru-RU"/>
        </w:rPr>
        <w:br/>
      </w:r>
      <w:r w:rsidRPr="00C34EBD">
        <w:rPr>
          <w:lang w:val="ru-RU"/>
        </w:rPr>
        <w:tab/>
      </w:r>
      <w:r w:rsidRPr="00C34EBD">
        <w:rPr>
          <w:rFonts w:ascii="Times New Roman" w:eastAsia="Times New Roman" w:hAnsi="Times New Roman"/>
          <w:color w:val="000000"/>
          <w:sz w:val="24"/>
          <w:lang w:val="ru-RU"/>
        </w:rPr>
        <w:t>- сравнивать несколько вариантов решения задачи, выбирать наиболее подходящий (на основе предложенных критериев);</w:t>
      </w:r>
      <w:r w:rsidRPr="00C34EBD">
        <w:rPr>
          <w:lang w:val="ru-RU"/>
        </w:rPr>
        <w:br/>
      </w:r>
      <w:r w:rsidRPr="00C34EBD">
        <w:rPr>
          <w:lang w:val="ru-RU"/>
        </w:rPr>
        <w:tab/>
      </w:r>
      <w:r w:rsidRPr="00C34EBD">
        <w:rPr>
          <w:rFonts w:ascii="Times New Roman" w:eastAsia="Times New Roman" w:hAnsi="Times New Roman"/>
          <w:color w:val="000000"/>
          <w:sz w:val="24"/>
          <w:lang w:val="ru-RU"/>
        </w:rPr>
        <w:t>- выполнять по предложенному плану проектное задание;</w:t>
      </w:r>
      <w:r w:rsidRPr="00C34EBD">
        <w:rPr>
          <w:lang w:val="ru-RU"/>
        </w:rPr>
        <w:br/>
      </w:r>
      <w:r w:rsidRPr="00C34EBD">
        <w:rPr>
          <w:lang w:val="ru-RU"/>
        </w:rPr>
        <w:tab/>
      </w:r>
      <w:r w:rsidRPr="00C34EBD">
        <w:rPr>
          <w:rFonts w:ascii="Times New Roman" w:eastAsia="Times New Roman" w:hAnsi="Times New Roman"/>
          <w:color w:val="000000"/>
          <w:sz w:val="24"/>
          <w:lang w:val="ru-RU"/>
        </w:rPr>
        <w:t>- формулировать выводы и подкреплять их доказательствами на основе результатов проведенного анализа текста (классификации, сравнения, исследования);</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 прогнозировать возможное развитие процессов, событий и их последствия в аналогичных или сходных ситуациях; </w:t>
      </w:r>
      <w:r w:rsidRPr="00C34EBD">
        <w:rPr>
          <w:lang w:val="ru-RU"/>
        </w:rPr>
        <w:br/>
      </w:r>
      <w:r w:rsidRPr="00C34EBD">
        <w:rPr>
          <w:lang w:val="ru-RU"/>
        </w:rPr>
        <w:tab/>
      </w:r>
      <w:r w:rsidRPr="00C34EBD">
        <w:rPr>
          <w:rFonts w:ascii="Times New Roman" w:eastAsia="Times New Roman" w:hAnsi="Times New Roman"/>
          <w:b/>
          <w:i/>
          <w:color w:val="000000"/>
          <w:sz w:val="24"/>
          <w:lang w:val="ru-RU"/>
        </w:rPr>
        <w:t>работа с информацией:</w:t>
      </w:r>
      <w:r w:rsidRPr="00C34EBD">
        <w:rPr>
          <w:lang w:val="ru-RU"/>
        </w:rPr>
        <w:br/>
      </w:r>
      <w:r w:rsidRPr="00C34EBD">
        <w:rPr>
          <w:lang w:val="ru-RU"/>
        </w:rPr>
        <w:tab/>
      </w:r>
      <w:r w:rsidRPr="00C34EBD">
        <w:rPr>
          <w:rFonts w:ascii="Times New Roman" w:eastAsia="Times New Roman" w:hAnsi="Times New Roman"/>
          <w:color w:val="000000"/>
          <w:sz w:val="24"/>
          <w:lang w:val="ru-RU"/>
        </w:rPr>
        <w:t>- выбирать источник получения информации: словарь, справочник;</w:t>
      </w:r>
      <w:r w:rsidRPr="00C34EBD">
        <w:rPr>
          <w:lang w:val="ru-RU"/>
        </w:rPr>
        <w:br/>
      </w:r>
      <w:r w:rsidRPr="00C34EBD">
        <w:rPr>
          <w:lang w:val="ru-RU"/>
        </w:rPr>
        <w:tab/>
      </w:r>
      <w:r w:rsidRPr="00C34EBD">
        <w:rPr>
          <w:rFonts w:ascii="Times New Roman" w:eastAsia="Times New Roman" w:hAnsi="Times New Roman"/>
          <w:color w:val="000000"/>
          <w:sz w:val="24"/>
          <w:lang w:val="ru-RU"/>
        </w:rPr>
        <w:t>- согласно заданному алгоритму находить в предложенном источнике (словаре, справочнике) информацию, представленную в явном виде;</w:t>
      </w:r>
      <w:r w:rsidRPr="00C34EBD">
        <w:rPr>
          <w:lang w:val="ru-RU"/>
        </w:rPr>
        <w:br/>
      </w:r>
      <w:r w:rsidRPr="00C34EBD">
        <w:rPr>
          <w:lang w:val="ru-RU"/>
        </w:rPr>
        <w:tab/>
      </w:r>
      <w:r w:rsidRPr="00C34EBD">
        <w:rPr>
          <w:rFonts w:ascii="Times New Roman" w:eastAsia="Times New Roman" w:hAnsi="Times New Roman"/>
          <w:color w:val="000000"/>
          <w:sz w:val="24"/>
          <w:lang w:val="ru-RU"/>
        </w:rPr>
        <w:t>- распознавать достоверную и недостоверную информацию самостоятельно или на основании предложенного учителем способа ее проверки (с помощью словарей, справочников);</w:t>
      </w:r>
      <w:r w:rsidRPr="00C34EBD">
        <w:rPr>
          <w:lang w:val="ru-RU"/>
        </w:rPr>
        <w:br/>
      </w:r>
      <w:r w:rsidRPr="00C34EBD">
        <w:rPr>
          <w:lang w:val="ru-RU"/>
        </w:rPr>
        <w:tab/>
      </w:r>
      <w:r w:rsidRPr="00C34EBD">
        <w:rPr>
          <w:rFonts w:ascii="Times New Roman" w:eastAsia="Times New Roman" w:hAnsi="Times New Roman"/>
          <w:color w:val="000000"/>
          <w:sz w:val="24"/>
          <w:lang w:val="ru-RU"/>
        </w:rPr>
        <w:t>- соблюдать с помощью взрослых (учителей, родителей/законных представителей) правила информационной безопасности при поиске информации в сети Интернет;</w:t>
      </w:r>
      <w:r w:rsidRPr="00C34EBD">
        <w:rPr>
          <w:lang w:val="ru-RU"/>
        </w:rPr>
        <w:br/>
      </w:r>
      <w:r w:rsidRPr="00C34EBD">
        <w:rPr>
          <w:lang w:val="ru-RU"/>
        </w:rPr>
        <w:tab/>
      </w:r>
      <w:r w:rsidRPr="00C34EBD">
        <w:rPr>
          <w:rFonts w:ascii="Times New Roman" w:eastAsia="Times New Roman" w:hAnsi="Times New Roman"/>
          <w:color w:val="000000"/>
          <w:sz w:val="24"/>
          <w:lang w:val="ru-RU"/>
        </w:rPr>
        <w:t>- анализировать и создавать текстовую, видео, графическую, звуковую, информацию в соответствии с учебной задачей;</w:t>
      </w:r>
      <w:r w:rsidRPr="00C34EBD">
        <w:rPr>
          <w:lang w:val="ru-RU"/>
        </w:rPr>
        <w:br/>
      </w:r>
      <w:r w:rsidRPr="00C34EBD">
        <w:rPr>
          <w:lang w:val="ru-RU"/>
        </w:rPr>
        <w:tab/>
      </w:r>
      <w:r w:rsidRPr="00C34EBD">
        <w:rPr>
          <w:rFonts w:ascii="Times New Roman" w:eastAsia="Times New Roman" w:hAnsi="Times New Roman"/>
          <w:color w:val="000000"/>
          <w:sz w:val="24"/>
          <w:lang w:val="ru-RU"/>
        </w:rPr>
        <w:t>- понимать информацию, зафиксированную в виде таблиц, схем, самостоятельно создавать схемы, таблицы по результатам работы с текстами.</w:t>
      </w:r>
    </w:p>
    <w:p w14:paraId="4904BF21" w14:textId="77777777" w:rsidR="004856BE" w:rsidRPr="00C34EBD" w:rsidRDefault="00750296">
      <w:pPr>
        <w:tabs>
          <w:tab w:val="left" w:pos="180"/>
        </w:tabs>
        <w:autoSpaceDE w:val="0"/>
        <w:autoSpaceDN w:val="0"/>
        <w:spacing w:before="70" w:after="0" w:line="288" w:lineRule="auto"/>
        <w:rPr>
          <w:lang w:val="ru-RU"/>
        </w:rPr>
      </w:pPr>
      <w:r w:rsidRPr="00C34EBD">
        <w:rPr>
          <w:lang w:val="ru-RU"/>
        </w:rPr>
        <w:tab/>
      </w:r>
      <w:r w:rsidRPr="00C34EBD">
        <w:rPr>
          <w:rFonts w:ascii="Times New Roman" w:eastAsia="Times New Roman" w:hAnsi="Times New Roman"/>
          <w:color w:val="000000"/>
          <w:sz w:val="24"/>
          <w:lang w:val="ru-RU"/>
        </w:rPr>
        <w:t xml:space="preserve">В результате изучения предмета «Литературное чтение на родном (татарском) языке» в 1-4 классах обучающийся овладеет универсальными учебными </w:t>
      </w:r>
      <w:r w:rsidRPr="00C34EBD">
        <w:rPr>
          <w:rFonts w:ascii="Times New Roman" w:eastAsia="Times New Roman" w:hAnsi="Times New Roman"/>
          <w:b/>
          <w:color w:val="000000"/>
          <w:sz w:val="24"/>
          <w:lang w:val="ru-RU"/>
        </w:rPr>
        <w:t>коммуникативными</w:t>
      </w:r>
      <w:r w:rsidRPr="00C34EBD">
        <w:rPr>
          <w:rFonts w:ascii="Times New Roman" w:eastAsia="Times New Roman" w:hAnsi="Times New Roman"/>
          <w:color w:val="000000"/>
          <w:sz w:val="24"/>
          <w:lang w:val="ru-RU"/>
        </w:rPr>
        <w:t xml:space="preserve"> действиями: </w:t>
      </w:r>
      <w:r w:rsidRPr="00C34EBD">
        <w:rPr>
          <w:lang w:val="ru-RU"/>
        </w:rPr>
        <w:br/>
      </w:r>
      <w:r w:rsidRPr="00C34EBD">
        <w:rPr>
          <w:lang w:val="ru-RU"/>
        </w:rPr>
        <w:tab/>
      </w:r>
      <w:r w:rsidRPr="00C34EBD">
        <w:rPr>
          <w:rFonts w:ascii="Times New Roman" w:eastAsia="Times New Roman" w:hAnsi="Times New Roman"/>
          <w:b/>
          <w:i/>
          <w:color w:val="000000"/>
          <w:sz w:val="24"/>
          <w:lang w:val="ru-RU"/>
        </w:rPr>
        <w:t>общение:</w:t>
      </w:r>
      <w:r w:rsidRPr="00C34EBD">
        <w:rPr>
          <w:lang w:val="ru-RU"/>
        </w:rPr>
        <w:br/>
      </w:r>
      <w:r w:rsidRPr="00C34EBD">
        <w:rPr>
          <w:lang w:val="ru-RU"/>
        </w:rPr>
        <w:tab/>
      </w:r>
      <w:r w:rsidRPr="00C34EBD">
        <w:rPr>
          <w:rFonts w:ascii="Times New Roman" w:eastAsia="Times New Roman" w:hAnsi="Times New Roman"/>
          <w:color w:val="000000"/>
          <w:sz w:val="24"/>
          <w:lang w:val="ru-RU"/>
        </w:rPr>
        <w:t>- воспринимать и формулировать суждения, выражать эмоции в соответствии с целями и условиями общения в знакомой среде;</w:t>
      </w:r>
      <w:r w:rsidRPr="00C34EBD">
        <w:rPr>
          <w:lang w:val="ru-RU"/>
        </w:rPr>
        <w:br/>
      </w:r>
      <w:r w:rsidRPr="00C34EBD">
        <w:rPr>
          <w:lang w:val="ru-RU"/>
        </w:rPr>
        <w:tab/>
      </w:r>
      <w:r w:rsidRPr="00C34EBD">
        <w:rPr>
          <w:rFonts w:ascii="Times New Roman" w:eastAsia="Times New Roman" w:hAnsi="Times New Roman"/>
          <w:color w:val="000000"/>
          <w:sz w:val="24"/>
          <w:lang w:val="ru-RU"/>
        </w:rPr>
        <w:t>- проявлять уважительное отношение к собеседнику, соблюдать правила ведения диалога и дискуссии;</w:t>
      </w:r>
      <w:r w:rsidRPr="00C34EBD">
        <w:rPr>
          <w:lang w:val="ru-RU"/>
        </w:rPr>
        <w:br/>
      </w:r>
      <w:r w:rsidRPr="00C34EBD">
        <w:rPr>
          <w:lang w:val="ru-RU"/>
        </w:rPr>
        <w:tab/>
      </w:r>
      <w:r w:rsidRPr="00C34EBD">
        <w:rPr>
          <w:rFonts w:ascii="Times New Roman" w:eastAsia="Times New Roman" w:hAnsi="Times New Roman"/>
          <w:color w:val="000000"/>
          <w:sz w:val="24"/>
          <w:lang w:val="ru-RU"/>
        </w:rPr>
        <w:t>- признавать возможность существования разных точек зрения;</w:t>
      </w:r>
      <w:r w:rsidRPr="00C34EBD">
        <w:rPr>
          <w:lang w:val="ru-RU"/>
        </w:rPr>
        <w:br/>
      </w:r>
      <w:r w:rsidRPr="00C34EBD">
        <w:rPr>
          <w:lang w:val="ru-RU"/>
        </w:rPr>
        <w:tab/>
      </w:r>
      <w:r w:rsidRPr="00C34EBD">
        <w:rPr>
          <w:rFonts w:ascii="Times New Roman" w:eastAsia="Times New Roman" w:hAnsi="Times New Roman"/>
          <w:color w:val="000000"/>
          <w:sz w:val="24"/>
          <w:lang w:val="ru-RU"/>
        </w:rPr>
        <w:t>- корректно и аргументированно высказывать свое мнение;</w:t>
      </w:r>
      <w:r w:rsidRPr="00C34EBD">
        <w:rPr>
          <w:lang w:val="ru-RU"/>
        </w:rPr>
        <w:br/>
      </w:r>
      <w:r w:rsidRPr="00C34EBD">
        <w:rPr>
          <w:lang w:val="ru-RU"/>
        </w:rPr>
        <w:tab/>
      </w:r>
      <w:r w:rsidRPr="00C34EBD">
        <w:rPr>
          <w:rFonts w:ascii="Times New Roman" w:eastAsia="Times New Roman" w:hAnsi="Times New Roman"/>
          <w:color w:val="000000"/>
          <w:sz w:val="24"/>
          <w:lang w:val="ru-RU"/>
        </w:rPr>
        <w:t>- строить речевое высказывание в соответствии с поставленной задачей;</w:t>
      </w:r>
      <w:r w:rsidRPr="00C34EBD">
        <w:rPr>
          <w:lang w:val="ru-RU"/>
        </w:rPr>
        <w:br/>
      </w:r>
      <w:r w:rsidRPr="00C34EBD">
        <w:rPr>
          <w:lang w:val="ru-RU"/>
        </w:rPr>
        <w:tab/>
      </w:r>
      <w:r w:rsidRPr="00C34EBD">
        <w:rPr>
          <w:rFonts w:ascii="Times New Roman" w:eastAsia="Times New Roman" w:hAnsi="Times New Roman"/>
          <w:color w:val="000000"/>
          <w:sz w:val="24"/>
          <w:lang w:val="ru-RU"/>
        </w:rPr>
        <w:t>- создавать устные и письменные тексты (описание, рассуждение, повествование);</w:t>
      </w:r>
      <w:r w:rsidRPr="00C34EBD">
        <w:rPr>
          <w:lang w:val="ru-RU"/>
        </w:rPr>
        <w:br/>
      </w:r>
      <w:r w:rsidRPr="00C34EBD">
        <w:rPr>
          <w:lang w:val="ru-RU"/>
        </w:rPr>
        <w:tab/>
      </w:r>
      <w:r w:rsidRPr="00C34EBD">
        <w:rPr>
          <w:rFonts w:ascii="Times New Roman" w:eastAsia="Times New Roman" w:hAnsi="Times New Roman"/>
          <w:color w:val="000000"/>
          <w:sz w:val="24"/>
          <w:lang w:val="ru-RU"/>
        </w:rPr>
        <w:t>- готовить небольшие публичные выступления;</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 подбирать иллюстративный материал (рисунки, фото, плакаты) к тексту выступления; </w:t>
      </w:r>
      <w:r w:rsidRPr="00C34EBD">
        <w:rPr>
          <w:lang w:val="ru-RU"/>
        </w:rPr>
        <w:br/>
      </w:r>
      <w:r w:rsidRPr="00C34EBD">
        <w:rPr>
          <w:lang w:val="ru-RU"/>
        </w:rPr>
        <w:tab/>
      </w:r>
      <w:r w:rsidRPr="00C34EBD">
        <w:rPr>
          <w:rFonts w:ascii="Times New Roman" w:eastAsia="Times New Roman" w:hAnsi="Times New Roman"/>
          <w:b/>
          <w:i/>
          <w:color w:val="000000"/>
          <w:sz w:val="24"/>
          <w:lang w:val="ru-RU"/>
        </w:rPr>
        <w:t>совместная деятельность:</w:t>
      </w:r>
      <w:r w:rsidRPr="00C34EBD">
        <w:rPr>
          <w:lang w:val="ru-RU"/>
        </w:rPr>
        <w:br/>
      </w:r>
      <w:r w:rsidRPr="00C34EBD">
        <w:rPr>
          <w:lang w:val="ru-RU"/>
        </w:rPr>
        <w:tab/>
      </w:r>
      <w:r w:rsidRPr="00C34EBD">
        <w:rPr>
          <w:rFonts w:ascii="Times New Roman" w:eastAsia="Times New Roman" w:hAnsi="Times New Roman"/>
          <w:color w:val="000000"/>
          <w:sz w:val="24"/>
          <w:lang w:val="ru-RU"/>
        </w:rPr>
        <w:t>- 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r w:rsidRPr="00C34EBD">
        <w:rPr>
          <w:lang w:val="ru-RU"/>
        </w:rPr>
        <w:br/>
      </w:r>
      <w:r w:rsidRPr="00C34EBD">
        <w:rPr>
          <w:lang w:val="ru-RU"/>
        </w:rPr>
        <w:tab/>
      </w:r>
      <w:r w:rsidRPr="00C34EBD">
        <w:rPr>
          <w:rFonts w:ascii="Times New Roman" w:eastAsia="Times New Roman" w:hAnsi="Times New Roman"/>
          <w:color w:val="000000"/>
          <w:sz w:val="24"/>
          <w:lang w:val="ru-RU"/>
        </w:rPr>
        <w:t>- 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5625356C" w14:textId="77777777" w:rsidR="004856BE" w:rsidRPr="00C34EBD" w:rsidRDefault="004856BE">
      <w:pPr>
        <w:rPr>
          <w:lang w:val="ru-RU"/>
        </w:rPr>
        <w:sectPr w:rsidR="004856BE" w:rsidRPr="00C34EBD">
          <w:pgSz w:w="11900" w:h="16840"/>
          <w:pgMar w:top="286" w:right="698" w:bottom="438" w:left="666" w:header="720" w:footer="720" w:gutter="0"/>
          <w:cols w:space="720" w:equalWidth="0">
            <w:col w:w="10536" w:space="0"/>
          </w:cols>
          <w:docGrid w:linePitch="360"/>
        </w:sectPr>
      </w:pPr>
    </w:p>
    <w:p w14:paraId="6C7F414E" w14:textId="77777777" w:rsidR="004856BE" w:rsidRPr="00C34EBD" w:rsidRDefault="004856BE">
      <w:pPr>
        <w:autoSpaceDE w:val="0"/>
        <w:autoSpaceDN w:val="0"/>
        <w:spacing w:after="78" w:line="220" w:lineRule="exact"/>
        <w:rPr>
          <w:lang w:val="ru-RU"/>
        </w:rPr>
      </w:pPr>
    </w:p>
    <w:p w14:paraId="68F93BB4" w14:textId="77777777" w:rsidR="004856BE" w:rsidRPr="00C34EBD" w:rsidRDefault="00750296">
      <w:pPr>
        <w:autoSpaceDE w:val="0"/>
        <w:autoSpaceDN w:val="0"/>
        <w:spacing w:after="0"/>
        <w:ind w:left="180" w:right="2016"/>
        <w:rPr>
          <w:lang w:val="ru-RU"/>
        </w:rPr>
      </w:pPr>
      <w:r w:rsidRPr="00C34EBD">
        <w:rPr>
          <w:rFonts w:ascii="Times New Roman" w:eastAsia="Times New Roman" w:hAnsi="Times New Roman"/>
          <w:color w:val="000000"/>
          <w:sz w:val="24"/>
          <w:lang w:val="ru-RU"/>
        </w:rPr>
        <w:t>- проявлять готовность руководить, выполнять поручения, подчиняться;</w:t>
      </w:r>
      <w:r w:rsidRPr="00C34EBD">
        <w:rPr>
          <w:lang w:val="ru-RU"/>
        </w:rPr>
        <w:br/>
      </w:r>
      <w:r w:rsidRPr="00C34EBD">
        <w:rPr>
          <w:rFonts w:ascii="Times New Roman" w:eastAsia="Times New Roman" w:hAnsi="Times New Roman"/>
          <w:color w:val="000000"/>
          <w:sz w:val="24"/>
          <w:lang w:val="ru-RU"/>
        </w:rPr>
        <w:t>- ответственно выполнять свою часть работы;</w:t>
      </w:r>
      <w:r w:rsidRPr="00C34EBD">
        <w:rPr>
          <w:lang w:val="ru-RU"/>
        </w:rPr>
        <w:br/>
      </w:r>
      <w:r w:rsidRPr="00C34EBD">
        <w:rPr>
          <w:rFonts w:ascii="Times New Roman" w:eastAsia="Times New Roman" w:hAnsi="Times New Roman"/>
          <w:color w:val="000000"/>
          <w:sz w:val="24"/>
          <w:lang w:val="ru-RU"/>
        </w:rPr>
        <w:t>- оценивать свой вклад в общий результат;</w:t>
      </w:r>
      <w:r w:rsidRPr="00C34EBD">
        <w:rPr>
          <w:lang w:val="ru-RU"/>
        </w:rPr>
        <w:br/>
      </w:r>
      <w:r w:rsidRPr="00C34EBD">
        <w:rPr>
          <w:rFonts w:ascii="Times New Roman" w:eastAsia="Times New Roman" w:hAnsi="Times New Roman"/>
          <w:color w:val="000000"/>
          <w:sz w:val="24"/>
          <w:lang w:val="ru-RU"/>
        </w:rPr>
        <w:t>- выполнять совместные проектные задания с опорой на предложенные образцы.</w:t>
      </w:r>
    </w:p>
    <w:p w14:paraId="3C7457A9" w14:textId="77777777" w:rsidR="004856BE" w:rsidRPr="00C34EBD" w:rsidRDefault="00750296">
      <w:pPr>
        <w:tabs>
          <w:tab w:val="left" w:pos="180"/>
        </w:tabs>
        <w:autoSpaceDE w:val="0"/>
        <w:autoSpaceDN w:val="0"/>
        <w:spacing w:before="70" w:after="0" w:line="286" w:lineRule="auto"/>
        <w:ind w:right="144"/>
        <w:rPr>
          <w:lang w:val="ru-RU"/>
        </w:rPr>
      </w:pPr>
      <w:r w:rsidRPr="00C34EBD">
        <w:rPr>
          <w:lang w:val="ru-RU"/>
        </w:rPr>
        <w:tab/>
      </w:r>
      <w:r w:rsidRPr="00C34EBD">
        <w:rPr>
          <w:rFonts w:ascii="Times New Roman" w:eastAsia="Times New Roman" w:hAnsi="Times New Roman"/>
          <w:color w:val="000000"/>
          <w:sz w:val="24"/>
          <w:lang w:val="ru-RU"/>
        </w:rPr>
        <w:t xml:space="preserve">В результате изучения предмета «Литературное чтение на родном (татарском) языке» в 1-4 классах обучающийся овладеет универсальными учебными </w:t>
      </w:r>
      <w:r w:rsidRPr="00C34EBD">
        <w:rPr>
          <w:rFonts w:ascii="Times New Roman" w:eastAsia="Times New Roman" w:hAnsi="Times New Roman"/>
          <w:b/>
          <w:color w:val="000000"/>
          <w:sz w:val="24"/>
          <w:lang w:val="ru-RU"/>
        </w:rPr>
        <w:t>регулятивными</w:t>
      </w:r>
      <w:r w:rsidRPr="00C34EBD">
        <w:rPr>
          <w:rFonts w:ascii="Times New Roman" w:eastAsia="Times New Roman" w:hAnsi="Times New Roman"/>
          <w:color w:val="000000"/>
          <w:sz w:val="24"/>
          <w:lang w:val="ru-RU"/>
        </w:rPr>
        <w:t xml:space="preserve"> действиями: </w:t>
      </w:r>
      <w:r w:rsidRPr="00C34EBD">
        <w:rPr>
          <w:lang w:val="ru-RU"/>
        </w:rPr>
        <w:br/>
      </w:r>
      <w:r w:rsidRPr="00C34EBD">
        <w:rPr>
          <w:lang w:val="ru-RU"/>
        </w:rPr>
        <w:tab/>
      </w:r>
      <w:r w:rsidRPr="00C34EBD">
        <w:rPr>
          <w:rFonts w:ascii="Times New Roman" w:eastAsia="Times New Roman" w:hAnsi="Times New Roman"/>
          <w:b/>
          <w:i/>
          <w:color w:val="000000"/>
          <w:sz w:val="24"/>
          <w:lang w:val="ru-RU"/>
        </w:rPr>
        <w:t>самоорганизация:</w:t>
      </w:r>
      <w:r w:rsidRPr="00C34EBD">
        <w:rPr>
          <w:lang w:val="ru-RU"/>
        </w:rPr>
        <w:br/>
      </w:r>
      <w:r w:rsidRPr="00C34EBD">
        <w:rPr>
          <w:lang w:val="ru-RU"/>
        </w:rPr>
        <w:tab/>
      </w:r>
      <w:r w:rsidRPr="00C34EBD">
        <w:rPr>
          <w:rFonts w:ascii="Times New Roman" w:eastAsia="Times New Roman" w:hAnsi="Times New Roman"/>
          <w:color w:val="000000"/>
          <w:sz w:val="24"/>
          <w:lang w:val="ru-RU"/>
        </w:rPr>
        <w:t>- планировать действия по решению учебной задачи для получения результата;</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 выстраивать последовательность выбранных действий; </w:t>
      </w:r>
      <w:r w:rsidRPr="00C34EBD">
        <w:rPr>
          <w:lang w:val="ru-RU"/>
        </w:rPr>
        <w:br/>
      </w:r>
      <w:r w:rsidRPr="00C34EBD">
        <w:rPr>
          <w:lang w:val="ru-RU"/>
        </w:rPr>
        <w:tab/>
      </w:r>
      <w:r w:rsidRPr="00C34EBD">
        <w:rPr>
          <w:rFonts w:ascii="Times New Roman" w:eastAsia="Times New Roman" w:hAnsi="Times New Roman"/>
          <w:b/>
          <w:i/>
          <w:color w:val="000000"/>
          <w:sz w:val="24"/>
          <w:lang w:val="ru-RU"/>
        </w:rPr>
        <w:t>самоконтроль:</w:t>
      </w:r>
      <w:r w:rsidRPr="00C34EBD">
        <w:rPr>
          <w:lang w:val="ru-RU"/>
        </w:rPr>
        <w:br/>
      </w:r>
      <w:r w:rsidRPr="00C34EBD">
        <w:rPr>
          <w:lang w:val="ru-RU"/>
        </w:rPr>
        <w:tab/>
      </w:r>
      <w:r w:rsidRPr="00C34EBD">
        <w:rPr>
          <w:rFonts w:ascii="Times New Roman" w:eastAsia="Times New Roman" w:hAnsi="Times New Roman"/>
          <w:color w:val="000000"/>
          <w:sz w:val="24"/>
          <w:lang w:val="ru-RU"/>
        </w:rPr>
        <w:t>- устанавливать причины успеха/неудач учебной деятельности;</w:t>
      </w:r>
      <w:r w:rsidRPr="00C34EBD">
        <w:rPr>
          <w:lang w:val="ru-RU"/>
        </w:rPr>
        <w:br/>
      </w:r>
      <w:r w:rsidRPr="00C34EBD">
        <w:rPr>
          <w:lang w:val="ru-RU"/>
        </w:rPr>
        <w:tab/>
      </w:r>
      <w:r w:rsidRPr="00C34EBD">
        <w:rPr>
          <w:rFonts w:ascii="Times New Roman" w:eastAsia="Times New Roman" w:hAnsi="Times New Roman"/>
          <w:color w:val="000000"/>
          <w:sz w:val="24"/>
          <w:lang w:val="ru-RU"/>
        </w:rPr>
        <w:t>- корректировать свои учебные действия для преодоления речевых и орфографических ошибок;</w:t>
      </w:r>
      <w:r w:rsidRPr="00C34EBD">
        <w:rPr>
          <w:lang w:val="ru-RU"/>
        </w:rPr>
        <w:tab/>
      </w:r>
      <w:r w:rsidRPr="00C34EBD">
        <w:rPr>
          <w:rFonts w:ascii="Times New Roman" w:eastAsia="Times New Roman" w:hAnsi="Times New Roman"/>
          <w:color w:val="000000"/>
          <w:sz w:val="24"/>
          <w:lang w:val="ru-RU"/>
        </w:rPr>
        <w:t>- соотносить полученный результат с поставленной учебной задачей по анализу текста;</w:t>
      </w:r>
      <w:r w:rsidRPr="00C34EBD">
        <w:rPr>
          <w:lang w:val="ru-RU"/>
        </w:rPr>
        <w:br/>
      </w:r>
      <w:r w:rsidRPr="00C34EBD">
        <w:rPr>
          <w:lang w:val="ru-RU"/>
        </w:rPr>
        <w:tab/>
      </w:r>
      <w:r w:rsidRPr="00C34EBD">
        <w:rPr>
          <w:rFonts w:ascii="Times New Roman" w:eastAsia="Times New Roman" w:hAnsi="Times New Roman"/>
          <w:color w:val="000000"/>
          <w:sz w:val="24"/>
          <w:lang w:val="ru-RU"/>
        </w:rPr>
        <w:t>- находить и исправлять ошибки, допущенные при работе с текстами.</w:t>
      </w:r>
    </w:p>
    <w:p w14:paraId="5653BE1E" w14:textId="77777777" w:rsidR="004856BE" w:rsidRPr="00C34EBD" w:rsidRDefault="00750296" w:rsidP="00CF4DA6">
      <w:pPr>
        <w:autoSpaceDE w:val="0"/>
        <w:autoSpaceDN w:val="0"/>
        <w:spacing w:before="262" w:after="0" w:line="230" w:lineRule="auto"/>
        <w:jc w:val="center"/>
        <w:rPr>
          <w:lang w:val="ru-RU"/>
        </w:rPr>
      </w:pPr>
      <w:r w:rsidRPr="00C34EBD">
        <w:rPr>
          <w:rFonts w:ascii="Times New Roman" w:eastAsia="Times New Roman" w:hAnsi="Times New Roman"/>
          <w:b/>
          <w:color w:val="000000"/>
          <w:sz w:val="24"/>
          <w:lang w:val="ru-RU"/>
        </w:rPr>
        <w:t>ПРЕДМЕТНЫЕ РЕЗУЛЬТАТЫ</w:t>
      </w:r>
    </w:p>
    <w:p w14:paraId="65B168ED" w14:textId="77777777" w:rsidR="004856BE" w:rsidRPr="00C34EBD" w:rsidRDefault="00750296">
      <w:pPr>
        <w:tabs>
          <w:tab w:val="left" w:pos="180"/>
        </w:tabs>
        <w:autoSpaceDE w:val="0"/>
        <w:autoSpaceDN w:val="0"/>
        <w:spacing w:before="166" w:after="0" w:line="288" w:lineRule="auto"/>
        <w:rPr>
          <w:lang w:val="ru-RU"/>
        </w:rPr>
      </w:pPr>
      <w:r w:rsidRPr="00C34EBD">
        <w:rPr>
          <w:lang w:val="ru-RU"/>
        </w:rPr>
        <w:tab/>
      </w:r>
      <w:r w:rsidRPr="00C34EBD">
        <w:rPr>
          <w:rFonts w:ascii="Times New Roman" w:eastAsia="Times New Roman" w:hAnsi="Times New Roman"/>
          <w:color w:val="000000"/>
          <w:sz w:val="24"/>
          <w:lang w:val="ru-RU"/>
        </w:rPr>
        <w:t>Изучение учебного предмета «Литературное чтение на родном (татарском) языке» в 1–4 классах обеспечивает:</w:t>
      </w:r>
      <w:r w:rsidRPr="00C34EBD">
        <w:rPr>
          <w:lang w:val="ru-RU"/>
        </w:rPr>
        <w:br/>
      </w:r>
      <w:r w:rsidRPr="00C34EBD">
        <w:rPr>
          <w:lang w:val="ru-RU"/>
        </w:rPr>
        <w:tab/>
      </w:r>
      <w:r w:rsidRPr="00C34EBD">
        <w:rPr>
          <w:rFonts w:ascii="Times New Roman" w:eastAsia="Times New Roman" w:hAnsi="Times New Roman"/>
          <w:color w:val="000000"/>
          <w:sz w:val="24"/>
          <w:lang w:val="ru-RU"/>
        </w:rPr>
        <w:t>- понимание места и роли татарской литературы в едином культурном пространстве Российской Федерации, среди литератур народов Российской Федерации, в сохранении и передаче от поколения к поколению историко-культурных, нравственных, эстетических ценностей;</w:t>
      </w:r>
      <w:r w:rsidRPr="00C34EBD">
        <w:rPr>
          <w:lang w:val="ru-RU"/>
        </w:rPr>
        <w:br/>
      </w:r>
      <w:r w:rsidRPr="00C34EBD">
        <w:rPr>
          <w:lang w:val="ru-RU"/>
        </w:rPr>
        <w:tab/>
      </w:r>
      <w:r w:rsidRPr="00C34EBD">
        <w:rPr>
          <w:rFonts w:ascii="Times New Roman" w:eastAsia="Times New Roman" w:hAnsi="Times New Roman"/>
          <w:color w:val="000000"/>
          <w:sz w:val="24"/>
          <w:lang w:val="ru-RU"/>
        </w:rPr>
        <w:t>- первоначальные представления о взаимодействии, взаимовлиянии литератур разных народов, о роли фольклора и художественной литературы татарского народа в создании особого культурного, морально-этического и эстетического пространства;</w:t>
      </w:r>
      <w:r w:rsidRPr="00C34EBD">
        <w:rPr>
          <w:lang w:val="ru-RU"/>
        </w:rPr>
        <w:br/>
      </w:r>
      <w:r w:rsidRPr="00C34EBD">
        <w:rPr>
          <w:lang w:val="ru-RU"/>
        </w:rPr>
        <w:tab/>
      </w:r>
      <w:r w:rsidRPr="00C34EBD">
        <w:rPr>
          <w:rFonts w:ascii="Times New Roman" w:eastAsia="Times New Roman" w:hAnsi="Times New Roman"/>
          <w:color w:val="000000"/>
          <w:sz w:val="24"/>
          <w:lang w:val="ru-RU"/>
        </w:rPr>
        <w:t>- освоение смыслового чтения, понимание смысла и значения элементарных понятий теории литературы (чтение вслух, чтение про себя, жанры художественных и фольклорных произведений, анализ прочитанных литературных произведений, изобразительные и выразительные средства татарского языка);</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 приобщение к восприятию и осмыслению информации, представленной в текстах, </w:t>
      </w:r>
      <w:r w:rsidRPr="00C34EBD">
        <w:rPr>
          <w:lang w:val="ru-RU"/>
        </w:rPr>
        <w:br/>
      </w:r>
      <w:r w:rsidRPr="00C34EBD">
        <w:rPr>
          <w:rFonts w:ascii="Times New Roman" w:eastAsia="Times New Roman" w:hAnsi="Times New Roman"/>
          <w:color w:val="000000"/>
          <w:sz w:val="24"/>
          <w:lang w:val="ru-RU"/>
        </w:rPr>
        <w:t>сформированность читательского интереса и эстетического вкуса обучающихся (использование разных видов чтения (ознакомительное, изучающее, выборочное, поисковое), работа с текстом (вопросы к тексту, план текста), чтение по ролям, выполнение творческих работ).</w:t>
      </w:r>
    </w:p>
    <w:p w14:paraId="621338BE" w14:textId="77777777" w:rsidR="004856BE" w:rsidRPr="00C34EBD" w:rsidRDefault="00750296" w:rsidP="00CF4DA6">
      <w:pPr>
        <w:autoSpaceDE w:val="0"/>
        <w:autoSpaceDN w:val="0"/>
        <w:spacing w:before="264" w:after="0" w:line="230" w:lineRule="auto"/>
        <w:jc w:val="center"/>
        <w:rPr>
          <w:lang w:val="ru-RU"/>
        </w:rPr>
      </w:pPr>
      <w:r w:rsidRPr="00C34EBD">
        <w:rPr>
          <w:rFonts w:ascii="Times New Roman" w:eastAsia="Times New Roman" w:hAnsi="Times New Roman"/>
          <w:b/>
          <w:color w:val="000000"/>
          <w:sz w:val="24"/>
          <w:lang w:val="ru-RU"/>
        </w:rPr>
        <w:t>1 КЛАСС</w:t>
      </w:r>
    </w:p>
    <w:p w14:paraId="1674B967" w14:textId="77777777" w:rsidR="004856BE" w:rsidRPr="00C34EBD" w:rsidRDefault="00750296">
      <w:pPr>
        <w:tabs>
          <w:tab w:val="left" w:pos="180"/>
        </w:tabs>
        <w:autoSpaceDE w:val="0"/>
        <w:autoSpaceDN w:val="0"/>
        <w:spacing w:before="166" w:after="0" w:line="288" w:lineRule="auto"/>
        <w:rPr>
          <w:lang w:val="ru-RU"/>
        </w:rPr>
      </w:pPr>
      <w:r w:rsidRPr="00C34EBD">
        <w:rPr>
          <w:lang w:val="ru-RU"/>
        </w:rPr>
        <w:tab/>
      </w:r>
      <w:r w:rsidRPr="00C34EBD">
        <w:rPr>
          <w:rFonts w:ascii="Times New Roman" w:eastAsia="Times New Roman" w:hAnsi="Times New Roman"/>
          <w:color w:val="000000"/>
          <w:sz w:val="24"/>
          <w:lang w:val="ru-RU"/>
        </w:rPr>
        <w:t>Обучающийся научится:</w:t>
      </w:r>
      <w:r w:rsidRPr="00C34EBD">
        <w:rPr>
          <w:lang w:val="ru-RU"/>
        </w:rPr>
        <w:br/>
      </w:r>
      <w:r w:rsidRPr="00C34EBD">
        <w:rPr>
          <w:lang w:val="ru-RU"/>
        </w:rPr>
        <w:tab/>
      </w:r>
      <w:r w:rsidRPr="00C34EBD">
        <w:rPr>
          <w:rFonts w:ascii="Times New Roman" w:eastAsia="Times New Roman" w:hAnsi="Times New Roman"/>
          <w:color w:val="000000"/>
          <w:sz w:val="24"/>
          <w:lang w:val="ru-RU"/>
        </w:rPr>
        <w:t>– читать вслух (владеть техникой слогового плавного, осознанного и правильного чтения вслух с учетом индивидуальных возможностей,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r w:rsidRPr="00C34EBD">
        <w:rPr>
          <w:lang w:val="ru-RU"/>
        </w:rPr>
        <w:br/>
      </w:r>
      <w:r w:rsidRPr="00C34EBD">
        <w:rPr>
          <w:lang w:val="ru-RU"/>
        </w:rPr>
        <w:tab/>
      </w:r>
      <w:r w:rsidRPr="00C34EBD">
        <w:rPr>
          <w:rFonts w:ascii="Times New Roman" w:eastAsia="Times New Roman" w:hAnsi="Times New Roman"/>
          <w:color w:val="000000"/>
          <w:sz w:val="24"/>
          <w:lang w:val="ru-RU"/>
        </w:rPr>
        <w:t>– понимать прослушанный текст;</w:t>
      </w:r>
      <w:r w:rsidRPr="00C34EBD">
        <w:rPr>
          <w:lang w:val="ru-RU"/>
        </w:rPr>
        <w:br/>
      </w:r>
      <w:r w:rsidRPr="00C34EBD">
        <w:rPr>
          <w:lang w:val="ru-RU"/>
        </w:rPr>
        <w:tab/>
      </w:r>
      <w:r w:rsidRPr="00C34EBD">
        <w:rPr>
          <w:rFonts w:ascii="Times New Roman" w:eastAsia="Times New Roman" w:hAnsi="Times New Roman"/>
          <w:color w:val="000000"/>
          <w:sz w:val="24"/>
          <w:lang w:val="ru-RU"/>
        </w:rPr>
        <w:t>– отвечать на вопросы в устной форме;</w:t>
      </w:r>
      <w:r w:rsidRPr="00C34EBD">
        <w:rPr>
          <w:lang w:val="ru-RU"/>
        </w:rPr>
        <w:br/>
      </w:r>
      <w:r w:rsidRPr="00C34EBD">
        <w:rPr>
          <w:lang w:val="ru-RU"/>
        </w:rPr>
        <w:tab/>
      </w:r>
      <w:r w:rsidRPr="00C34EBD">
        <w:rPr>
          <w:rFonts w:ascii="Times New Roman" w:eastAsia="Times New Roman" w:hAnsi="Times New Roman"/>
          <w:color w:val="000000"/>
          <w:sz w:val="24"/>
          <w:lang w:val="ru-RU"/>
        </w:rPr>
        <w:t>– находить в тексте слова, значение которых требует уточнения;</w:t>
      </w:r>
      <w:r w:rsidRPr="00C34EBD">
        <w:rPr>
          <w:lang w:val="ru-RU"/>
        </w:rPr>
        <w:br/>
      </w:r>
      <w:r w:rsidRPr="00C34EBD">
        <w:rPr>
          <w:lang w:val="ru-RU"/>
        </w:rPr>
        <w:tab/>
      </w:r>
      <w:r w:rsidRPr="00C34EBD">
        <w:rPr>
          <w:rFonts w:ascii="Times New Roman" w:eastAsia="Times New Roman" w:hAnsi="Times New Roman"/>
          <w:color w:val="000000"/>
          <w:sz w:val="24"/>
          <w:lang w:val="ru-RU"/>
        </w:rPr>
        <w:t>– составлять предложение из набора форм слов;</w:t>
      </w:r>
      <w:r w:rsidRPr="00C34EBD">
        <w:rPr>
          <w:lang w:val="ru-RU"/>
        </w:rPr>
        <w:br/>
      </w:r>
      <w:r w:rsidRPr="00C34EBD">
        <w:rPr>
          <w:lang w:val="ru-RU"/>
        </w:rPr>
        <w:tab/>
      </w:r>
      <w:r w:rsidRPr="00C34EBD">
        <w:rPr>
          <w:rFonts w:ascii="Times New Roman" w:eastAsia="Times New Roman" w:hAnsi="Times New Roman"/>
          <w:color w:val="000000"/>
          <w:sz w:val="24"/>
          <w:lang w:val="ru-RU"/>
        </w:rPr>
        <w:t>– устно составлять текст из 3–5 предложений по сюжетным картинкам и наблюдениям;</w:t>
      </w:r>
      <w:r w:rsidRPr="00C34EBD">
        <w:rPr>
          <w:lang w:val="ru-RU"/>
        </w:rPr>
        <w:br/>
      </w:r>
      <w:r w:rsidRPr="00C34EBD">
        <w:rPr>
          <w:lang w:val="ru-RU"/>
        </w:rPr>
        <w:tab/>
      </w:r>
      <w:r w:rsidRPr="00C34EBD">
        <w:rPr>
          <w:rFonts w:ascii="Times New Roman" w:eastAsia="Times New Roman" w:hAnsi="Times New Roman"/>
          <w:color w:val="000000"/>
          <w:sz w:val="24"/>
          <w:lang w:val="ru-RU"/>
        </w:rPr>
        <w:t>– определять (с помощью учителя) тему и главную мысль прочитанного или прослушанного текста;</w:t>
      </w:r>
      <w:r w:rsidRPr="00C34EBD">
        <w:rPr>
          <w:lang w:val="ru-RU"/>
        </w:rPr>
        <w:tab/>
      </w:r>
      <w:r w:rsidRPr="00C34EBD">
        <w:rPr>
          <w:rFonts w:ascii="Times New Roman" w:eastAsia="Times New Roman" w:hAnsi="Times New Roman"/>
          <w:color w:val="000000"/>
          <w:sz w:val="24"/>
          <w:lang w:val="ru-RU"/>
        </w:rPr>
        <w:t>– характеризовать литературного героя;</w:t>
      </w:r>
      <w:r w:rsidRPr="00C34EBD">
        <w:rPr>
          <w:lang w:val="ru-RU"/>
        </w:rPr>
        <w:br/>
      </w:r>
      <w:r w:rsidRPr="00C34EBD">
        <w:rPr>
          <w:lang w:val="ru-RU"/>
        </w:rPr>
        <w:tab/>
      </w:r>
      <w:r w:rsidRPr="00C34EBD">
        <w:rPr>
          <w:rFonts w:ascii="Times New Roman" w:eastAsia="Times New Roman" w:hAnsi="Times New Roman"/>
          <w:color w:val="000000"/>
          <w:sz w:val="24"/>
          <w:lang w:val="ru-RU"/>
        </w:rPr>
        <w:t>– читать наизусть 1–2 стихотворения разных авторов;</w:t>
      </w:r>
    </w:p>
    <w:p w14:paraId="16F958DF" w14:textId="77777777" w:rsidR="004856BE" w:rsidRPr="00C34EBD" w:rsidRDefault="004856BE">
      <w:pPr>
        <w:rPr>
          <w:lang w:val="ru-RU"/>
        </w:rPr>
        <w:sectPr w:rsidR="004856BE" w:rsidRPr="00C34EBD">
          <w:pgSz w:w="11900" w:h="16840"/>
          <w:pgMar w:top="298" w:right="688" w:bottom="308" w:left="666" w:header="720" w:footer="720" w:gutter="0"/>
          <w:cols w:space="720" w:equalWidth="0">
            <w:col w:w="10546" w:space="0"/>
          </w:cols>
          <w:docGrid w:linePitch="360"/>
        </w:sectPr>
      </w:pPr>
    </w:p>
    <w:p w14:paraId="76D31C2E" w14:textId="77777777" w:rsidR="004856BE" w:rsidRPr="00C34EBD" w:rsidRDefault="004856BE">
      <w:pPr>
        <w:autoSpaceDE w:val="0"/>
        <w:autoSpaceDN w:val="0"/>
        <w:spacing w:after="78" w:line="220" w:lineRule="exact"/>
        <w:rPr>
          <w:lang w:val="ru-RU"/>
        </w:rPr>
      </w:pPr>
    </w:p>
    <w:p w14:paraId="1BED0141" w14:textId="77777777" w:rsidR="004856BE" w:rsidRPr="00C34EBD" w:rsidRDefault="00750296">
      <w:pPr>
        <w:tabs>
          <w:tab w:val="left" w:pos="180"/>
        </w:tabs>
        <w:autoSpaceDE w:val="0"/>
        <w:autoSpaceDN w:val="0"/>
        <w:spacing w:after="0" w:line="288" w:lineRule="auto"/>
        <w:ind w:right="144"/>
        <w:rPr>
          <w:lang w:val="ru-RU"/>
        </w:rPr>
      </w:pPr>
      <w:r w:rsidRPr="00C34EBD">
        <w:rPr>
          <w:lang w:val="ru-RU"/>
        </w:rPr>
        <w:tab/>
      </w:r>
      <w:r w:rsidRPr="00C34EBD">
        <w:rPr>
          <w:rFonts w:ascii="Times New Roman" w:eastAsia="Times New Roman" w:hAnsi="Times New Roman"/>
          <w:color w:val="000000"/>
          <w:sz w:val="24"/>
          <w:lang w:val="ru-RU"/>
        </w:rPr>
        <w:t>– выбирать книгу для самостоятельного чтения по совету учителя;</w:t>
      </w:r>
      <w:r w:rsidRPr="00C34EBD">
        <w:rPr>
          <w:lang w:val="ru-RU"/>
        </w:rPr>
        <w:br/>
      </w:r>
      <w:r w:rsidRPr="00C34EBD">
        <w:rPr>
          <w:lang w:val="ru-RU"/>
        </w:rPr>
        <w:tab/>
      </w:r>
      <w:r w:rsidRPr="00C34EBD">
        <w:rPr>
          <w:rFonts w:ascii="Times New Roman" w:eastAsia="Times New Roman" w:hAnsi="Times New Roman"/>
          <w:color w:val="000000"/>
          <w:sz w:val="24"/>
          <w:lang w:val="ru-RU"/>
        </w:rPr>
        <w:t>– выполнять письменные упражнения в рабочей тетради;</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 различать и называть отдельные жанры фольклора (считалки, </w:t>
      </w:r>
      <w:proofErr w:type="spellStart"/>
      <w:r w:rsidRPr="00C34EBD">
        <w:rPr>
          <w:rFonts w:ascii="Times New Roman" w:eastAsia="Times New Roman" w:hAnsi="Times New Roman"/>
          <w:color w:val="000000"/>
          <w:sz w:val="24"/>
          <w:lang w:val="ru-RU"/>
        </w:rPr>
        <w:t>заклички</w:t>
      </w:r>
      <w:proofErr w:type="spellEnd"/>
      <w:r w:rsidRPr="00C34EBD">
        <w:rPr>
          <w:rFonts w:ascii="Times New Roman" w:eastAsia="Times New Roman" w:hAnsi="Times New Roman"/>
          <w:color w:val="000000"/>
          <w:sz w:val="24"/>
          <w:lang w:val="ru-RU"/>
        </w:rPr>
        <w:t>) и художественной литературы (рассказы, стихотворения);</w:t>
      </w:r>
      <w:r w:rsidRPr="00C34EBD">
        <w:rPr>
          <w:lang w:val="ru-RU"/>
        </w:rPr>
        <w:br/>
      </w:r>
      <w:r w:rsidRPr="00C34EBD">
        <w:rPr>
          <w:lang w:val="ru-RU"/>
        </w:rPr>
        <w:tab/>
      </w:r>
      <w:r w:rsidRPr="00C34EBD">
        <w:rPr>
          <w:rFonts w:ascii="Times New Roman" w:eastAsia="Times New Roman" w:hAnsi="Times New Roman"/>
          <w:color w:val="000000"/>
          <w:sz w:val="24"/>
          <w:lang w:val="ru-RU"/>
        </w:rPr>
        <w:t>– отличать прозаическое произведение от стихотворного, выделять особенности стихотворного произведения (рифма);</w:t>
      </w:r>
      <w:r w:rsidRPr="00C34EBD">
        <w:rPr>
          <w:lang w:val="ru-RU"/>
        </w:rPr>
        <w:br/>
      </w:r>
      <w:r w:rsidRPr="00C34EBD">
        <w:rPr>
          <w:lang w:val="ru-RU"/>
        </w:rPr>
        <w:tab/>
      </w:r>
      <w:r w:rsidRPr="00C34EBD">
        <w:rPr>
          <w:rFonts w:ascii="Times New Roman" w:eastAsia="Times New Roman" w:hAnsi="Times New Roman"/>
          <w:color w:val="000000"/>
          <w:sz w:val="24"/>
          <w:lang w:val="ru-RU"/>
        </w:rPr>
        <w:t>– находить средства художественной выразительности в тексте (уменьшительно-ласкательная форма слов);</w:t>
      </w:r>
      <w:r w:rsidRPr="00C34EBD">
        <w:rPr>
          <w:lang w:val="ru-RU"/>
        </w:rPr>
        <w:br/>
      </w:r>
      <w:r w:rsidRPr="00C34EBD">
        <w:rPr>
          <w:lang w:val="ru-RU"/>
        </w:rPr>
        <w:tab/>
      </w:r>
      <w:r w:rsidRPr="00C34EBD">
        <w:rPr>
          <w:rFonts w:ascii="Times New Roman" w:eastAsia="Times New Roman" w:hAnsi="Times New Roman"/>
          <w:color w:val="000000"/>
          <w:sz w:val="24"/>
          <w:lang w:val="ru-RU"/>
        </w:rPr>
        <w:t>– выразительно читать;</w:t>
      </w:r>
      <w:r w:rsidRPr="00C34EBD">
        <w:rPr>
          <w:lang w:val="ru-RU"/>
        </w:rPr>
        <w:br/>
      </w:r>
      <w:r w:rsidRPr="00C34EBD">
        <w:rPr>
          <w:lang w:val="ru-RU"/>
        </w:rPr>
        <w:tab/>
      </w:r>
      <w:r w:rsidRPr="00C34EBD">
        <w:rPr>
          <w:rFonts w:ascii="Times New Roman" w:eastAsia="Times New Roman" w:hAnsi="Times New Roman"/>
          <w:color w:val="000000"/>
          <w:sz w:val="24"/>
          <w:lang w:val="ru-RU"/>
        </w:rPr>
        <w:t>– составлять устное высказывание (2–3 предложения) на заданную тему по образцу (на основе прочитанного или прослушанного произведения);</w:t>
      </w:r>
      <w:r w:rsidRPr="00C34EBD">
        <w:rPr>
          <w:lang w:val="ru-RU"/>
        </w:rPr>
        <w:br/>
      </w:r>
      <w:r w:rsidRPr="00C34EBD">
        <w:rPr>
          <w:lang w:val="ru-RU"/>
        </w:rPr>
        <w:tab/>
      </w:r>
      <w:r w:rsidRPr="00C34EBD">
        <w:rPr>
          <w:rFonts w:ascii="Times New Roman" w:eastAsia="Times New Roman" w:hAnsi="Times New Roman"/>
          <w:color w:val="000000"/>
          <w:sz w:val="24"/>
          <w:lang w:val="ru-RU"/>
        </w:rPr>
        <w:t>– анализировать иллюстрации и соотносить их сюжет с соответствующим фрагментом текста или с основной мыслью (чувством, переживанием), выраженной в тексте.</w:t>
      </w:r>
    </w:p>
    <w:p w14:paraId="6E55EDDB" w14:textId="77777777" w:rsidR="004856BE" w:rsidRPr="00C34EBD" w:rsidRDefault="00750296" w:rsidP="00CF4DA6">
      <w:pPr>
        <w:autoSpaceDE w:val="0"/>
        <w:autoSpaceDN w:val="0"/>
        <w:spacing w:before="262" w:after="0" w:line="230" w:lineRule="auto"/>
        <w:jc w:val="center"/>
        <w:rPr>
          <w:lang w:val="ru-RU"/>
        </w:rPr>
      </w:pPr>
      <w:r w:rsidRPr="00C34EBD">
        <w:rPr>
          <w:rFonts w:ascii="Times New Roman" w:eastAsia="Times New Roman" w:hAnsi="Times New Roman"/>
          <w:b/>
          <w:color w:val="000000"/>
          <w:sz w:val="24"/>
          <w:lang w:val="ru-RU"/>
        </w:rPr>
        <w:t>2 КЛАСС</w:t>
      </w:r>
    </w:p>
    <w:p w14:paraId="7192E331" w14:textId="77777777" w:rsidR="004856BE" w:rsidRPr="00C34EBD" w:rsidRDefault="00750296">
      <w:pPr>
        <w:tabs>
          <w:tab w:val="left" w:pos="180"/>
        </w:tabs>
        <w:autoSpaceDE w:val="0"/>
        <w:autoSpaceDN w:val="0"/>
        <w:spacing w:before="166" w:after="0" w:line="288" w:lineRule="auto"/>
        <w:ind w:right="144"/>
        <w:rPr>
          <w:lang w:val="ru-RU"/>
        </w:rPr>
      </w:pPr>
      <w:r w:rsidRPr="00C34EBD">
        <w:rPr>
          <w:lang w:val="ru-RU"/>
        </w:rPr>
        <w:tab/>
      </w:r>
      <w:r w:rsidRPr="00C34EBD">
        <w:rPr>
          <w:rFonts w:ascii="Times New Roman" w:eastAsia="Times New Roman" w:hAnsi="Times New Roman"/>
          <w:color w:val="000000"/>
          <w:sz w:val="24"/>
          <w:lang w:val="ru-RU"/>
        </w:rPr>
        <w:t>Обучающийся научится:</w:t>
      </w:r>
      <w:r w:rsidRPr="00C34EBD">
        <w:rPr>
          <w:lang w:val="ru-RU"/>
        </w:rPr>
        <w:br/>
      </w:r>
      <w:r w:rsidRPr="00C34EBD">
        <w:rPr>
          <w:lang w:val="ru-RU"/>
        </w:rPr>
        <w:tab/>
      </w:r>
      <w:r w:rsidRPr="00C34EBD">
        <w:rPr>
          <w:rFonts w:ascii="Times New Roman" w:eastAsia="Times New Roman" w:hAnsi="Times New Roman"/>
          <w:color w:val="000000"/>
          <w:sz w:val="24"/>
          <w:lang w:val="ru-RU"/>
        </w:rPr>
        <w:t>– читать вслух (владеть техникой осознанного и правильного чтения вслух целыми словами без пропусков и перестановок букв и слогов, с соблюдением при чтении орфоэпических интонационных норм), уметь переходить от чтения вслух к чтению про себя;</w:t>
      </w:r>
      <w:r w:rsidRPr="00C34EBD">
        <w:rPr>
          <w:lang w:val="ru-RU"/>
        </w:rPr>
        <w:br/>
      </w:r>
      <w:r w:rsidRPr="00C34EBD">
        <w:rPr>
          <w:lang w:val="ru-RU"/>
        </w:rPr>
        <w:tab/>
      </w:r>
      <w:r w:rsidRPr="00C34EBD">
        <w:rPr>
          <w:rFonts w:ascii="Times New Roman" w:eastAsia="Times New Roman" w:hAnsi="Times New Roman"/>
          <w:color w:val="000000"/>
          <w:sz w:val="24"/>
          <w:lang w:val="ru-RU"/>
        </w:rPr>
        <w:t>– понимать смысл прочитанных произведений или воспринятых на слух;</w:t>
      </w:r>
      <w:r w:rsidRPr="00C34EBD">
        <w:rPr>
          <w:lang w:val="ru-RU"/>
        </w:rPr>
        <w:br/>
      </w:r>
      <w:r w:rsidRPr="00C34EBD">
        <w:rPr>
          <w:lang w:val="ru-RU"/>
        </w:rPr>
        <w:tab/>
      </w:r>
      <w:r w:rsidRPr="00C34EBD">
        <w:rPr>
          <w:rFonts w:ascii="Times New Roman" w:eastAsia="Times New Roman" w:hAnsi="Times New Roman"/>
          <w:color w:val="000000"/>
          <w:sz w:val="24"/>
          <w:lang w:val="ru-RU"/>
        </w:rPr>
        <w:t xml:space="preserve">– задавать вопросы к фактическому содержанию произведения; участвовать в беседе по </w:t>
      </w:r>
      <w:r w:rsidRPr="00C34EBD">
        <w:rPr>
          <w:lang w:val="ru-RU"/>
        </w:rPr>
        <w:br/>
      </w:r>
      <w:r w:rsidRPr="00C34EBD">
        <w:rPr>
          <w:rFonts w:ascii="Times New Roman" w:eastAsia="Times New Roman" w:hAnsi="Times New Roman"/>
          <w:color w:val="000000"/>
          <w:sz w:val="24"/>
          <w:lang w:val="ru-RU"/>
        </w:rPr>
        <w:t>прочитанному тексту;</w:t>
      </w:r>
      <w:r w:rsidRPr="00C34EBD">
        <w:rPr>
          <w:lang w:val="ru-RU"/>
        </w:rPr>
        <w:br/>
      </w:r>
      <w:r w:rsidRPr="00C34EBD">
        <w:rPr>
          <w:lang w:val="ru-RU"/>
        </w:rPr>
        <w:tab/>
      </w:r>
      <w:r w:rsidRPr="00C34EBD">
        <w:rPr>
          <w:rFonts w:ascii="Times New Roman" w:eastAsia="Times New Roman" w:hAnsi="Times New Roman"/>
          <w:color w:val="000000"/>
          <w:sz w:val="24"/>
          <w:lang w:val="ru-RU"/>
        </w:rPr>
        <w:t>– самостоятельно определять тему и выделять главную мысль произведения;</w:t>
      </w:r>
      <w:r w:rsidRPr="00C34EBD">
        <w:rPr>
          <w:lang w:val="ru-RU"/>
        </w:rPr>
        <w:br/>
      </w:r>
      <w:r w:rsidRPr="00C34EBD">
        <w:rPr>
          <w:lang w:val="ru-RU"/>
        </w:rPr>
        <w:tab/>
      </w:r>
      <w:r w:rsidRPr="00C34EBD">
        <w:rPr>
          <w:rFonts w:ascii="Times New Roman" w:eastAsia="Times New Roman" w:hAnsi="Times New Roman"/>
          <w:color w:val="000000"/>
          <w:sz w:val="24"/>
          <w:lang w:val="ru-RU"/>
        </w:rPr>
        <w:t>– определять хронологическую последовательность событий в произведении;</w:t>
      </w:r>
      <w:r w:rsidRPr="00C34EBD">
        <w:rPr>
          <w:lang w:val="ru-RU"/>
        </w:rPr>
        <w:br/>
      </w:r>
      <w:r w:rsidRPr="00C34EBD">
        <w:rPr>
          <w:lang w:val="ru-RU"/>
        </w:rPr>
        <w:tab/>
      </w:r>
      <w:r w:rsidRPr="00C34EBD">
        <w:rPr>
          <w:rFonts w:ascii="Times New Roman" w:eastAsia="Times New Roman" w:hAnsi="Times New Roman"/>
          <w:color w:val="000000"/>
          <w:sz w:val="24"/>
          <w:lang w:val="ru-RU"/>
        </w:rPr>
        <w:t>– сопоставлять название произведения с его темой (о природе, о сверстниках, о добре, зле и т. д.);</w:t>
      </w:r>
      <w:r w:rsidRPr="00C34EBD">
        <w:rPr>
          <w:lang w:val="ru-RU"/>
        </w:rPr>
        <w:tab/>
      </w:r>
      <w:r w:rsidRPr="00C34EBD">
        <w:rPr>
          <w:rFonts w:ascii="Times New Roman" w:eastAsia="Times New Roman" w:hAnsi="Times New Roman"/>
          <w:color w:val="000000"/>
          <w:sz w:val="24"/>
          <w:lang w:val="ru-RU"/>
        </w:rPr>
        <w:t>– строить короткое монологическое высказывание (краткий и развернутый ответ на вопрос учителя);</w:t>
      </w:r>
      <w:r w:rsidRPr="00C34EBD">
        <w:rPr>
          <w:lang w:val="ru-RU"/>
        </w:rPr>
        <w:br/>
      </w:r>
      <w:r w:rsidRPr="00C34EBD">
        <w:rPr>
          <w:lang w:val="ru-RU"/>
        </w:rPr>
        <w:tab/>
      </w:r>
      <w:r w:rsidRPr="00C34EBD">
        <w:rPr>
          <w:rFonts w:ascii="Times New Roman" w:eastAsia="Times New Roman" w:hAnsi="Times New Roman"/>
          <w:color w:val="000000"/>
          <w:sz w:val="24"/>
          <w:lang w:val="ru-RU"/>
        </w:rPr>
        <w:t>– уметь характеризовать литературного героя, давать оценку его поступкам;</w:t>
      </w:r>
      <w:r w:rsidRPr="00C34EBD">
        <w:rPr>
          <w:lang w:val="ru-RU"/>
        </w:rPr>
        <w:br/>
      </w:r>
      <w:r w:rsidRPr="00C34EBD">
        <w:rPr>
          <w:lang w:val="ru-RU"/>
        </w:rPr>
        <w:tab/>
      </w:r>
      <w:r w:rsidRPr="00C34EBD">
        <w:rPr>
          <w:rFonts w:ascii="Times New Roman" w:eastAsia="Times New Roman" w:hAnsi="Times New Roman"/>
          <w:color w:val="000000"/>
          <w:sz w:val="24"/>
          <w:lang w:val="ru-RU"/>
        </w:rPr>
        <w:t>– читать наизусть 2–3 стихотворения разных авторов;</w:t>
      </w:r>
      <w:r w:rsidRPr="00C34EBD">
        <w:rPr>
          <w:lang w:val="ru-RU"/>
        </w:rPr>
        <w:br/>
      </w:r>
      <w:r w:rsidRPr="00C34EBD">
        <w:rPr>
          <w:lang w:val="ru-RU"/>
        </w:rPr>
        <w:tab/>
      </w:r>
      <w:r w:rsidRPr="00C34EBD">
        <w:rPr>
          <w:rFonts w:ascii="Times New Roman" w:eastAsia="Times New Roman" w:hAnsi="Times New Roman"/>
          <w:color w:val="000000"/>
          <w:sz w:val="24"/>
          <w:lang w:val="ru-RU"/>
        </w:rPr>
        <w:t>– ориентироваться в книге, учебнике, опираясь на ее аппарат (обложку, оглавление, иллюстрации);</w:t>
      </w:r>
      <w:r w:rsidRPr="00C34EBD">
        <w:rPr>
          <w:lang w:val="ru-RU"/>
        </w:rPr>
        <w:tab/>
      </w:r>
      <w:r w:rsidRPr="00C34EBD">
        <w:rPr>
          <w:rFonts w:ascii="Times New Roman" w:eastAsia="Times New Roman" w:hAnsi="Times New Roman"/>
          <w:color w:val="000000"/>
          <w:sz w:val="24"/>
          <w:lang w:val="ru-RU"/>
        </w:rPr>
        <w:t>– различать и называть отдельные жанры фольклора (пословицы и поговорки, загадки);</w:t>
      </w:r>
      <w:r w:rsidRPr="00C34EBD">
        <w:rPr>
          <w:lang w:val="ru-RU"/>
        </w:rPr>
        <w:br/>
      </w:r>
      <w:r w:rsidRPr="00C34EBD">
        <w:rPr>
          <w:lang w:val="ru-RU"/>
        </w:rPr>
        <w:tab/>
      </w:r>
      <w:r w:rsidRPr="00C34EBD">
        <w:rPr>
          <w:rFonts w:ascii="Times New Roman" w:eastAsia="Times New Roman" w:hAnsi="Times New Roman"/>
          <w:color w:val="000000"/>
          <w:sz w:val="24"/>
          <w:lang w:val="ru-RU"/>
        </w:rPr>
        <w:t>– находить в тексте средства художественной выразительности (синонимы, антонимы);</w:t>
      </w:r>
      <w:r w:rsidRPr="00C34EBD">
        <w:rPr>
          <w:lang w:val="ru-RU"/>
        </w:rPr>
        <w:br/>
      </w:r>
      <w:r w:rsidRPr="00C34EBD">
        <w:rPr>
          <w:lang w:val="ru-RU"/>
        </w:rPr>
        <w:tab/>
      </w:r>
      <w:r w:rsidRPr="00C34EBD">
        <w:rPr>
          <w:rFonts w:ascii="Times New Roman" w:eastAsia="Times New Roman" w:hAnsi="Times New Roman"/>
          <w:color w:val="000000"/>
          <w:sz w:val="24"/>
          <w:lang w:val="ru-RU"/>
        </w:rPr>
        <w:t>– читать художественное произведение по ролям;</w:t>
      </w:r>
      <w:r w:rsidRPr="00C34EBD">
        <w:rPr>
          <w:lang w:val="ru-RU"/>
        </w:rPr>
        <w:br/>
      </w:r>
      <w:r w:rsidRPr="00C34EBD">
        <w:rPr>
          <w:lang w:val="ru-RU"/>
        </w:rPr>
        <w:tab/>
      </w:r>
      <w:r w:rsidRPr="00C34EBD">
        <w:rPr>
          <w:rFonts w:ascii="Times New Roman" w:eastAsia="Times New Roman" w:hAnsi="Times New Roman"/>
          <w:color w:val="000000"/>
          <w:sz w:val="24"/>
          <w:lang w:val="ru-RU"/>
        </w:rPr>
        <w:t>– пересказывать текст с изменением лица рассказчика;</w:t>
      </w:r>
      <w:r w:rsidRPr="00C34EBD">
        <w:rPr>
          <w:lang w:val="ru-RU"/>
        </w:rPr>
        <w:br/>
      </w:r>
      <w:r w:rsidRPr="00C34EBD">
        <w:rPr>
          <w:lang w:val="ru-RU"/>
        </w:rPr>
        <w:tab/>
      </w:r>
      <w:r w:rsidRPr="00C34EBD">
        <w:rPr>
          <w:rFonts w:ascii="Times New Roman" w:eastAsia="Times New Roman" w:hAnsi="Times New Roman"/>
          <w:color w:val="000000"/>
          <w:sz w:val="24"/>
          <w:lang w:val="ru-RU"/>
        </w:rPr>
        <w:t>– писать короткие сочинения по личным наблюдениям и впечатлениям.</w:t>
      </w:r>
    </w:p>
    <w:p w14:paraId="2B22B9BA" w14:textId="77777777" w:rsidR="004856BE" w:rsidRPr="00C34EBD" w:rsidRDefault="00750296" w:rsidP="00CF4DA6">
      <w:pPr>
        <w:autoSpaceDE w:val="0"/>
        <w:autoSpaceDN w:val="0"/>
        <w:spacing w:before="262" w:after="0" w:line="230" w:lineRule="auto"/>
        <w:jc w:val="center"/>
        <w:rPr>
          <w:lang w:val="ru-RU"/>
        </w:rPr>
      </w:pPr>
      <w:r w:rsidRPr="00C34EBD">
        <w:rPr>
          <w:rFonts w:ascii="Times New Roman" w:eastAsia="Times New Roman" w:hAnsi="Times New Roman"/>
          <w:b/>
          <w:color w:val="000000"/>
          <w:sz w:val="24"/>
          <w:lang w:val="ru-RU"/>
        </w:rPr>
        <w:t>3 КЛАСС</w:t>
      </w:r>
    </w:p>
    <w:p w14:paraId="6E3BCFD6" w14:textId="77777777" w:rsidR="004856BE" w:rsidRPr="00C34EBD" w:rsidRDefault="00750296">
      <w:pPr>
        <w:tabs>
          <w:tab w:val="left" w:pos="180"/>
        </w:tabs>
        <w:autoSpaceDE w:val="0"/>
        <w:autoSpaceDN w:val="0"/>
        <w:spacing w:before="166" w:after="0" w:line="286" w:lineRule="auto"/>
        <w:rPr>
          <w:lang w:val="ru-RU"/>
        </w:rPr>
      </w:pPr>
      <w:r w:rsidRPr="00C34EBD">
        <w:rPr>
          <w:lang w:val="ru-RU"/>
        </w:rPr>
        <w:tab/>
      </w:r>
      <w:r w:rsidRPr="00C34EBD">
        <w:rPr>
          <w:rFonts w:ascii="Times New Roman" w:eastAsia="Times New Roman" w:hAnsi="Times New Roman"/>
          <w:color w:val="000000"/>
          <w:sz w:val="24"/>
          <w:lang w:val="ru-RU"/>
        </w:rPr>
        <w:t>Обучающийся научится:</w:t>
      </w:r>
      <w:r w:rsidRPr="00C34EBD">
        <w:rPr>
          <w:lang w:val="ru-RU"/>
        </w:rPr>
        <w:br/>
      </w:r>
      <w:r w:rsidRPr="00C34EBD">
        <w:rPr>
          <w:lang w:val="ru-RU"/>
        </w:rPr>
        <w:tab/>
      </w:r>
      <w:r w:rsidRPr="00C34EBD">
        <w:rPr>
          <w:rFonts w:ascii="Times New Roman" w:eastAsia="Times New Roman" w:hAnsi="Times New Roman"/>
          <w:color w:val="000000"/>
          <w:sz w:val="24"/>
          <w:lang w:val="ru-RU"/>
        </w:rPr>
        <w:t>– читать вслух (владеть техникой осознанного чтения про себя и вслух целыми словами с переходом на чтение группами слов без пропусков и перестановок букв и слогов, с соблюдением орфоэпических и интонационных норм);</w:t>
      </w:r>
      <w:r w:rsidRPr="00C34EBD">
        <w:rPr>
          <w:lang w:val="ru-RU"/>
        </w:rPr>
        <w:br/>
      </w:r>
      <w:r w:rsidRPr="00C34EBD">
        <w:rPr>
          <w:lang w:val="ru-RU"/>
        </w:rPr>
        <w:tab/>
      </w:r>
      <w:r w:rsidRPr="00C34EBD">
        <w:rPr>
          <w:rFonts w:ascii="Times New Roman" w:eastAsia="Times New Roman" w:hAnsi="Times New Roman"/>
          <w:color w:val="000000"/>
          <w:sz w:val="24"/>
          <w:lang w:val="ru-RU"/>
        </w:rPr>
        <w:t>– в соответствии с учебной задачей обращаться к разным видам чтения (изучающее, выборочное, ознакомительное);</w:t>
      </w:r>
      <w:r w:rsidRPr="00C34EBD">
        <w:rPr>
          <w:lang w:val="ru-RU"/>
        </w:rPr>
        <w:br/>
      </w:r>
      <w:r w:rsidRPr="00C34EBD">
        <w:rPr>
          <w:lang w:val="ru-RU"/>
        </w:rPr>
        <w:tab/>
      </w:r>
      <w:r w:rsidRPr="00C34EBD">
        <w:rPr>
          <w:rFonts w:ascii="Times New Roman" w:eastAsia="Times New Roman" w:hAnsi="Times New Roman"/>
          <w:color w:val="000000"/>
          <w:sz w:val="24"/>
          <w:lang w:val="ru-RU"/>
        </w:rPr>
        <w:t>– задавать вопросы к прочитанным произведениям, в том числе проблемного характера, участвовать в беседе по прочитанному тексту;</w:t>
      </w:r>
      <w:r w:rsidRPr="00C34EBD">
        <w:rPr>
          <w:lang w:val="ru-RU"/>
        </w:rPr>
        <w:br/>
      </w:r>
      <w:r w:rsidRPr="00C34EBD">
        <w:rPr>
          <w:lang w:val="ru-RU"/>
        </w:rPr>
        <w:tab/>
      </w:r>
      <w:r w:rsidRPr="00C34EBD">
        <w:rPr>
          <w:rFonts w:ascii="Times New Roman" w:eastAsia="Times New Roman" w:hAnsi="Times New Roman"/>
          <w:color w:val="000000"/>
          <w:sz w:val="24"/>
          <w:lang w:val="ru-RU"/>
        </w:rPr>
        <w:t>– определять позицию автора (вместе с учителем);</w:t>
      </w:r>
      <w:r w:rsidRPr="00C34EBD">
        <w:rPr>
          <w:lang w:val="ru-RU"/>
        </w:rPr>
        <w:br/>
      </w:r>
      <w:r w:rsidRPr="00C34EBD">
        <w:rPr>
          <w:lang w:val="ru-RU"/>
        </w:rPr>
        <w:tab/>
      </w:r>
      <w:r w:rsidRPr="00C34EBD">
        <w:rPr>
          <w:rFonts w:ascii="Times New Roman" w:eastAsia="Times New Roman" w:hAnsi="Times New Roman"/>
          <w:color w:val="000000"/>
          <w:sz w:val="24"/>
          <w:lang w:val="ru-RU"/>
        </w:rPr>
        <w:t>– строить устное диалогическое и монологическое высказывание с соблюдением норм татарского</w:t>
      </w:r>
    </w:p>
    <w:p w14:paraId="07A13896" w14:textId="77777777" w:rsidR="004856BE" w:rsidRPr="00C34EBD" w:rsidRDefault="004856BE">
      <w:pPr>
        <w:rPr>
          <w:lang w:val="ru-RU"/>
        </w:rPr>
        <w:sectPr w:rsidR="004856BE" w:rsidRPr="00C34EBD">
          <w:pgSz w:w="11900" w:h="16840"/>
          <w:pgMar w:top="298" w:right="666" w:bottom="308" w:left="666" w:header="720" w:footer="720" w:gutter="0"/>
          <w:cols w:space="720" w:equalWidth="0">
            <w:col w:w="10568" w:space="0"/>
          </w:cols>
          <w:docGrid w:linePitch="360"/>
        </w:sectPr>
      </w:pPr>
    </w:p>
    <w:p w14:paraId="4F047F13" w14:textId="77777777" w:rsidR="004856BE" w:rsidRPr="00C34EBD" w:rsidRDefault="004856BE">
      <w:pPr>
        <w:autoSpaceDE w:val="0"/>
        <w:autoSpaceDN w:val="0"/>
        <w:spacing w:after="78" w:line="220" w:lineRule="exact"/>
        <w:rPr>
          <w:lang w:val="ru-RU"/>
        </w:rPr>
      </w:pPr>
    </w:p>
    <w:p w14:paraId="7A8BD8A9" w14:textId="77777777" w:rsidR="004856BE" w:rsidRPr="00C34EBD" w:rsidRDefault="00750296">
      <w:pPr>
        <w:tabs>
          <w:tab w:val="left" w:pos="180"/>
        </w:tabs>
        <w:autoSpaceDE w:val="0"/>
        <w:autoSpaceDN w:val="0"/>
        <w:spacing w:after="0" w:line="288" w:lineRule="auto"/>
        <w:rPr>
          <w:lang w:val="ru-RU"/>
        </w:rPr>
      </w:pPr>
      <w:r w:rsidRPr="00C34EBD">
        <w:rPr>
          <w:rFonts w:ascii="Times New Roman" w:eastAsia="Times New Roman" w:hAnsi="Times New Roman"/>
          <w:color w:val="000000"/>
          <w:sz w:val="24"/>
          <w:lang w:val="ru-RU"/>
        </w:rPr>
        <w:t>литературного языка;</w:t>
      </w:r>
      <w:r w:rsidRPr="00C34EBD">
        <w:rPr>
          <w:lang w:val="ru-RU"/>
        </w:rPr>
        <w:br/>
      </w:r>
      <w:r w:rsidRPr="00C34EBD">
        <w:rPr>
          <w:lang w:val="ru-RU"/>
        </w:rPr>
        <w:tab/>
      </w:r>
      <w:r w:rsidRPr="00C34EBD">
        <w:rPr>
          <w:rFonts w:ascii="Times New Roman" w:eastAsia="Times New Roman" w:hAnsi="Times New Roman"/>
          <w:color w:val="000000"/>
          <w:sz w:val="24"/>
          <w:lang w:val="ru-RU"/>
        </w:rPr>
        <w:t>– составлять план текста (вопросный, номинативный); пересказывать текст (подробно, выборочно, сжато);</w:t>
      </w:r>
      <w:r w:rsidRPr="00C34EBD">
        <w:rPr>
          <w:lang w:val="ru-RU"/>
        </w:rPr>
        <w:br/>
      </w:r>
      <w:r w:rsidRPr="00C34EBD">
        <w:rPr>
          <w:lang w:val="ru-RU"/>
        </w:rPr>
        <w:tab/>
      </w:r>
      <w:r w:rsidRPr="00C34EBD">
        <w:rPr>
          <w:rFonts w:ascii="Times New Roman" w:eastAsia="Times New Roman" w:hAnsi="Times New Roman"/>
          <w:color w:val="000000"/>
          <w:sz w:val="24"/>
          <w:lang w:val="ru-RU"/>
        </w:rPr>
        <w:t>– читать наизусть 3–4 стихотворения разных авторов;</w:t>
      </w:r>
      <w:r w:rsidRPr="00C34EBD">
        <w:rPr>
          <w:lang w:val="ru-RU"/>
        </w:rPr>
        <w:br/>
      </w:r>
      <w:r w:rsidRPr="00C34EBD">
        <w:rPr>
          <w:lang w:val="ru-RU"/>
        </w:rPr>
        <w:tab/>
      </w:r>
      <w:r w:rsidRPr="00C34EBD">
        <w:rPr>
          <w:rFonts w:ascii="Times New Roman" w:eastAsia="Times New Roman" w:hAnsi="Times New Roman"/>
          <w:color w:val="000000"/>
          <w:sz w:val="24"/>
          <w:lang w:val="ru-RU"/>
        </w:rPr>
        <w:t>– объяснять значение незнакомого слова с опорой на контекст, а также с использованием словарей и других источников информации;</w:t>
      </w:r>
      <w:r w:rsidRPr="00C34EBD">
        <w:rPr>
          <w:lang w:val="ru-RU"/>
        </w:rPr>
        <w:br/>
      </w:r>
      <w:r w:rsidRPr="00C34EBD">
        <w:rPr>
          <w:lang w:val="ru-RU"/>
        </w:rPr>
        <w:tab/>
      </w:r>
      <w:r w:rsidRPr="00C34EBD">
        <w:rPr>
          <w:rFonts w:ascii="Times New Roman" w:eastAsia="Times New Roman" w:hAnsi="Times New Roman"/>
          <w:color w:val="000000"/>
          <w:sz w:val="24"/>
          <w:lang w:val="ru-RU"/>
        </w:rPr>
        <w:t>– приводить примеры произведений художественной литературы и фольклора разных жанров;</w:t>
      </w:r>
      <w:r w:rsidRPr="00C34EBD">
        <w:rPr>
          <w:lang w:val="ru-RU"/>
        </w:rPr>
        <w:tab/>
      </w:r>
      <w:r w:rsidRPr="00C34EBD">
        <w:rPr>
          <w:rFonts w:ascii="Times New Roman" w:eastAsia="Times New Roman" w:hAnsi="Times New Roman"/>
          <w:color w:val="000000"/>
          <w:sz w:val="24"/>
          <w:lang w:val="ru-RU"/>
        </w:rPr>
        <w:t xml:space="preserve">– находить и различать средства художественной выразительности (олицетворение) в </w:t>
      </w:r>
      <w:r w:rsidRPr="00C34EBD">
        <w:rPr>
          <w:lang w:val="ru-RU"/>
        </w:rPr>
        <w:br/>
      </w:r>
      <w:r w:rsidRPr="00C34EBD">
        <w:rPr>
          <w:rFonts w:ascii="Times New Roman" w:eastAsia="Times New Roman" w:hAnsi="Times New Roman"/>
          <w:color w:val="000000"/>
          <w:sz w:val="24"/>
          <w:lang w:val="ru-RU"/>
        </w:rPr>
        <w:t>произведениях устного народного творчества и в авторской литературе;</w:t>
      </w:r>
      <w:r w:rsidRPr="00C34EBD">
        <w:rPr>
          <w:lang w:val="ru-RU"/>
        </w:rPr>
        <w:br/>
      </w:r>
      <w:r w:rsidRPr="00C34EBD">
        <w:rPr>
          <w:lang w:val="ru-RU"/>
        </w:rPr>
        <w:tab/>
      </w:r>
      <w:r w:rsidRPr="00C34EBD">
        <w:rPr>
          <w:rFonts w:ascii="Times New Roman" w:eastAsia="Times New Roman" w:hAnsi="Times New Roman"/>
          <w:color w:val="000000"/>
          <w:sz w:val="24"/>
          <w:lang w:val="ru-RU"/>
        </w:rPr>
        <w:t>– придумывать продолжение прочитанного произведения, сочинять произведения по аналогии с прочитанным;</w:t>
      </w:r>
      <w:r w:rsidRPr="00C34EBD">
        <w:rPr>
          <w:lang w:val="ru-RU"/>
        </w:rPr>
        <w:br/>
      </w:r>
      <w:r w:rsidRPr="00C34EBD">
        <w:rPr>
          <w:lang w:val="ru-RU"/>
        </w:rPr>
        <w:tab/>
      </w:r>
      <w:r w:rsidRPr="00C34EBD">
        <w:rPr>
          <w:rFonts w:ascii="Times New Roman" w:eastAsia="Times New Roman" w:hAnsi="Times New Roman"/>
          <w:color w:val="000000"/>
          <w:sz w:val="24"/>
          <w:lang w:val="ru-RU"/>
        </w:rPr>
        <w:t>– принимать участие в инсценировке (разыгрывании по ролям) крупных диалоговых фрагментов литературных текстов.</w:t>
      </w:r>
    </w:p>
    <w:p w14:paraId="6203C6A6" w14:textId="77777777" w:rsidR="004856BE" w:rsidRPr="00C34EBD" w:rsidRDefault="00750296" w:rsidP="00CF4DA6">
      <w:pPr>
        <w:autoSpaceDE w:val="0"/>
        <w:autoSpaceDN w:val="0"/>
        <w:spacing w:before="262" w:after="0" w:line="230" w:lineRule="auto"/>
        <w:jc w:val="center"/>
        <w:rPr>
          <w:lang w:val="ru-RU"/>
        </w:rPr>
      </w:pPr>
      <w:r w:rsidRPr="00C34EBD">
        <w:rPr>
          <w:rFonts w:ascii="Times New Roman" w:eastAsia="Times New Roman" w:hAnsi="Times New Roman"/>
          <w:b/>
          <w:color w:val="000000"/>
          <w:sz w:val="24"/>
          <w:lang w:val="ru-RU"/>
        </w:rPr>
        <w:t>4 КЛАСС</w:t>
      </w:r>
    </w:p>
    <w:p w14:paraId="45E8C6DD" w14:textId="77777777" w:rsidR="004856BE" w:rsidRPr="00C34EBD" w:rsidRDefault="00750296">
      <w:pPr>
        <w:tabs>
          <w:tab w:val="left" w:pos="180"/>
        </w:tabs>
        <w:autoSpaceDE w:val="0"/>
        <w:autoSpaceDN w:val="0"/>
        <w:spacing w:before="166" w:after="0" w:line="290" w:lineRule="auto"/>
        <w:rPr>
          <w:lang w:val="ru-RU"/>
        </w:rPr>
      </w:pPr>
      <w:r w:rsidRPr="00C34EBD">
        <w:rPr>
          <w:lang w:val="ru-RU"/>
        </w:rPr>
        <w:tab/>
      </w:r>
      <w:r w:rsidRPr="00C34EBD">
        <w:rPr>
          <w:rFonts w:ascii="Times New Roman" w:eastAsia="Times New Roman" w:hAnsi="Times New Roman"/>
          <w:color w:val="000000"/>
          <w:sz w:val="24"/>
          <w:lang w:val="ru-RU"/>
        </w:rPr>
        <w:t>Обучающийся научится:</w:t>
      </w:r>
      <w:r w:rsidRPr="00C34EBD">
        <w:rPr>
          <w:lang w:val="ru-RU"/>
        </w:rPr>
        <w:br/>
      </w:r>
      <w:r w:rsidRPr="00C34EBD">
        <w:rPr>
          <w:lang w:val="ru-RU"/>
        </w:rPr>
        <w:tab/>
      </w:r>
      <w:r w:rsidRPr="00C34EBD">
        <w:rPr>
          <w:rFonts w:ascii="Times New Roman" w:eastAsia="Times New Roman" w:hAnsi="Times New Roman"/>
          <w:color w:val="000000"/>
          <w:sz w:val="24"/>
          <w:lang w:val="ru-RU"/>
        </w:rPr>
        <w:t>– читать про себя (используя технику автоматизированного чтения) и вслух группами слов с соблюдением орфоэпических и интонационных норм;</w:t>
      </w:r>
      <w:r w:rsidRPr="00C34EBD">
        <w:rPr>
          <w:lang w:val="ru-RU"/>
        </w:rPr>
        <w:br/>
      </w:r>
      <w:r w:rsidRPr="00C34EBD">
        <w:rPr>
          <w:lang w:val="ru-RU"/>
        </w:rPr>
        <w:tab/>
      </w:r>
      <w:r w:rsidRPr="00C34EBD">
        <w:rPr>
          <w:rFonts w:ascii="Times New Roman" w:eastAsia="Times New Roman" w:hAnsi="Times New Roman"/>
          <w:color w:val="000000"/>
          <w:sz w:val="24"/>
          <w:lang w:val="ru-RU"/>
        </w:rPr>
        <w:t>– знать содержание изученных литературных произведений, указывать их авторов и названия;</w:t>
      </w:r>
      <w:r w:rsidRPr="00C34EBD">
        <w:rPr>
          <w:lang w:val="ru-RU"/>
        </w:rPr>
        <w:tab/>
      </w:r>
      <w:r w:rsidRPr="00C34EBD">
        <w:rPr>
          <w:rFonts w:ascii="Times New Roman" w:eastAsia="Times New Roman" w:hAnsi="Times New Roman"/>
          <w:color w:val="000000"/>
          <w:sz w:val="24"/>
          <w:lang w:val="ru-RU"/>
        </w:rPr>
        <w:t>– делить текст на смысловые части, составлять план текста и использовать его для пересказа;</w:t>
      </w:r>
      <w:r w:rsidRPr="00C34EBD">
        <w:rPr>
          <w:lang w:val="ru-RU"/>
        </w:rPr>
        <w:tab/>
      </w:r>
      <w:r w:rsidRPr="00C34EBD">
        <w:rPr>
          <w:rFonts w:ascii="Times New Roman" w:eastAsia="Times New Roman" w:hAnsi="Times New Roman"/>
          <w:color w:val="000000"/>
          <w:sz w:val="24"/>
          <w:lang w:val="ru-RU"/>
        </w:rPr>
        <w:t xml:space="preserve">– 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сравнивать характеры героев как внутри одного, так и в нескольких разных </w:t>
      </w:r>
      <w:r w:rsidRPr="00C34EBD">
        <w:rPr>
          <w:lang w:val="ru-RU"/>
        </w:rPr>
        <w:br/>
      </w:r>
      <w:r w:rsidRPr="00C34EBD">
        <w:rPr>
          <w:rFonts w:ascii="Times New Roman" w:eastAsia="Times New Roman" w:hAnsi="Times New Roman"/>
          <w:color w:val="000000"/>
          <w:sz w:val="24"/>
          <w:lang w:val="ru-RU"/>
        </w:rPr>
        <w:t>произведениях, выявлять авторское отношение к герою;</w:t>
      </w:r>
      <w:r w:rsidRPr="00C34EBD">
        <w:rPr>
          <w:lang w:val="ru-RU"/>
        </w:rPr>
        <w:br/>
      </w:r>
      <w:r w:rsidRPr="00C34EBD">
        <w:rPr>
          <w:lang w:val="ru-RU"/>
        </w:rPr>
        <w:tab/>
      </w:r>
      <w:r w:rsidRPr="00C34EBD">
        <w:rPr>
          <w:rFonts w:ascii="Times New Roman" w:eastAsia="Times New Roman" w:hAnsi="Times New Roman"/>
          <w:color w:val="000000"/>
          <w:sz w:val="24"/>
          <w:lang w:val="ru-RU"/>
        </w:rPr>
        <w:t>– читать наизусть 4–5 стихотворений разных авторов;</w:t>
      </w:r>
      <w:r w:rsidRPr="00C34EBD">
        <w:rPr>
          <w:lang w:val="ru-RU"/>
        </w:rPr>
        <w:br/>
      </w:r>
      <w:r w:rsidRPr="00C34EBD">
        <w:rPr>
          <w:lang w:val="ru-RU"/>
        </w:rPr>
        <w:tab/>
      </w:r>
      <w:r w:rsidRPr="00C34EBD">
        <w:rPr>
          <w:rFonts w:ascii="Times New Roman" w:eastAsia="Times New Roman" w:hAnsi="Times New Roman"/>
          <w:color w:val="000000"/>
          <w:sz w:val="24"/>
          <w:lang w:val="ru-RU"/>
        </w:rPr>
        <w:t>– перечислять названия одного-двух детских журналов и пересказывать их основное содержание (на уровне рубрик);</w:t>
      </w:r>
      <w:r w:rsidRPr="00C34EBD">
        <w:rPr>
          <w:lang w:val="ru-RU"/>
        </w:rPr>
        <w:br/>
      </w:r>
      <w:r w:rsidRPr="00C34EBD">
        <w:rPr>
          <w:lang w:val="ru-RU"/>
        </w:rPr>
        <w:tab/>
      </w:r>
      <w:r w:rsidRPr="00C34EBD">
        <w:rPr>
          <w:rFonts w:ascii="Times New Roman" w:eastAsia="Times New Roman" w:hAnsi="Times New Roman"/>
          <w:color w:val="000000"/>
          <w:sz w:val="24"/>
          <w:lang w:val="ru-RU"/>
        </w:rPr>
        <w:t>– ориентироваться в книге по ее элементам (автор, название, титульный лист, страница</w:t>
      </w:r>
      <w:r w:rsidRPr="00C34EBD">
        <w:rPr>
          <w:lang w:val="ru-RU"/>
        </w:rPr>
        <w:br/>
      </w:r>
      <w:r w:rsidRPr="00C34EBD">
        <w:rPr>
          <w:rFonts w:ascii="Times New Roman" w:eastAsia="Times New Roman" w:hAnsi="Times New Roman"/>
          <w:color w:val="000000"/>
          <w:sz w:val="24"/>
          <w:lang w:val="ru-RU"/>
        </w:rPr>
        <w:t>«Содержание» или «Оглавление», аннотация, иллюстрации); делать самостоятельный выбор книг в библиотеке;</w:t>
      </w:r>
      <w:r w:rsidRPr="00C34EBD">
        <w:rPr>
          <w:lang w:val="ru-RU"/>
        </w:rPr>
        <w:br/>
      </w:r>
      <w:r w:rsidRPr="00C34EBD">
        <w:rPr>
          <w:lang w:val="ru-RU"/>
        </w:rPr>
        <w:tab/>
      </w:r>
      <w:r w:rsidRPr="00C34EBD">
        <w:rPr>
          <w:rFonts w:ascii="Times New Roman" w:eastAsia="Times New Roman" w:hAnsi="Times New Roman"/>
          <w:color w:val="000000"/>
          <w:sz w:val="24"/>
          <w:lang w:val="ru-RU"/>
        </w:rPr>
        <w:t>– самостоятельно работать с разными источниками информации (включая различные словари и справочники, в контролируемом пространстве сети Интернет);</w:t>
      </w:r>
      <w:r w:rsidRPr="00C34EBD">
        <w:rPr>
          <w:lang w:val="ru-RU"/>
        </w:rPr>
        <w:br/>
      </w:r>
      <w:r w:rsidRPr="00C34EBD">
        <w:rPr>
          <w:lang w:val="ru-RU"/>
        </w:rPr>
        <w:tab/>
      </w:r>
      <w:r w:rsidRPr="00C34EBD">
        <w:rPr>
          <w:rFonts w:ascii="Times New Roman" w:eastAsia="Times New Roman" w:hAnsi="Times New Roman"/>
          <w:color w:val="000000"/>
          <w:sz w:val="24"/>
          <w:lang w:val="ru-RU"/>
        </w:rPr>
        <w:t>– самостоятельно находить в тексте средства художественной выразительности (сравнения), понимать их роль в произведении;</w:t>
      </w:r>
      <w:r w:rsidRPr="00C34EBD">
        <w:rPr>
          <w:lang w:val="ru-RU"/>
        </w:rPr>
        <w:br/>
      </w:r>
      <w:r w:rsidRPr="00C34EBD">
        <w:rPr>
          <w:lang w:val="ru-RU"/>
        </w:rPr>
        <w:tab/>
      </w:r>
      <w:r w:rsidRPr="00C34EBD">
        <w:rPr>
          <w:rFonts w:ascii="Times New Roman" w:eastAsia="Times New Roman" w:hAnsi="Times New Roman"/>
          <w:color w:val="000000"/>
          <w:sz w:val="24"/>
          <w:lang w:val="ru-RU"/>
        </w:rPr>
        <w:t>– использовать в речи выразительные средства языка для передачи своих чувств, мыслей, оценки прочитанного;</w:t>
      </w:r>
      <w:r w:rsidRPr="00C34EBD">
        <w:rPr>
          <w:lang w:val="ru-RU"/>
        </w:rPr>
        <w:br/>
      </w:r>
      <w:r w:rsidRPr="00C34EBD">
        <w:rPr>
          <w:lang w:val="ru-RU"/>
        </w:rPr>
        <w:tab/>
      </w:r>
      <w:r w:rsidRPr="00C34EBD">
        <w:rPr>
          <w:rFonts w:ascii="Times New Roman" w:eastAsia="Times New Roman" w:hAnsi="Times New Roman"/>
          <w:color w:val="000000"/>
          <w:sz w:val="24"/>
          <w:lang w:val="ru-RU"/>
        </w:rPr>
        <w:t>– создавать собственный текст на основе художественного произведения, по иллюстрациям, на основе личного опыта;</w:t>
      </w:r>
      <w:r w:rsidRPr="00C34EBD">
        <w:rPr>
          <w:lang w:val="ru-RU"/>
        </w:rPr>
        <w:br/>
      </w:r>
      <w:r w:rsidRPr="00C34EBD">
        <w:rPr>
          <w:lang w:val="ru-RU"/>
        </w:rPr>
        <w:tab/>
      </w:r>
      <w:r w:rsidRPr="00C34EBD">
        <w:rPr>
          <w:rFonts w:ascii="Times New Roman" w:eastAsia="Times New Roman" w:hAnsi="Times New Roman"/>
          <w:color w:val="000000"/>
          <w:sz w:val="24"/>
          <w:lang w:val="ru-RU"/>
        </w:rPr>
        <w:t>– выполнять проектные задания с использованием различных источников и способов переработки информации.</w:t>
      </w:r>
    </w:p>
    <w:p w14:paraId="0E21F018" w14:textId="77777777" w:rsidR="004856BE" w:rsidRDefault="004856BE">
      <w:pPr>
        <w:rPr>
          <w:lang w:val="ru-RU"/>
        </w:rPr>
      </w:pPr>
    </w:p>
    <w:p w14:paraId="47047A19" w14:textId="77777777" w:rsidR="00750296" w:rsidRDefault="00750296">
      <w:pPr>
        <w:rPr>
          <w:lang w:val="ru-RU"/>
        </w:rPr>
      </w:pPr>
    </w:p>
    <w:p w14:paraId="11CCDF76" w14:textId="77777777" w:rsidR="00750296" w:rsidRDefault="00750296">
      <w:pPr>
        <w:rPr>
          <w:lang w:val="ru-RU"/>
        </w:rPr>
      </w:pPr>
    </w:p>
    <w:p w14:paraId="7BA56531" w14:textId="77777777" w:rsidR="00750296" w:rsidRDefault="00750296">
      <w:pPr>
        <w:rPr>
          <w:lang w:val="ru-RU"/>
        </w:rPr>
      </w:pPr>
    </w:p>
    <w:p w14:paraId="1327F2E7" w14:textId="77777777" w:rsidR="00750296" w:rsidRPr="008D55FF" w:rsidRDefault="00750296" w:rsidP="00750296">
      <w:pPr>
        <w:spacing w:after="0" w:line="240" w:lineRule="auto"/>
        <w:ind w:firstLine="283"/>
        <w:jc w:val="center"/>
        <w:rPr>
          <w:rFonts w:ascii="Times New Roman" w:hAnsi="Times New Roman"/>
          <w:b/>
          <w:bCs/>
          <w:iCs/>
          <w:sz w:val="24"/>
          <w:szCs w:val="24"/>
        </w:rPr>
      </w:pPr>
      <w:proofErr w:type="spellStart"/>
      <w:r w:rsidRPr="008D55FF">
        <w:rPr>
          <w:rFonts w:ascii="Times New Roman" w:hAnsi="Times New Roman"/>
          <w:b/>
          <w:bCs/>
          <w:iCs/>
          <w:sz w:val="24"/>
          <w:szCs w:val="24"/>
        </w:rPr>
        <w:t>Тематическое</w:t>
      </w:r>
      <w:proofErr w:type="spellEnd"/>
      <w:r w:rsidRPr="008D55FF">
        <w:rPr>
          <w:rFonts w:ascii="Times New Roman" w:hAnsi="Times New Roman"/>
          <w:b/>
          <w:bCs/>
          <w:iCs/>
          <w:sz w:val="24"/>
          <w:szCs w:val="24"/>
        </w:rPr>
        <w:t xml:space="preserve"> </w:t>
      </w:r>
      <w:proofErr w:type="spellStart"/>
      <w:r w:rsidRPr="008D55FF">
        <w:rPr>
          <w:rFonts w:ascii="Times New Roman" w:hAnsi="Times New Roman"/>
          <w:b/>
          <w:bCs/>
          <w:iCs/>
          <w:sz w:val="24"/>
          <w:szCs w:val="24"/>
        </w:rPr>
        <w:t>планирование</w:t>
      </w:r>
      <w:proofErr w:type="spellEnd"/>
    </w:p>
    <w:p w14:paraId="7E9E432F" w14:textId="77777777" w:rsidR="00750296" w:rsidRPr="008D55FF" w:rsidRDefault="00750296" w:rsidP="00750296">
      <w:pPr>
        <w:spacing w:after="0" w:line="240" w:lineRule="auto"/>
        <w:ind w:firstLine="283"/>
        <w:jc w:val="center"/>
        <w:rPr>
          <w:rFonts w:ascii="Times New Roman" w:hAnsi="Times New Roman"/>
          <w:b/>
          <w:bCs/>
          <w:iCs/>
          <w:sz w:val="24"/>
          <w:szCs w:val="24"/>
        </w:rPr>
      </w:pPr>
      <w:r w:rsidRPr="008D55FF">
        <w:rPr>
          <w:rFonts w:ascii="Times New Roman" w:hAnsi="Times New Roman"/>
          <w:b/>
          <w:bCs/>
          <w:iCs/>
          <w:sz w:val="24"/>
          <w:szCs w:val="24"/>
        </w:rPr>
        <w:t xml:space="preserve">1 </w:t>
      </w:r>
      <w:proofErr w:type="spellStart"/>
      <w:r w:rsidRPr="008D55FF">
        <w:rPr>
          <w:rFonts w:ascii="Times New Roman" w:hAnsi="Times New Roman"/>
          <w:b/>
          <w:bCs/>
          <w:iCs/>
          <w:sz w:val="24"/>
          <w:szCs w:val="24"/>
        </w:rPr>
        <w:t>класс</w:t>
      </w:r>
      <w:proofErr w:type="spellEnd"/>
    </w:p>
    <w:tbl>
      <w:tblPr>
        <w:tblW w:w="0" w:type="auto"/>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2"/>
        <w:gridCol w:w="5136"/>
        <w:gridCol w:w="1076"/>
        <w:gridCol w:w="3328"/>
      </w:tblGrid>
      <w:tr w:rsidR="00750296" w:rsidRPr="005F41F7" w14:paraId="3D40EC42" w14:textId="77777777" w:rsidTr="007076F4">
        <w:tc>
          <w:tcPr>
            <w:tcW w:w="642" w:type="dxa"/>
            <w:shd w:val="clear" w:color="auto" w:fill="auto"/>
          </w:tcPr>
          <w:p w14:paraId="188455EB" w14:textId="77777777" w:rsidR="00750296" w:rsidRPr="005F41F7" w:rsidRDefault="00750296" w:rsidP="00750296">
            <w:pPr>
              <w:spacing w:after="0" w:line="240" w:lineRule="auto"/>
              <w:jc w:val="center"/>
              <w:rPr>
                <w:rFonts w:ascii="Times New Roman" w:hAnsi="Times New Roman"/>
                <w:i/>
                <w:sz w:val="24"/>
                <w:szCs w:val="24"/>
              </w:rPr>
            </w:pPr>
            <w:r w:rsidRPr="005F41F7">
              <w:rPr>
                <w:rFonts w:ascii="Times New Roman" w:hAnsi="Times New Roman"/>
                <w:b/>
                <w:w w:val="97"/>
                <w:sz w:val="24"/>
                <w:szCs w:val="24"/>
              </w:rPr>
              <w:t>№</w:t>
            </w:r>
            <w:r w:rsidRPr="005F41F7">
              <w:rPr>
                <w:rFonts w:ascii="Times New Roman" w:hAnsi="Times New Roman"/>
                <w:sz w:val="24"/>
                <w:szCs w:val="24"/>
              </w:rPr>
              <w:br/>
            </w:r>
            <w:r w:rsidRPr="005F41F7">
              <w:rPr>
                <w:rFonts w:ascii="Times New Roman" w:hAnsi="Times New Roman"/>
                <w:b/>
                <w:w w:val="97"/>
                <w:sz w:val="24"/>
                <w:szCs w:val="24"/>
              </w:rPr>
              <w:t>п/п</w:t>
            </w:r>
          </w:p>
        </w:tc>
        <w:tc>
          <w:tcPr>
            <w:tcW w:w="5136" w:type="dxa"/>
            <w:shd w:val="clear" w:color="auto" w:fill="auto"/>
          </w:tcPr>
          <w:p w14:paraId="27E0C4F5" w14:textId="77777777" w:rsidR="00750296" w:rsidRPr="00750296" w:rsidRDefault="00750296" w:rsidP="00750296">
            <w:pPr>
              <w:spacing w:after="0" w:line="240" w:lineRule="auto"/>
              <w:jc w:val="center"/>
              <w:rPr>
                <w:rFonts w:ascii="Times New Roman" w:hAnsi="Times New Roman"/>
                <w:i/>
                <w:sz w:val="24"/>
                <w:szCs w:val="24"/>
                <w:lang w:val="ru-RU"/>
              </w:rPr>
            </w:pPr>
            <w:r w:rsidRPr="00750296">
              <w:rPr>
                <w:rFonts w:ascii="Times New Roman" w:hAnsi="Times New Roman"/>
                <w:b/>
                <w:w w:val="97"/>
                <w:sz w:val="24"/>
                <w:szCs w:val="24"/>
                <w:lang w:val="ru-RU"/>
              </w:rPr>
              <w:t>Наименование разделов и тем программы</w:t>
            </w:r>
          </w:p>
        </w:tc>
        <w:tc>
          <w:tcPr>
            <w:tcW w:w="1076" w:type="dxa"/>
            <w:shd w:val="clear" w:color="auto" w:fill="auto"/>
          </w:tcPr>
          <w:p w14:paraId="74F0A166" w14:textId="77777777" w:rsidR="00750296" w:rsidRPr="005F41F7" w:rsidRDefault="00750296" w:rsidP="00750296">
            <w:pPr>
              <w:spacing w:after="0" w:line="240" w:lineRule="auto"/>
              <w:jc w:val="center"/>
              <w:rPr>
                <w:rFonts w:ascii="Times New Roman" w:hAnsi="Times New Roman"/>
                <w:i/>
                <w:sz w:val="24"/>
                <w:szCs w:val="24"/>
              </w:rPr>
            </w:pPr>
            <w:proofErr w:type="spellStart"/>
            <w:r w:rsidRPr="005F41F7">
              <w:rPr>
                <w:rFonts w:ascii="Times New Roman" w:hAnsi="Times New Roman"/>
                <w:b/>
                <w:w w:val="97"/>
                <w:sz w:val="24"/>
                <w:szCs w:val="24"/>
              </w:rPr>
              <w:t>Кол-во</w:t>
            </w:r>
            <w:proofErr w:type="spellEnd"/>
            <w:r w:rsidRPr="005F41F7">
              <w:rPr>
                <w:rFonts w:ascii="Times New Roman" w:hAnsi="Times New Roman"/>
                <w:b/>
                <w:w w:val="97"/>
                <w:sz w:val="24"/>
                <w:szCs w:val="24"/>
              </w:rPr>
              <w:t xml:space="preserve"> </w:t>
            </w:r>
            <w:proofErr w:type="spellStart"/>
            <w:r w:rsidRPr="005F41F7">
              <w:rPr>
                <w:rFonts w:ascii="Times New Roman" w:hAnsi="Times New Roman"/>
                <w:b/>
                <w:w w:val="97"/>
                <w:sz w:val="24"/>
                <w:szCs w:val="24"/>
              </w:rPr>
              <w:t>часов</w:t>
            </w:r>
            <w:proofErr w:type="spellEnd"/>
          </w:p>
        </w:tc>
        <w:tc>
          <w:tcPr>
            <w:tcW w:w="3328" w:type="dxa"/>
            <w:shd w:val="clear" w:color="auto" w:fill="auto"/>
          </w:tcPr>
          <w:p w14:paraId="4E6CC150" w14:textId="14C20E4E" w:rsidR="00750296" w:rsidRPr="005F41F7" w:rsidRDefault="00750296" w:rsidP="00750296">
            <w:pPr>
              <w:spacing w:after="0" w:line="240" w:lineRule="auto"/>
              <w:jc w:val="center"/>
              <w:rPr>
                <w:rFonts w:ascii="Times New Roman" w:hAnsi="Times New Roman"/>
                <w:i/>
                <w:sz w:val="24"/>
                <w:szCs w:val="24"/>
              </w:rPr>
            </w:pPr>
            <w:proofErr w:type="spellStart"/>
            <w:r w:rsidRPr="005F41F7">
              <w:rPr>
                <w:rFonts w:ascii="Times New Roman" w:hAnsi="Times New Roman"/>
                <w:b/>
                <w:w w:val="97"/>
                <w:sz w:val="24"/>
                <w:szCs w:val="24"/>
              </w:rPr>
              <w:t>Электронные</w:t>
            </w:r>
            <w:proofErr w:type="spellEnd"/>
            <w:r w:rsidRPr="005F41F7">
              <w:rPr>
                <w:rFonts w:ascii="Times New Roman" w:hAnsi="Times New Roman"/>
                <w:b/>
                <w:w w:val="97"/>
                <w:sz w:val="24"/>
                <w:szCs w:val="24"/>
              </w:rPr>
              <w:t xml:space="preserve"> (</w:t>
            </w:r>
            <w:proofErr w:type="spellStart"/>
            <w:r w:rsidRPr="005F41F7">
              <w:rPr>
                <w:rFonts w:ascii="Times New Roman" w:hAnsi="Times New Roman"/>
                <w:b/>
                <w:w w:val="97"/>
                <w:sz w:val="24"/>
                <w:szCs w:val="24"/>
              </w:rPr>
              <w:t>цифровые</w:t>
            </w:r>
            <w:proofErr w:type="spellEnd"/>
            <w:r w:rsidRPr="005F41F7">
              <w:rPr>
                <w:rFonts w:ascii="Times New Roman" w:hAnsi="Times New Roman"/>
                <w:b/>
                <w:w w:val="97"/>
                <w:sz w:val="24"/>
                <w:szCs w:val="24"/>
              </w:rPr>
              <w:t xml:space="preserve">) </w:t>
            </w:r>
            <w:r w:rsidRPr="005F41F7">
              <w:rPr>
                <w:rFonts w:ascii="Times New Roman" w:hAnsi="Times New Roman"/>
                <w:sz w:val="24"/>
                <w:szCs w:val="24"/>
              </w:rPr>
              <w:br/>
            </w:r>
            <w:proofErr w:type="spellStart"/>
            <w:r w:rsidRPr="005F41F7">
              <w:rPr>
                <w:rFonts w:ascii="Times New Roman" w:hAnsi="Times New Roman"/>
                <w:b/>
                <w:w w:val="97"/>
                <w:sz w:val="24"/>
                <w:szCs w:val="24"/>
              </w:rPr>
              <w:t>образовательные</w:t>
            </w:r>
            <w:proofErr w:type="spellEnd"/>
            <w:r w:rsidRPr="005F41F7">
              <w:rPr>
                <w:rFonts w:ascii="Times New Roman" w:hAnsi="Times New Roman"/>
                <w:b/>
                <w:w w:val="97"/>
                <w:sz w:val="24"/>
                <w:szCs w:val="24"/>
              </w:rPr>
              <w:t xml:space="preserve"> </w:t>
            </w:r>
            <w:proofErr w:type="spellStart"/>
            <w:r w:rsidRPr="005F41F7">
              <w:rPr>
                <w:rFonts w:ascii="Times New Roman" w:hAnsi="Times New Roman"/>
                <w:b/>
                <w:w w:val="97"/>
                <w:sz w:val="24"/>
                <w:szCs w:val="24"/>
              </w:rPr>
              <w:t>ресурсы</w:t>
            </w:r>
            <w:proofErr w:type="spellEnd"/>
          </w:p>
        </w:tc>
      </w:tr>
      <w:tr w:rsidR="00750296" w:rsidRPr="005F41F7" w14:paraId="51FB8281" w14:textId="77777777" w:rsidTr="007076F4">
        <w:tc>
          <w:tcPr>
            <w:tcW w:w="10182" w:type="dxa"/>
            <w:gridSpan w:val="4"/>
            <w:shd w:val="clear" w:color="auto" w:fill="auto"/>
          </w:tcPr>
          <w:p w14:paraId="6E306765" w14:textId="0F4D1BB9" w:rsidR="00492383" w:rsidRPr="00492383" w:rsidRDefault="00492383" w:rsidP="00CF4DA6">
            <w:pPr>
              <w:spacing w:after="0" w:line="240" w:lineRule="auto"/>
              <w:jc w:val="center"/>
              <w:rPr>
                <w:rFonts w:ascii="Times New Roman" w:hAnsi="Times New Roman"/>
                <w:b/>
                <w:sz w:val="24"/>
                <w:szCs w:val="24"/>
                <w:lang w:val="ru-RU"/>
              </w:rPr>
            </w:pPr>
            <w:proofErr w:type="spellStart"/>
            <w:r w:rsidRPr="00492383">
              <w:rPr>
                <w:rFonts w:ascii="Times New Roman" w:hAnsi="Times New Roman"/>
                <w:b/>
                <w:sz w:val="24"/>
                <w:szCs w:val="24"/>
              </w:rPr>
              <w:t>Раздел</w:t>
            </w:r>
            <w:proofErr w:type="spellEnd"/>
            <w:r w:rsidRPr="00492383">
              <w:rPr>
                <w:rFonts w:ascii="Times New Roman" w:hAnsi="Times New Roman"/>
                <w:b/>
                <w:sz w:val="24"/>
                <w:szCs w:val="24"/>
              </w:rPr>
              <w:t xml:space="preserve"> 1. </w:t>
            </w:r>
            <w:proofErr w:type="spellStart"/>
            <w:r w:rsidRPr="00492383">
              <w:rPr>
                <w:rFonts w:ascii="Times New Roman" w:hAnsi="Times New Roman"/>
                <w:b/>
                <w:sz w:val="24"/>
                <w:szCs w:val="24"/>
              </w:rPr>
              <w:t>Обучение</w:t>
            </w:r>
            <w:proofErr w:type="spellEnd"/>
            <w:r w:rsidRPr="00492383">
              <w:rPr>
                <w:rFonts w:ascii="Times New Roman" w:hAnsi="Times New Roman"/>
                <w:b/>
                <w:sz w:val="24"/>
                <w:szCs w:val="24"/>
              </w:rPr>
              <w:t xml:space="preserve"> </w:t>
            </w:r>
            <w:proofErr w:type="spellStart"/>
            <w:r w:rsidRPr="00492383">
              <w:rPr>
                <w:rFonts w:ascii="Times New Roman" w:hAnsi="Times New Roman"/>
                <w:b/>
                <w:sz w:val="24"/>
                <w:szCs w:val="24"/>
              </w:rPr>
              <w:t>грамоте</w:t>
            </w:r>
            <w:proofErr w:type="spellEnd"/>
            <w:r>
              <w:rPr>
                <w:rFonts w:ascii="Times New Roman" w:hAnsi="Times New Roman"/>
                <w:b/>
                <w:sz w:val="24"/>
                <w:szCs w:val="24"/>
                <w:lang w:val="ru-RU"/>
              </w:rPr>
              <w:t xml:space="preserve"> – 16 ч.</w:t>
            </w:r>
          </w:p>
        </w:tc>
      </w:tr>
      <w:tr w:rsidR="007076F4" w:rsidRPr="00492383" w14:paraId="20019B9A" w14:textId="77777777" w:rsidTr="007076F4">
        <w:tc>
          <w:tcPr>
            <w:tcW w:w="642" w:type="dxa"/>
            <w:shd w:val="clear" w:color="auto" w:fill="auto"/>
          </w:tcPr>
          <w:p w14:paraId="38CA6F99" w14:textId="77777777" w:rsidR="007076F4" w:rsidRPr="00492383" w:rsidRDefault="007076F4" w:rsidP="00750296">
            <w:pPr>
              <w:spacing w:after="0" w:line="240" w:lineRule="auto"/>
              <w:jc w:val="center"/>
              <w:rPr>
                <w:rFonts w:ascii="Times New Roman" w:hAnsi="Times New Roman" w:cs="Times New Roman"/>
                <w:iCs/>
                <w:sz w:val="24"/>
                <w:szCs w:val="24"/>
              </w:rPr>
            </w:pPr>
            <w:r w:rsidRPr="00492383">
              <w:rPr>
                <w:rFonts w:ascii="Times New Roman" w:hAnsi="Times New Roman" w:cs="Times New Roman"/>
                <w:iCs/>
                <w:sz w:val="24"/>
                <w:szCs w:val="24"/>
              </w:rPr>
              <w:t>1</w:t>
            </w:r>
          </w:p>
        </w:tc>
        <w:tc>
          <w:tcPr>
            <w:tcW w:w="5136" w:type="dxa"/>
            <w:shd w:val="clear" w:color="auto" w:fill="auto"/>
          </w:tcPr>
          <w:p w14:paraId="4928072A" w14:textId="77777777" w:rsidR="007076F4" w:rsidRPr="00492383" w:rsidRDefault="007076F4" w:rsidP="00B3096C">
            <w:pPr>
              <w:rPr>
                <w:rFonts w:ascii="Times New Roman" w:hAnsi="Times New Roman" w:cs="Times New Roman"/>
                <w:sz w:val="24"/>
                <w:szCs w:val="24"/>
              </w:rPr>
            </w:pPr>
            <w:proofErr w:type="spellStart"/>
            <w:r w:rsidRPr="00492383">
              <w:rPr>
                <w:rFonts w:ascii="Times New Roman" w:hAnsi="Times New Roman" w:cs="Times New Roman"/>
                <w:sz w:val="24"/>
                <w:szCs w:val="24"/>
              </w:rPr>
              <w:t>Развитие</w:t>
            </w:r>
            <w:proofErr w:type="spellEnd"/>
            <w:r w:rsidRPr="00492383">
              <w:rPr>
                <w:rFonts w:ascii="Times New Roman" w:hAnsi="Times New Roman" w:cs="Times New Roman"/>
                <w:sz w:val="24"/>
                <w:szCs w:val="24"/>
              </w:rPr>
              <w:t xml:space="preserve"> </w:t>
            </w:r>
            <w:proofErr w:type="spellStart"/>
            <w:r w:rsidRPr="00492383">
              <w:rPr>
                <w:rFonts w:ascii="Times New Roman" w:hAnsi="Times New Roman" w:cs="Times New Roman"/>
                <w:sz w:val="24"/>
                <w:szCs w:val="24"/>
              </w:rPr>
              <w:t>речи</w:t>
            </w:r>
            <w:proofErr w:type="spellEnd"/>
          </w:p>
        </w:tc>
        <w:tc>
          <w:tcPr>
            <w:tcW w:w="1076" w:type="dxa"/>
            <w:shd w:val="clear" w:color="auto" w:fill="auto"/>
          </w:tcPr>
          <w:p w14:paraId="1FA7B425" w14:textId="77777777" w:rsidR="007076F4" w:rsidRPr="00492383" w:rsidRDefault="007076F4" w:rsidP="00492383">
            <w:pPr>
              <w:autoSpaceDE w:val="0"/>
              <w:autoSpaceDN w:val="0"/>
              <w:spacing w:before="76" w:after="0" w:line="232" w:lineRule="auto"/>
              <w:ind w:left="74"/>
              <w:jc w:val="center"/>
              <w:rPr>
                <w:sz w:val="24"/>
                <w:szCs w:val="24"/>
              </w:rPr>
            </w:pPr>
            <w:r w:rsidRPr="00492383">
              <w:rPr>
                <w:rFonts w:ascii="Times New Roman" w:eastAsia="Times New Roman" w:hAnsi="Times New Roman"/>
                <w:color w:val="000000"/>
                <w:w w:val="97"/>
                <w:sz w:val="24"/>
                <w:szCs w:val="24"/>
              </w:rPr>
              <w:t>4</w:t>
            </w:r>
          </w:p>
        </w:tc>
        <w:tc>
          <w:tcPr>
            <w:tcW w:w="3328" w:type="dxa"/>
            <w:shd w:val="clear" w:color="auto" w:fill="auto"/>
          </w:tcPr>
          <w:p w14:paraId="7FB6B9C4" w14:textId="77777777" w:rsidR="007076F4" w:rsidRDefault="007076F4" w:rsidP="00CF4DA6">
            <w:pPr>
              <w:spacing w:after="0"/>
            </w:pPr>
            <w:r w:rsidRPr="00540BF5">
              <w:t xml:space="preserve">http://tatar.com.ru/fonetika.php http://tatar.com.ru </w:t>
            </w:r>
            <w:proofErr w:type="spellStart"/>
            <w:r w:rsidRPr="00540BF5">
              <w:t>Шигърият.ру</w:t>
            </w:r>
            <w:proofErr w:type="spellEnd"/>
            <w:r w:rsidRPr="00540BF5">
              <w:t>. http://www.tatknigafund.ru http://www.belem.ru/ http://tatar.moy.su</w:t>
            </w:r>
          </w:p>
        </w:tc>
      </w:tr>
      <w:tr w:rsidR="007076F4" w:rsidRPr="00492383" w14:paraId="78057B74" w14:textId="77777777" w:rsidTr="007076F4">
        <w:tc>
          <w:tcPr>
            <w:tcW w:w="642" w:type="dxa"/>
            <w:shd w:val="clear" w:color="auto" w:fill="auto"/>
          </w:tcPr>
          <w:p w14:paraId="78BB1F1C" w14:textId="77777777" w:rsidR="007076F4" w:rsidRPr="00492383" w:rsidRDefault="007076F4" w:rsidP="00750296">
            <w:pPr>
              <w:spacing w:after="0" w:line="240" w:lineRule="auto"/>
              <w:jc w:val="center"/>
              <w:rPr>
                <w:rFonts w:ascii="Times New Roman" w:hAnsi="Times New Roman" w:cs="Times New Roman"/>
                <w:iCs/>
                <w:sz w:val="24"/>
                <w:szCs w:val="24"/>
                <w:lang w:val="ru-RU"/>
              </w:rPr>
            </w:pPr>
            <w:r w:rsidRPr="00492383">
              <w:rPr>
                <w:rFonts w:ascii="Times New Roman" w:hAnsi="Times New Roman" w:cs="Times New Roman"/>
                <w:iCs/>
                <w:sz w:val="24"/>
                <w:szCs w:val="24"/>
                <w:lang w:val="ru-RU"/>
              </w:rPr>
              <w:t>2</w:t>
            </w:r>
          </w:p>
        </w:tc>
        <w:tc>
          <w:tcPr>
            <w:tcW w:w="5136" w:type="dxa"/>
            <w:shd w:val="clear" w:color="auto" w:fill="auto"/>
          </w:tcPr>
          <w:p w14:paraId="3DA56FE8" w14:textId="77777777" w:rsidR="007076F4" w:rsidRPr="00492383" w:rsidRDefault="007076F4" w:rsidP="00B3096C">
            <w:pPr>
              <w:rPr>
                <w:rFonts w:ascii="Times New Roman" w:hAnsi="Times New Roman" w:cs="Times New Roman"/>
                <w:sz w:val="24"/>
                <w:szCs w:val="24"/>
              </w:rPr>
            </w:pPr>
            <w:proofErr w:type="spellStart"/>
            <w:r w:rsidRPr="00492383">
              <w:rPr>
                <w:rFonts w:ascii="Times New Roman" w:hAnsi="Times New Roman" w:cs="Times New Roman"/>
                <w:sz w:val="24"/>
                <w:szCs w:val="24"/>
              </w:rPr>
              <w:t>Слово</w:t>
            </w:r>
            <w:proofErr w:type="spellEnd"/>
            <w:r w:rsidRPr="00492383">
              <w:rPr>
                <w:rFonts w:ascii="Times New Roman" w:hAnsi="Times New Roman" w:cs="Times New Roman"/>
                <w:sz w:val="24"/>
                <w:szCs w:val="24"/>
              </w:rPr>
              <w:t xml:space="preserve"> и </w:t>
            </w:r>
            <w:proofErr w:type="spellStart"/>
            <w:r w:rsidRPr="00492383">
              <w:rPr>
                <w:rFonts w:ascii="Times New Roman" w:hAnsi="Times New Roman" w:cs="Times New Roman"/>
                <w:sz w:val="24"/>
                <w:szCs w:val="24"/>
              </w:rPr>
              <w:t>предложение</w:t>
            </w:r>
            <w:proofErr w:type="spellEnd"/>
          </w:p>
        </w:tc>
        <w:tc>
          <w:tcPr>
            <w:tcW w:w="1076" w:type="dxa"/>
            <w:shd w:val="clear" w:color="auto" w:fill="auto"/>
          </w:tcPr>
          <w:p w14:paraId="0EC2DF24" w14:textId="77777777" w:rsidR="007076F4" w:rsidRPr="00492383" w:rsidRDefault="007076F4" w:rsidP="00492383">
            <w:pPr>
              <w:autoSpaceDE w:val="0"/>
              <w:autoSpaceDN w:val="0"/>
              <w:spacing w:before="76" w:after="0" w:line="232" w:lineRule="auto"/>
              <w:ind w:left="74"/>
              <w:jc w:val="center"/>
              <w:rPr>
                <w:sz w:val="24"/>
                <w:szCs w:val="24"/>
              </w:rPr>
            </w:pPr>
            <w:r w:rsidRPr="00492383">
              <w:rPr>
                <w:rFonts w:ascii="Times New Roman" w:eastAsia="Times New Roman" w:hAnsi="Times New Roman"/>
                <w:color w:val="000000"/>
                <w:w w:val="97"/>
                <w:sz w:val="24"/>
                <w:szCs w:val="24"/>
              </w:rPr>
              <w:t>2</w:t>
            </w:r>
          </w:p>
        </w:tc>
        <w:tc>
          <w:tcPr>
            <w:tcW w:w="3328" w:type="dxa"/>
            <w:shd w:val="clear" w:color="auto" w:fill="auto"/>
          </w:tcPr>
          <w:p w14:paraId="64F722F8" w14:textId="77777777" w:rsidR="007076F4" w:rsidRDefault="007076F4" w:rsidP="00CF4DA6">
            <w:pPr>
              <w:spacing w:after="0"/>
            </w:pPr>
            <w:r w:rsidRPr="00540BF5">
              <w:t xml:space="preserve">http://tatar.com.ru/fonetika.php http://tatar.com.ru </w:t>
            </w:r>
            <w:proofErr w:type="spellStart"/>
            <w:r w:rsidRPr="00540BF5">
              <w:t>Шигърият.ру</w:t>
            </w:r>
            <w:proofErr w:type="spellEnd"/>
            <w:r w:rsidRPr="00540BF5">
              <w:t>. http://www.tatknigafund.ru http://www.belem.ru/ http://tatar.moy.su</w:t>
            </w:r>
          </w:p>
        </w:tc>
      </w:tr>
      <w:tr w:rsidR="007076F4" w:rsidRPr="00492383" w14:paraId="602473E7" w14:textId="77777777" w:rsidTr="007076F4">
        <w:tc>
          <w:tcPr>
            <w:tcW w:w="642" w:type="dxa"/>
            <w:shd w:val="clear" w:color="auto" w:fill="auto"/>
          </w:tcPr>
          <w:p w14:paraId="055DF88C" w14:textId="77777777" w:rsidR="007076F4" w:rsidRPr="00492383" w:rsidRDefault="007076F4" w:rsidP="00750296">
            <w:pPr>
              <w:spacing w:after="0" w:line="240" w:lineRule="auto"/>
              <w:jc w:val="center"/>
              <w:rPr>
                <w:rFonts w:ascii="Times New Roman" w:hAnsi="Times New Roman" w:cs="Times New Roman"/>
                <w:iCs/>
                <w:sz w:val="24"/>
                <w:szCs w:val="24"/>
                <w:lang w:val="ru-RU"/>
              </w:rPr>
            </w:pPr>
            <w:r w:rsidRPr="00492383">
              <w:rPr>
                <w:rFonts w:ascii="Times New Roman" w:hAnsi="Times New Roman" w:cs="Times New Roman"/>
                <w:iCs/>
                <w:sz w:val="24"/>
                <w:szCs w:val="24"/>
                <w:lang w:val="ru-RU"/>
              </w:rPr>
              <w:t>3</w:t>
            </w:r>
          </w:p>
        </w:tc>
        <w:tc>
          <w:tcPr>
            <w:tcW w:w="5136" w:type="dxa"/>
            <w:shd w:val="clear" w:color="auto" w:fill="auto"/>
          </w:tcPr>
          <w:p w14:paraId="0114B974" w14:textId="77777777" w:rsidR="007076F4" w:rsidRPr="00492383" w:rsidRDefault="007076F4" w:rsidP="00B3096C">
            <w:pPr>
              <w:rPr>
                <w:rFonts w:ascii="Times New Roman" w:hAnsi="Times New Roman" w:cs="Times New Roman"/>
                <w:sz w:val="24"/>
                <w:szCs w:val="24"/>
              </w:rPr>
            </w:pPr>
            <w:proofErr w:type="spellStart"/>
            <w:r w:rsidRPr="00492383">
              <w:rPr>
                <w:rFonts w:ascii="Times New Roman" w:hAnsi="Times New Roman" w:cs="Times New Roman"/>
                <w:sz w:val="24"/>
                <w:szCs w:val="24"/>
              </w:rPr>
              <w:t>Чтение</w:t>
            </w:r>
            <w:proofErr w:type="spellEnd"/>
          </w:p>
        </w:tc>
        <w:tc>
          <w:tcPr>
            <w:tcW w:w="1076" w:type="dxa"/>
            <w:shd w:val="clear" w:color="auto" w:fill="auto"/>
          </w:tcPr>
          <w:p w14:paraId="131B3929" w14:textId="77777777" w:rsidR="007076F4" w:rsidRPr="00492383" w:rsidRDefault="007076F4" w:rsidP="00492383">
            <w:pPr>
              <w:autoSpaceDE w:val="0"/>
              <w:autoSpaceDN w:val="0"/>
              <w:spacing w:before="76" w:after="0" w:line="232" w:lineRule="auto"/>
              <w:ind w:left="74"/>
              <w:jc w:val="center"/>
              <w:rPr>
                <w:sz w:val="24"/>
                <w:szCs w:val="24"/>
              </w:rPr>
            </w:pPr>
            <w:r w:rsidRPr="00492383">
              <w:rPr>
                <w:rFonts w:ascii="Times New Roman" w:eastAsia="Times New Roman" w:hAnsi="Times New Roman"/>
                <w:color w:val="000000"/>
                <w:w w:val="97"/>
                <w:sz w:val="24"/>
                <w:szCs w:val="24"/>
              </w:rPr>
              <w:t>10</w:t>
            </w:r>
          </w:p>
        </w:tc>
        <w:tc>
          <w:tcPr>
            <w:tcW w:w="3328" w:type="dxa"/>
            <w:shd w:val="clear" w:color="auto" w:fill="auto"/>
          </w:tcPr>
          <w:p w14:paraId="166C9F35" w14:textId="77777777" w:rsidR="007076F4" w:rsidRDefault="007076F4" w:rsidP="00CF4DA6">
            <w:pPr>
              <w:spacing w:after="0"/>
            </w:pPr>
            <w:r w:rsidRPr="00540BF5">
              <w:t xml:space="preserve">http://tatar.com.ru/fonetika.php http://tatar.com.ru </w:t>
            </w:r>
            <w:proofErr w:type="spellStart"/>
            <w:r w:rsidRPr="00540BF5">
              <w:t>Шигърият.ру</w:t>
            </w:r>
            <w:proofErr w:type="spellEnd"/>
            <w:r w:rsidRPr="00540BF5">
              <w:t>. http://www.tatknigafund.ru http://www.belem.ru/ http://tatar.moy.su</w:t>
            </w:r>
          </w:p>
        </w:tc>
      </w:tr>
      <w:tr w:rsidR="00492383" w:rsidRPr="00750296" w14:paraId="3E3644F8" w14:textId="77777777" w:rsidTr="007076F4">
        <w:tc>
          <w:tcPr>
            <w:tcW w:w="10182" w:type="dxa"/>
            <w:gridSpan w:val="4"/>
            <w:shd w:val="clear" w:color="auto" w:fill="auto"/>
          </w:tcPr>
          <w:p w14:paraId="717F5D96" w14:textId="77777777" w:rsidR="00492383" w:rsidRPr="00492383" w:rsidRDefault="00492383" w:rsidP="00492383">
            <w:pPr>
              <w:spacing w:after="0" w:line="240" w:lineRule="auto"/>
              <w:jc w:val="center"/>
              <w:rPr>
                <w:rFonts w:ascii="Times New Roman" w:hAnsi="Times New Roman" w:cs="Times New Roman"/>
                <w:b/>
                <w:w w:val="97"/>
                <w:sz w:val="24"/>
                <w:szCs w:val="24"/>
                <w:lang w:val="ru-RU"/>
              </w:rPr>
            </w:pPr>
            <w:proofErr w:type="spellStart"/>
            <w:r w:rsidRPr="00492383">
              <w:rPr>
                <w:rFonts w:ascii="Times New Roman" w:eastAsia="Times New Roman" w:hAnsi="Times New Roman" w:cs="Times New Roman"/>
                <w:b/>
                <w:color w:val="000000"/>
                <w:w w:val="97"/>
                <w:sz w:val="24"/>
                <w:szCs w:val="24"/>
              </w:rPr>
              <w:t>Раздел</w:t>
            </w:r>
            <w:proofErr w:type="spellEnd"/>
            <w:r w:rsidRPr="00492383">
              <w:rPr>
                <w:rFonts w:ascii="Times New Roman" w:eastAsia="Times New Roman" w:hAnsi="Times New Roman" w:cs="Times New Roman"/>
                <w:b/>
                <w:color w:val="000000"/>
                <w:w w:val="97"/>
                <w:sz w:val="24"/>
                <w:szCs w:val="24"/>
              </w:rPr>
              <w:t xml:space="preserve"> 2. </w:t>
            </w:r>
            <w:proofErr w:type="spellStart"/>
            <w:r w:rsidRPr="00492383">
              <w:rPr>
                <w:rFonts w:ascii="Times New Roman" w:eastAsia="Times New Roman" w:hAnsi="Times New Roman" w:cs="Times New Roman"/>
                <w:b/>
                <w:color w:val="000000"/>
                <w:w w:val="97"/>
                <w:sz w:val="24"/>
                <w:szCs w:val="24"/>
              </w:rPr>
              <w:t>Систематический</w:t>
            </w:r>
            <w:proofErr w:type="spellEnd"/>
            <w:r w:rsidRPr="00492383">
              <w:rPr>
                <w:rFonts w:ascii="Times New Roman" w:eastAsia="Times New Roman" w:hAnsi="Times New Roman" w:cs="Times New Roman"/>
                <w:b/>
                <w:color w:val="000000"/>
                <w:w w:val="97"/>
                <w:sz w:val="24"/>
                <w:szCs w:val="24"/>
              </w:rPr>
              <w:t xml:space="preserve"> </w:t>
            </w:r>
            <w:proofErr w:type="spellStart"/>
            <w:r w:rsidRPr="00492383">
              <w:rPr>
                <w:rFonts w:ascii="Times New Roman" w:eastAsia="Times New Roman" w:hAnsi="Times New Roman" w:cs="Times New Roman"/>
                <w:b/>
                <w:color w:val="000000"/>
                <w:w w:val="97"/>
                <w:sz w:val="24"/>
                <w:szCs w:val="24"/>
              </w:rPr>
              <w:t>курс</w:t>
            </w:r>
            <w:proofErr w:type="spellEnd"/>
            <w:r w:rsidRPr="00492383">
              <w:rPr>
                <w:rFonts w:ascii="Times New Roman" w:eastAsia="Times New Roman" w:hAnsi="Times New Roman" w:cs="Times New Roman"/>
                <w:b/>
                <w:color w:val="000000"/>
                <w:w w:val="97"/>
                <w:sz w:val="24"/>
                <w:szCs w:val="24"/>
                <w:lang w:val="ru-RU"/>
              </w:rPr>
              <w:t xml:space="preserve"> – 17</w:t>
            </w:r>
          </w:p>
        </w:tc>
      </w:tr>
      <w:tr w:rsidR="007076F4" w:rsidRPr="007076F4" w14:paraId="5315CA34" w14:textId="77777777" w:rsidTr="007076F4">
        <w:tc>
          <w:tcPr>
            <w:tcW w:w="642" w:type="dxa"/>
            <w:shd w:val="clear" w:color="auto" w:fill="auto"/>
          </w:tcPr>
          <w:p w14:paraId="4300B323" w14:textId="77777777" w:rsidR="007076F4" w:rsidRPr="00492383" w:rsidRDefault="007076F4" w:rsidP="00750296">
            <w:pPr>
              <w:spacing w:after="0" w:line="240" w:lineRule="auto"/>
              <w:jc w:val="center"/>
              <w:rPr>
                <w:rFonts w:ascii="Times New Roman" w:hAnsi="Times New Roman" w:cs="Times New Roman"/>
                <w:iCs/>
                <w:sz w:val="24"/>
                <w:szCs w:val="24"/>
              </w:rPr>
            </w:pPr>
          </w:p>
        </w:tc>
        <w:tc>
          <w:tcPr>
            <w:tcW w:w="5136" w:type="dxa"/>
            <w:shd w:val="clear" w:color="auto" w:fill="auto"/>
          </w:tcPr>
          <w:p w14:paraId="0CE525C7" w14:textId="77777777" w:rsidR="007076F4" w:rsidRPr="007076F4" w:rsidRDefault="007076F4">
            <w:pPr>
              <w:autoSpaceDE w:val="0"/>
              <w:autoSpaceDN w:val="0"/>
              <w:spacing w:before="78" w:after="0" w:line="228" w:lineRule="auto"/>
              <w:ind w:left="72"/>
              <w:rPr>
                <w:sz w:val="24"/>
                <w:lang w:val="ru-RU"/>
              </w:rPr>
            </w:pPr>
            <w:proofErr w:type="spellStart"/>
            <w:r w:rsidRPr="007076F4">
              <w:rPr>
                <w:rFonts w:ascii="Times New Roman" w:eastAsia="Times New Roman" w:hAnsi="Times New Roman"/>
                <w:color w:val="000000"/>
                <w:w w:val="97"/>
                <w:sz w:val="24"/>
                <w:lang w:val="ru-RU"/>
              </w:rPr>
              <w:t>Өйрəтəлəр</w:t>
            </w:r>
            <w:proofErr w:type="spellEnd"/>
            <w:r w:rsidRPr="007076F4">
              <w:rPr>
                <w:rFonts w:ascii="Times New Roman" w:eastAsia="Times New Roman" w:hAnsi="Times New Roman"/>
                <w:color w:val="000000"/>
                <w:w w:val="97"/>
                <w:sz w:val="24"/>
                <w:lang w:val="ru-RU"/>
              </w:rPr>
              <w:t xml:space="preserve"> </w:t>
            </w:r>
            <w:proofErr w:type="spellStart"/>
            <w:r w:rsidRPr="007076F4">
              <w:rPr>
                <w:rFonts w:ascii="Times New Roman" w:eastAsia="Times New Roman" w:hAnsi="Times New Roman"/>
                <w:color w:val="000000"/>
                <w:w w:val="97"/>
                <w:sz w:val="24"/>
                <w:lang w:val="ru-RU"/>
              </w:rPr>
              <w:t>мəктəплəрдə</w:t>
            </w:r>
            <w:proofErr w:type="spellEnd"/>
            <w:r w:rsidRPr="007076F4">
              <w:rPr>
                <w:rFonts w:ascii="Times New Roman" w:eastAsia="Times New Roman" w:hAnsi="Times New Roman"/>
                <w:color w:val="000000"/>
                <w:w w:val="97"/>
                <w:sz w:val="24"/>
                <w:lang w:val="ru-RU"/>
              </w:rPr>
              <w:t>... (Учат в школе...)</w:t>
            </w:r>
          </w:p>
        </w:tc>
        <w:tc>
          <w:tcPr>
            <w:tcW w:w="1076" w:type="dxa"/>
            <w:shd w:val="clear" w:color="auto" w:fill="auto"/>
          </w:tcPr>
          <w:p w14:paraId="4DE6F186" w14:textId="77777777" w:rsidR="007076F4" w:rsidRPr="00492383" w:rsidRDefault="007076F4" w:rsidP="00492383">
            <w:pPr>
              <w:autoSpaceDE w:val="0"/>
              <w:autoSpaceDN w:val="0"/>
              <w:spacing w:before="78" w:after="0" w:line="228" w:lineRule="auto"/>
              <w:ind w:left="74"/>
              <w:jc w:val="center"/>
              <w:rPr>
                <w:sz w:val="24"/>
                <w:szCs w:val="24"/>
              </w:rPr>
            </w:pPr>
            <w:r w:rsidRPr="00492383">
              <w:rPr>
                <w:rFonts w:ascii="Times New Roman" w:eastAsia="Times New Roman" w:hAnsi="Times New Roman"/>
                <w:color w:val="000000"/>
                <w:w w:val="97"/>
                <w:sz w:val="24"/>
                <w:szCs w:val="24"/>
              </w:rPr>
              <w:t>5</w:t>
            </w:r>
          </w:p>
        </w:tc>
        <w:tc>
          <w:tcPr>
            <w:tcW w:w="3328" w:type="dxa"/>
            <w:shd w:val="clear" w:color="auto" w:fill="auto"/>
          </w:tcPr>
          <w:p w14:paraId="2FCC7E4B" w14:textId="77777777" w:rsidR="007076F4" w:rsidRDefault="007076F4" w:rsidP="00CF4DA6">
            <w:pPr>
              <w:spacing w:after="0"/>
            </w:pPr>
            <w:r w:rsidRPr="001E5DF3">
              <w:t xml:space="preserve">http://tatar.com.ru/fonetika.php http://tatar.com.ru </w:t>
            </w:r>
            <w:proofErr w:type="spellStart"/>
            <w:r w:rsidRPr="001E5DF3">
              <w:t>Шигърият.ру</w:t>
            </w:r>
            <w:proofErr w:type="spellEnd"/>
            <w:r w:rsidRPr="001E5DF3">
              <w:t>. http://www.tatknigafund.ru http://www.belem.ru/ http://tatar.moy.su</w:t>
            </w:r>
          </w:p>
        </w:tc>
      </w:tr>
      <w:tr w:rsidR="007076F4" w:rsidRPr="007076F4" w14:paraId="6D3FEDF2" w14:textId="77777777" w:rsidTr="007076F4">
        <w:tc>
          <w:tcPr>
            <w:tcW w:w="642" w:type="dxa"/>
            <w:shd w:val="clear" w:color="auto" w:fill="auto"/>
          </w:tcPr>
          <w:p w14:paraId="05FB0742" w14:textId="77777777" w:rsidR="007076F4" w:rsidRPr="007076F4" w:rsidRDefault="007076F4" w:rsidP="00750296">
            <w:pPr>
              <w:spacing w:after="0" w:line="240" w:lineRule="auto"/>
              <w:jc w:val="center"/>
              <w:rPr>
                <w:rFonts w:ascii="Times New Roman" w:hAnsi="Times New Roman" w:cs="Times New Roman"/>
                <w:iCs/>
                <w:sz w:val="24"/>
                <w:szCs w:val="24"/>
              </w:rPr>
            </w:pPr>
          </w:p>
        </w:tc>
        <w:tc>
          <w:tcPr>
            <w:tcW w:w="5136" w:type="dxa"/>
            <w:shd w:val="clear" w:color="auto" w:fill="auto"/>
          </w:tcPr>
          <w:p w14:paraId="0A5224B4" w14:textId="77777777" w:rsidR="007076F4" w:rsidRPr="007076F4" w:rsidRDefault="007076F4">
            <w:pPr>
              <w:autoSpaceDE w:val="0"/>
              <w:autoSpaceDN w:val="0"/>
              <w:spacing w:before="78" w:after="0" w:line="228" w:lineRule="auto"/>
              <w:ind w:left="72"/>
              <w:rPr>
                <w:sz w:val="24"/>
              </w:rPr>
            </w:pPr>
            <w:proofErr w:type="spellStart"/>
            <w:r w:rsidRPr="007076F4">
              <w:rPr>
                <w:rFonts w:ascii="Times New Roman" w:eastAsia="Times New Roman" w:hAnsi="Times New Roman"/>
                <w:color w:val="000000"/>
                <w:w w:val="97"/>
                <w:sz w:val="24"/>
              </w:rPr>
              <w:t>Минем</w:t>
            </w:r>
            <w:proofErr w:type="spellEnd"/>
            <w:r w:rsidRPr="007076F4">
              <w:rPr>
                <w:rFonts w:ascii="Times New Roman" w:eastAsia="Times New Roman" w:hAnsi="Times New Roman"/>
                <w:color w:val="000000"/>
                <w:w w:val="97"/>
                <w:sz w:val="24"/>
              </w:rPr>
              <w:t xml:space="preserve"> </w:t>
            </w:r>
            <w:proofErr w:type="spellStart"/>
            <w:r w:rsidRPr="007076F4">
              <w:rPr>
                <w:rFonts w:ascii="Times New Roman" w:eastAsia="Times New Roman" w:hAnsi="Times New Roman"/>
                <w:color w:val="000000"/>
                <w:w w:val="97"/>
                <w:sz w:val="24"/>
              </w:rPr>
              <w:t>гаилə</w:t>
            </w:r>
            <w:proofErr w:type="spellEnd"/>
            <w:r w:rsidRPr="007076F4">
              <w:rPr>
                <w:rFonts w:ascii="Times New Roman" w:eastAsia="Times New Roman" w:hAnsi="Times New Roman"/>
                <w:color w:val="000000"/>
                <w:w w:val="97"/>
                <w:sz w:val="24"/>
              </w:rPr>
              <w:t xml:space="preserve"> (</w:t>
            </w:r>
            <w:proofErr w:type="spellStart"/>
            <w:r w:rsidRPr="007076F4">
              <w:rPr>
                <w:rFonts w:ascii="Times New Roman" w:eastAsia="Times New Roman" w:hAnsi="Times New Roman"/>
                <w:color w:val="000000"/>
                <w:w w:val="97"/>
                <w:sz w:val="24"/>
              </w:rPr>
              <w:t>Моя</w:t>
            </w:r>
            <w:proofErr w:type="spellEnd"/>
            <w:r w:rsidRPr="007076F4">
              <w:rPr>
                <w:rFonts w:ascii="Times New Roman" w:eastAsia="Times New Roman" w:hAnsi="Times New Roman"/>
                <w:color w:val="000000"/>
                <w:w w:val="97"/>
                <w:sz w:val="24"/>
              </w:rPr>
              <w:t xml:space="preserve"> </w:t>
            </w:r>
            <w:proofErr w:type="spellStart"/>
            <w:r w:rsidRPr="007076F4">
              <w:rPr>
                <w:rFonts w:ascii="Times New Roman" w:eastAsia="Times New Roman" w:hAnsi="Times New Roman"/>
                <w:color w:val="000000"/>
                <w:w w:val="97"/>
                <w:sz w:val="24"/>
              </w:rPr>
              <w:t>семья</w:t>
            </w:r>
            <w:proofErr w:type="spellEnd"/>
            <w:r w:rsidRPr="007076F4">
              <w:rPr>
                <w:rFonts w:ascii="Times New Roman" w:eastAsia="Times New Roman" w:hAnsi="Times New Roman"/>
                <w:color w:val="000000"/>
                <w:w w:val="97"/>
                <w:sz w:val="24"/>
              </w:rPr>
              <w:t>)</w:t>
            </w:r>
          </w:p>
        </w:tc>
        <w:tc>
          <w:tcPr>
            <w:tcW w:w="1076" w:type="dxa"/>
            <w:shd w:val="clear" w:color="auto" w:fill="auto"/>
          </w:tcPr>
          <w:p w14:paraId="0C56C9F0" w14:textId="77777777" w:rsidR="007076F4" w:rsidRPr="00492383" w:rsidRDefault="007076F4" w:rsidP="00492383">
            <w:pPr>
              <w:autoSpaceDE w:val="0"/>
              <w:autoSpaceDN w:val="0"/>
              <w:spacing w:before="78" w:after="0" w:line="228" w:lineRule="auto"/>
              <w:ind w:left="74"/>
              <w:jc w:val="center"/>
              <w:rPr>
                <w:sz w:val="24"/>
                <w:szCs w:val="24"/>
              </w:rPr>
            </w:pPr>
            <w:r w:rsidRPr="00492383">
              <w:rPr>
                <w:rFonts w:ascii="Times New Roman" w:eastAsia="Times New Roman" w:hAnsi="Times New Roman"/>
                <w:color w:val="000000"/>
                <w:w w:val="97"/>
                <w:sz w:val="24"/>
                <w:szCs w:val="24"/>
              </w:rPr>
              <w:t>5</w:t>
            </w:r>
          </w:p>
        </w:tc>
        <w:tc>
          <w:tcPr>
            <w:tcW w:w="3328" w:type="dxa"/>
            <w:shd w:val="clear" w:color="auto" w:fill="auto"/>
          </w:tcPr>
          <w:p w14:paraId="788DA6AB" w14:textId="77777777" w:rsidR="007076F4" w:rsidRDefault="007076F4" w:rsidP="00CF4DA6">
            <w:pPr>
              <w:spacing w:after="0"/>
            </w:pPr>
            <w:r w:rsidRPr="001E5DF3">
              <w:t xml:space="preserve">http://tatar.com.ru/fonetika.php http://tatar.com.ru </w:t>
            </w:r>
            <w:proofErr w:type="spellStart"/>
            <w:r w:rsidRPr="001E5DF3">
              <w:t>Шигърият.ру</w:t>
            </w:r>
            <w:proofErr w:type="spellEnd"/>
            <w:r w:rsidRPr="001E5DF3">
              <w:t>. http://www.tatknigafund.ru http://www.belem.ru/ http://tatar.moy.su</w:t>
            </w:r>
          </w:p>
        </w:tc>
      </w:tr>
      <w:tr w:rsidR="007076F4" w:rsidRPr="007076F4" w14:paraId="2A893C41" w14:textId="77777777" w:rsidTr="007076F4">
        <w:tc>
          <w:tcPr>
            <w:tcW w:w="642" w:type="dxa"/>
            <w:shd w:val="clear" w:color="auto" w:fill="auto"/>
          </w:tcPr>
          <w:p w14:paraId="4898589F" w14:textId="77777777" w:rsidR="007076F4" w:rsidRPr="00492383" w:rsidRDefault="007076F4" w:rsidP="00750296">
            <w:pPr>
              <w:spacing w:after="0" w:line="240" w:lineRule="auto"/>
              <w:jc w:val="center"/>
              <w:rPr>
                <w:rFonts w:ascii="Times New Roman" w:hAnsi="Times New Roman" w:cs="Times New Roman"/>
                <w:iCs/>
                <w:sz w:val="24"/>
                <w:szCs w:val="24"/>
              </w:rPr>
            </w:pPr>
          </w:p>
        </w:tc>
        <w:tc>
          <w:tcPr>
            <w:tcW w:w="5136" w:type="dxa"/>
            <w:shd w:val="clear" w:color="auto" w:fill="auto"/>
          </w:tcPr>
          <w:p w14:paraId="178CA168" w14:textId="77777777" w:rsidR="007076F4" w:rsidRPr="007076F4" w:rsidRDefault="007076F4">
            <w:pPr>
              <w:autoSpaceDE w:val="0"/>
              <w:autoSpaceDN w:val="0"/>
              <w:spacing w:before="78" w:after="0" w:line="244" w:lineRule="auto"/>
              <w:ind w:left="72" w:right="432"/>
              <w:rPr>
                <w:sz w:val="24"/>
              </w:rPr>
            </w:pPr>
            <w:r w:rsidRPr="007076F4">
              <w:rPr>
                <w:rFonts w:ascii="Times New Roman" w:eastAsia="Times New Roman" w:hAnsi="Times New Roman"/>
                <w:color w:val="000000"/>
                <w:w w:val="97"/>
                <w:sz w:val="24"/>
                <w:lang w:val="ru-RU"/>
              </w:rPr>
              <w:t xml:space="preserve">Татар </w:t>
            </w:r>
            <w:proofErr w:type="spellStart"/>
            <w:r w:rsidRPr="007076F4">
              <w:rPr>
                <w:rFonts w:ascii="Times New Roman" w:eastAsia="Times New Roman" w:hAnsi="Times New Roman"/>
                <w:color w:val="000000"/>
                <w:w w:val="97"/>
                <w:sz w:val="24"/>
                <w:lang w:val="ru-RU"/>
              </w:rPr>
              <w:t>халык</w:t>
            </w:r>
            <w:proofErr w:type="spellEnd"/>
            <w:r w:rsidRPr="007076F4">
              <w:rPr>
                <w:rFonts w:ascii="Times New Roman" w:eastAsia="Times New Roman" w:hAnsi="Times New Roman"/>
                <w:color w:val="000000"/>
                <w:w w:val="97"/>
                <w:sz w:val="24"/>
                <w:lang w:val="ru-RU"/>
              </w:rPr>
              <w:t xml:space="preserve"> </w:t>
            </w:r>
            <w:proofErr w:type="spellStart"/>
            <w:r w:rsidRPr="007076F4">
              <w:rPr>
                <w:rFonts w:ascii="Times New Roman" w:eastAsia="Times New Roman" w:hAnsi="Times New Roman"/>
                <w:color w:val="000000"/>
                <w:w w:val="97"/>
                <w:sz w:val="24"/>
                <w:lang w:val="ru-RU"/>
              </w:rPr>
              <w:t>иҗаты</w:t>
            </w:r>
            <w:proofErr w:type="spellEnd"/>
            <w:r w:rsidRPr="007076F4">
              <w:rPr>
                <w:rFonts w:ascii="Times New Roman" w:eastAsia="Times New Roman" w:hAnsi="Times New Roman"/>
                <w:color w:val="000000"/>
                <w:w w:val="97"/>
                <w:sz w:val="24"/>
                <w:lang w:val="ru-RU"/>
              </w:rPr>
              <w:t xml:space="preserve">. </w:t>
            </w:r>
            <w:proofErr w:type="spellStart"/>
            <w:r w:rsidRPr="007076F4">
              <w:rPr>
                <w:rFonts w:ascii="Times New Roman" w:eastAsia="Times New Roman" w:hAnsi="Times New Roman"/>
                <w:color w:val="000000"/>
                <w:w w:val="97"/>
                <w:sz w:val="24"/>
                <w:lang w:val="ru-RU"/>
              </w:rPr>
              <w:t>Санамышлар</w:t>
            </w:r>
            <w:proofErr w:type="spellEnd"/>
            <w:r w:rsidRPr="007076F4">
              <w:rPr>
                <w:rFonts w:ascii="Times New Roman" w:eastAsia="Times New Roman" w:hAnsi="Times New Roman"/>
                <w:color w:val="000000"/>
                <w:w w:val="97"/>
                <w:sz w:val="24"/>
                <w:lang w:val="ru-RU"/>
              </w:rPr>
              <w:t xml:space="preserve">, </w:t>
            </w:r>
            <w:proofErr w:type="spellStart"/>
            <w:r w:rsidRPr="007076F4">
              <w:rPr>
                <w:rFonts w:ascii="Times New Roman" w:eastAsia="Times New Roman" w:hAnsi="Times New Roman"/>
                <w:color w:val="000000"/>
                <w:w w:val="97"/>
                <w:sz w:val="24"/>
                <w:lang w:val="ru-RU"/>
              </w:rPr>
              <w:t>эндəшлəр</w:t>
            </w:r>
            <w:proofErr w:type="spellEnd"/>
            <w:r w:rsidRPr="007076F4">
              <w:rPr>
                <w:rFonts w:ascii="Times New Roman" w:eastAsia="Times New Roman" w:hAnsi="Times New Roman"/>
                <w:color w:val="000000"/>
                <w:w w:val="97"/>
                <w:sz w:val="24"/>
                <w:lang w:val="ru-RU"/>
              </w:rPr>
              <w:t xml:space="preserve"> (Татарское устное народное творчество. </w:t>
            </w:r>
            <w:proofErr w:type="spellStart"/>
            <w:r w:rsidRPr="007076F4">
              <w:rPr>
                <w:rFonts w:ascii="Times New Roman" w:eastAsia="Times New Roman" w:hAnsi="Times New Roman"/>
                <w:color w:val="000000"/>
                <w:w w:val="97"/>
                <w:sz w:val="24"/>
              </w:rPr>
              <w:t>Считалки</w:t>
            </w:r>
            <w:proofErr w:type="spellEnd"/>
            <w:r w:rsidRPr="007076F4">
              <w:rPr>
                <w:rFonts w:ascii="Times New Roman" w:eastAsia="Times New Roman" w:hAnsi="Times New Roman"/>
                <w:color w:val="000000"/>
                <w:w w:val="97"/>
                <w:sz w:val="24"/>
              </w:rPr>
              <w:t xml:space="preserve">, </w:t>
            </w:r>
            <w:proofErr w:type="spellStart"/>
            <w:r w:rsidRPr="007076F4">
              <w:rPr>
                <w:rFonts w:ascii="Times New Roman" w:eastAsia="Times New Roman" w:hAnsi="Times New Roman"/>
                <w:color w:val="000000"/>
                <w:w w:val="97"/>
                <w:sz w:val="24"/>
              </w:rPr>
              <w:t>заклички</w:t>
            </w:r>
            <w:proofErr w:type="spellEnd"/>
            <w:r w:rsidRPr="007076F4">
              <w:rPr>
                <w:rFonts w:ascii="Times New Roman" w:eastAsia="Times New Roman" w:hAnsi="Times New Roman"/>
                <w:color w:val="000000"/>
                <w:w w:val="97"/>
                <w:sz w:val="24"/>
              </w:rPr>
              <w:t>)</w:t>
            </w:r>
          </w:p>
        </w:tc>
        <w:tc>
          <w:tcPr>
            <w:tcW w:w="1076" w:type="dxa"/>
            <w:shd w:val="clear" w:color="auto" w:fill="auto"/>
          </w:tcPr>
          <w:p w14:paraId="0918DDDD" w14:textId="77777777" w:rsidR="007076F4" w:rsidRPr="00492383" w:rsidRDefault="007076F4" w:rsidP="00492383">
            <w:pPr>
              <w:autoSpaceDE w:val="0"/>
              <w:autoSpaceDN w:val="0"/>
              <w:spacing w:before="78" w:after="0" w:line="228" w:lineRule="auto"/>
              <w:ind w:left="74"/>
              <w:jc w:val="center"/>
              <w:rPr>
                <w:sz w:val="24"/>
                <w:szCs w:val="24"/>
              </w:rPr>
            </w:pPr>
            <w:r w:rsidRPr="00492383">
              <w:rPr>
                <w:rFonts w:ascii="Times New Roman" w:eastAsia="Times New Roman" w:hAnsi="Times New Roman"/>
                <w:color w:val="000000"/>
                <w:w w:val="97"/>
                <w:sz w:val="24"/>
                <w:szCs w:val="24"/>
              </w:rPr>
              <w:t>2</w:t>
            </w:r>
          </w:p>
        </w:tc>
        <w:tc>
          <w:tcPr>
            <w:tcW w:w="3328" w:type="dxa"/>
            <w:shd w:val="clear" w:color="auto" w:fill="auto"/>
          </w:tcPr>
          <w:p w14:paraId="1A041AEA" w14:textId="77777777" w:rsidR="007076F4" w:rsidRDefault="007076F4" w:rsidP="00CF4DA6">
            <w:pPr>
              <w:spacing w:after="0"/>
            </w:pPr>
            <w:r w:rsidRPr="001E5DF3">
              <w:t xml:space="preserve">http://tatar.com.ru/fonetika.php http://tatar.com.ru </w:t>
            </w:r>
            <w:proofErr w:type="spellStart"/>
            <w:r w:rsidRPr="001E5DF3">
              <w:t>Шигърият.ру</w:t>
            </w:r>
            <w:proofErr w:type="spellEnd"/>
            <w:r w:rsidRPr="001E5DF3">
              <w:t>. http://www.tatknigafund.ru http://www.belem.ru/ http://tatar.moy.su</w:t>
            </w:r>
          </w:p>
        </w:tc>
      </w:tr>
      <w:tr w:rsidR="007076F4" w:rsidRPr="007076F4" w14:paraId="29FD6961" w14:textId="77777777" w:rsidTr="007076F4">
        <w:tc>
          <w:tcPr>
            <w:tcW w:w="642" w:type="dxa"/>
            <w:shd w:val="clear" w:color="auto" w:fill="auto"/>
          </w:tcPr>
          <w:p w14:paraId="6DD95AC2" w14:textId="77777777" w:rsidR="007076F4" w:rsidRPr="00492383" w:rsidRDefault="007076F4" w:rsidP="00750296">
            <w:pPr>
              <w:spacing w:after="0" w:line="240" w:lineRule="auto"/>
              <w:jc w:val="center"/>
              <w:rPr>
                <w:rFonts w:ascii="Times New Roman" w:hAnsi="Times New Roman" w:cs="Times New Roman"/>
                <w:iCs/>
                <w:sz w:val="24"/>
                <w:szCs w:val="24"/>
              </w:rPr>
            </w:pPr>
          </w:p>
        </w:tc>
        <w:tc>
          <w:tcPr>
            <w:tcW w:w="5136" w:type="dxa"/>
            <w:shd w:val="clear" w:color="auto" w:fill="auto"/>
          </w:tcPr>
          <w:p w14:paraId="467BB9D0" w14:textId="77777777" w:rsidR="007076F4" w:rsidRPr="007076F4" w:rsidRDefault="007076F4">
            <w:pPr>
              <w:autoSpaceDE w:val="0"/>
              <w:autoSpaceDN w:val="0"/>
              <w:spacing w:before="76" w:after="0" w:line="232" w:lineRule="auto"/>
              <w:ind w:left="72"/>
              <w:rPr>
                <w:sz w:val="24"/>
              </w:rPr>
            </w:pPr>
            <w:proofErr w:type="spellStart"/>
            <w:r w:rsidRPr="007076F4">
              <w:rPr>
                <w:rFonts w:ascii="Times New Roman" w:eastAsia="Times New Roman" w:hAnsi="Times New Roman"/>
                <w:color w:val="000000"/>
                <w:w w:val="97"/>
                <w:sz w:val="24"/>
              </w:rPr>
              <w:t>Ямьле</w:t>
            </w:r>
            <w:proofErr w:type="spellEnd"/>
            <w:r w:rsidRPr="007076F4">
              <w:rPr>
                <w:rFonts w:ascii="Times New Roman" w:eastAsia="Times New Roman" w:hAnsi="Times New Roman"/>
                <w:color w:val="000000"/>
                <w:w w:val="97"/>
                <w:sz w:val="24"/>
              </w:rPr>
              <w:t xml:space="preserve"> </w:t>
            </w:r>
            <w:proofErr w:type="spellStart"/>
            <w:r w:rsidRPr="007076F4">
              <w:rPr>
                <w:rFonts w:ascii="Times New Roman" w:eastAsia="Times New Roman" w:hAnsi="Times New Roman"/>
                <w:color w:val="000000"/>
                <w:w w:val="97"/>
                <w:sz w:val="24"/>
              </w:rPr>
              <w:t>табигать</w:t>
            </w:r>
            <w:proofErr w:type="spellEnd"/>
            <w:r w:rsidRPr="007076F4">
              <w:rPr>
                <w:rFonts w:ascii="Times New Roman" w:eastAsia="Times New Roman" w:hAnsi="Times New Roman"/>
                <w:color w:val="000000"/>
                <w:w w:val="97"/>
                <w:sz w:val="24"/>
              </w:rPr>
              <w:t xml:space="preserve"> (</w:t>
            </w:r>
            <w:proofErr w:type="spellStart"/>
            <w:r w:rsidRPr="007076F4">
              <w:rPr>
                <w:rFonts w:ascii="Times New Roman" w:eastAsia="Times New Roman" w:hAnsi="Times New Roman"/>
                <w:color w:val="000000"/>
                <w:w w:val="97"/>
                <w:sz w:val="24"/>
              </w:rPr>
              <w:t>Красивая</w:t>
            </w:r>
            <w:proofErr w:type="spellEnd"/>
            <w:r w:rsidRPr="007076F4">
              <w:rPr>
                <w:rFonts w:ascii="Times New Roman" w:eastAsia="Times New Roman" w:hAnsi="Times New Roman"/>
                <w:color w:val="000000"/>
                <w:w w:val="97"/>
                <w:sz w:val="24"/>
              </w:rPr>
              <w:t xml:space="preserve"> </w:t>
            </w:r>
            <w:proofErr w:type="spellStart"/>
            <w:r w:rsidRPr="007076F4">
              <w:rPr>
                <w:rFonts w:ascii="Times New Roman" w:eastAsia="Times New Roman" w:hAnsi="Times New Roman"/>
                <w:color w:val="000000"/>
                <w:w w:val="97"/>
                <w:sz w:val="24"/>
              </w:rPr>
              <w:t>природа</w:t>
            </w:r>
            <w:proofErr w:type="spellEnd"/>
            <w:r w:rsidRPr="007076F4">
              <w:rPr>
                <w:rFonts w:ascii="Times New Roman" w:eastAsia="Times New Roman" w:hAnsi="Times New Roman"/>
                <w:color w:val="000000"/>
                <w:w w:val="97"/>
                <w:sz w:val="24"/>
              </w:rPr>
              <w:t>)</w:t>
            </w:r>
          </w:p>
        </w:tc>
        <w:tc>
          <w:tcPr>
            <w:tcW w:w="1076" w:type="dxa"/>
            <w:shd w:val="clear" w:color="auto" w:fill="auto"/>
          </w:tcPr>
          <w:p w14:paraId="13944BCA" w14:textId="77777777" w:rsidR="007076F4" w:rsidRPr="00492383" w:rsidRDefault="007076F4" w:rsidP="00492383">
            <w:pPr>
              <w:autoSpaceDE w:val="0"/>
              <w:autoSpaceDN w:val="0"/>
              <w:spacing w:before="76" w:after="0" w:line="232" w:lineRule="auto"/>
              <w:ind w:left="74"/>
              <w:jc w:val="center"/>
              <w:rPr>
                <w:sz w:val="24"/>
                <w:szCs w:val="24"/>
              </w:rPr>
            </w:pPr>
            <w:r w:rsidRPr="00492383">
              <w:rPr>
                <w:rFonts w:ascii="Times New Roman" w:eastAsia="Times New Roman" w:hAnsi="Times New Roman"/>
                <w:color w:val="000000"/>
                <w:w w:val="97"/>
                <w:sz w:val="24"/>
                <w:szCs w:val="24"/>
              </w:rPr>
              <w:t>5</w:t>
            </w:r>
          </w:p>
        </w:tc>
        <w:tc>
          <w:tcPr>
            <w:tcW w:w="3328" w:type="dxa"/>
            <w:shd w:val="clear" w:color="auto" w:fill="auto"/>
          </w:tcPr>
          <w:p w14:paraId="3B2C3516" w14:textId="77777777" w:rsidR="007076F4" w:rsidRDefault="007076F4" w:rsidP="00CF4DA6">
            <w:pPr>
              <w:spacing w:after="0"/>
            </w:pPr>
            <w:r w:rsidRPr="001E5DF3">
              <w:t xml:space="preserve">http://tatar.com.ru/fonetika.php http://tatar.com.ru </w:t>
            </w:r>
            <w:proofErr w:type="spellStart"/>
            <w:r w:rsidRPr="001E5DF3">
              <w:t>Шигърият.ру</w:t>
            </w:r>
            <w:proofErr w:type="spellEnd"/>
            <w:r w:rsidRPr="001E5DF3">
              <w:t>. http://www.tatknigafund.ru http://www.belem.ru/ http://tatar.moy.su</w:t>
            </w:r>
          </w:p>
        </w:tc>
      </w:tr>
      <w:tr w:rsidR="00492383" w:rsidRPr="00750296" w14:paraId="7B147001" w14:textId="77777777" w:rsidTr="007076F4">
        <w:tc>
          <w:tcPr>
            <w:tcW w:w="5778" w:type="dxa"/>
            <w:gridSpan w:val="2"/>
            <w:shd w:val="clear" w:color="auto" w:fill="auto"/>
          </w:tcPr>
          <w:p w14:paraId="79C086A7" w14:textId="77777777" w:rsidR="00492383" w:rsidRPr="00492383" w:rsidRDefault="00492383">
            <w:pPr>
              <w:autoSpaceDE w:val="0"/>
              <w:autoSpaceDN w:val="0"/>
              <w:spacing w:before="76" w:after="0" w:line="232" w:lineRule="auto"/>
              <w:ind w:left="72"/>
              <w:rPr>
                <w:rFonts w:ascii="Times New Roman" w:eastAsia="Times New Roman" w:hAnsi="Times New Roman" w:cs="Times New Roman"/>
                <w:b/>
                <w:color w:val="000000"/>
                <w:w w:val="97"/>
                <w:sz w:val="24"/>
                <w:szCs w:val="24"/>
                <w:lang w:val="ru-RU"/>
              </w:rPr>
            </w:pPr>
            <w:r w:rsidRPr="00492383">
              <w:rPr>
                <w:rFonts w:ascii="Times New Roman" w:eastAsia="Times New Roman" w:hAnsi="Times New Roman"/>
                <w:b/>
                <w:color w:val="000000"/>
                <w:w w:val="97"/>
                <w:sz w:val="24"/>
                <w:lang w:val="ru-RU"/>
              </w:rPr>
              <w:t>Общее количество часов  по программе</w:t>
            </w:r>
          </w:p>
        </w:tc>
        <w:tc>
          <w:tcPr>
            <w:tcW w:w="1076" w:type="dxa"/>
            <w:shd w:val="clear" w:color="auto" w:fill="auto"/>
          </w:tcPr>
          <w:p w14:paraId="69FA9B64" w14:textId="77777777" w:rsidR="00492383" w:rsidRPr="00492383" w:rsidRDefault="00492383" w:rsidP="00492383">
            <w:pPr>
              <w:spacing w:after="0" w:line="240" w:lineRule="auto"/>
              <w:jc w:val="center"/>
              <w:rPr>
                <w:rFonts w:ascii="Times New Roman" w:hAnsi="Times New Roman" w:cs="Times New Roman"/>
                <w:i/>
                <w:sz w:val="24"/>
                <w:szCs w:val="24"/>
                <w:lang w:val="ru-RU"/>
              </w:rPr>
            </w:pPr>
            <w:r w:rsidRPr="00492383">
              <w:rPr>
                <w:rFonts w:ascii="Times New Roman" w:hAnsi="Times New Roman" w:cs="Times New Roman"/>
                <w:i/>
                <w:sz w:val="24"/>
                <w:szCs w:val="24"/>
                <w:lang w:val="ru-RU"/>
              </w:rPr>
              <w:t>33</w:t>
            </w:r>
          </w:p>
        </w:tc>
        <w:tc>
          <w:tcPr>
            <w:tcW w:w="3328" w:type="dxa"/>
            <w:shd w:val="clear" w:color="auto" w:fill="auto"/>
          </w:tcPr>
          <w:p w14:paraId="4E284CBB" w14:textId="77777777" w:rsidR="00492383" w:rsidRPr="00492383" w:rsidRDefault="00492383" w:rsidP="00750296">
            <w:pPr>
              <w:spacing w:after="0" w:line="240" w:lineRule="auto"/>
              <w:jc w:val="both"/>
              <w:rPr>
                <w:rFonts w:ascii="Times New Roman" w:hAnsi="Times New Roman" w:cs="Times New Roman"/>
                <w:w w:val="97"/>
                <w:sz w:val="24"/>
                <w:szCs w:val="24"/>
                <w:lang w:val="ru-RU"/>
              </w:rPr>
            </w:pPr>
          </w:p>
        </w:tc>
      </w:tr>
    </w:tbl>
    <w:p w14:paraId="5A19E0E8" w14:textId="77777777" w:rsidR="00492383" w:rsidRDefault="00492383" w:rsidP="00492383">
      <w:pPr>
        <w:spacing w:after="0" w:line="240" w:lineRule="auto"/>
        <w:ind w:firstLine="283"/>
        <w:jc w:val="center"/>
        <w:rPr>
          <w:rFonts w:ascii="Times New Roman" w:hAnsi="Times New Roman"/>
          <w:b/>
          <w:bCs/>
          <w:iCs/>
          <w:sz w:val="24"/>
          <w:szCs w:val="24"/>
          <w:lang w:val="ru-RU"/>
        </w:rPr>
      </w:pPr>
    </w:p>
    <w:p w14:paraId="04AE0682" w14:textId="7ABBF832" w:rsidR="007076F4" w:rsidRPr="00492383" w:rsidRDefault="00492383" w:rsidP="00CF4DA6">
      <w:pPr>
        <w:spacing w:after="0" w:line="240" w:lineRule="auto"/>
        <w:ind w:firstLine="283"/>
        <w:jc w:val="center"/>
        <w:rPr>
          <w:rFonts w:ascii="Times New Roman" w:hAnsi="Times New Roman"/>
          <w:b/>
          <w:bCs/>
          <w:iCs/>
          <w:sz w:val="24"/>
          <w:szCs w:val="24"/>
          <w:lang w:val="ru-RU"/>
        </w:rPr>
      </w:pPr>
      <w:r>
        <w:rPr>
          <w:rFonts w:ascii="Times New Roman" w:hAnsi="Times New Roman"/>
          <w:b/>
          <w:bCs/>
          <w:iCs/>
          <w:sz w:val="24"/>
          <w:szCs w:val="24"/>
          <w:lang w:val="ru-RU"/>
        </w:rPr>
        <w:t>2</w:t>
      </w:r>
      <w:r w:rsidRPr="00492383">
        <w:rPr>
          <w:rFonts w:ascii="Times New Roman" w:hAnsi="Times New Roman"/>
          <w:b/>
          <w:bCs/>
          <w:iCs/>
          <w:sz w:val="24"/>
          <w:szCs w:val="24"/>
        </w:rPr>
        <w:t xml:space="preserve"> </w:t>
      </w:r>
      <w:proofErr w:type="spellStart"/>
      <w:r w:rsidRPr="00492383">
        <w:rPr>
          <w:rFonts w:ascii="Times New Roman" w:hAnsi="Times New Roman"/>
          <w:b/>
          <w:bCs/>
          <w:iCs/>
          <w:sz w:val="24"/>
          <w:szCs w:val="24"/>
        </w:rPr>
        <w:t>класс</w:t>
      </w:r>
      <w:proofErr w:type="spellEnd"/>
    </w:p>
    <w:tbl>
      <w:tblPr>
        <w:tblW w:w="0" w:type="auto"/>
        <w:tblInd w:w="3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2"/>
        <w:gridCol w:w="5136"/>
        <w:gridCol w:w="1076"/>
        <w:gridCol w:w="3131"/>
      </w:tblGrid>
      <w:tr w:rsidR="00492383" w:rsidRPr="00492383" w14:paraId="2A4D7DD8" w14:textId="77777777" w:rsidTr="007076F4">
        <w:tc>
          <w:tcPr>
            <w:tcW w:w="642" w:type="dxa"/>
            <w:shd w:val="clear" w:color="auto" w:fill="auto"/>
          </w:tcPr>
          <w:p w14:paraId="233C5A4F" w14:textId="77777777" w:rsidR="00492383" w:rsidRPr="00492383" w:rsidRDefault="00492383" w:rsidP="00CF4DA6">
            <w:pPr>
              <w:spacing w:after="0" w:line="240" w:lineRule="auto"/>
              <w:jc w:val="center"/>
              <w:rPr>
                <w:rFonts w:ascii="Times New Roman" w:hAnsi="Times New Roman"/>
                <w:i/>
                <w:sz w:val="24"/>
                <w:szCs w:val="24"/>
              </w:rPr>
            </w:pPr>
            <w:r w:rsidRPr="00492383">
              <w:rPr>
                <w:rFonts w:ascii="Times New Roman" w:hAnsi="Times New Roman"/>
                <w:b/>
                <w:w w:val="97"/>
                <w:sz w:val="24"/>
                <w:szCs w:val="24"/>
              </w:rPr>
              <w:t>№</w:t>
            </w:r>
            <w:r w:rsidRPr="00492383">
              <w:rPr>
                <w:rFonts w:ascii="Times New Roman" w:hAnsi="Times New Roman"/>
                <w:sz w:val="24"/>
                <w:szCs w:val="24"/>
              </w:rPr>
              <w:br/>
            </w:r>
            <w:r w:rsidRPr="00492383">
              <w:rPr>
                <w:rFonts w:ascii="Times New Roman" w:hAnsi="Times New Roman"/>
                <w:b/>
                <w:w w:val="97"/>
                <w:sz w:val="24"/>
                <w:szCs w:val="24"/>
              </w:rPr>
              <w:t>п/п</w:t>
            </w:r>
          </w:p>
        </w:tc>
        <w:tc>
          <w:tcPr>
            <w:tcW w:w="5136" w:type="dxa"/>
            <w:shd w:val="clear" w:color="auto" w:fill="auto"/>
          </w:tcPr>
          <w:p w14:paraId="5D613B33" w14:textId="77777777" w:rsidR="00492383" w:rsidRPr="00492383" w:rsidRDefault="00492383" w:rsidP="00CF4DA6">
            <w:pPr>
              <w:spacing w:after="0" w:line="240" w:lineRule="auto"/>
              <w:jc w:val="center"/>
              <w:rPr>
                <w:rFonts w:ascii="Times New Roman" w:hAnsi="Times New Roman"/>
                <w:i/>
                <w:sz w:val="24"/>
                <w:szCs w:val="24"/>
                <w:lang w:val="ru-RU"/>
              </w:rPr>
            </w:pPr>
            <w:r w:rsidRPr="00492383">
              <w:rPr>
                <w:rFonts w:ascii="Times New Roman" w:hAnsi="Times New Roman"/>
                <w:b/>
                <w:w w:val="97"/>
                <w:sz w:val="24"/>
                <w:szCs w:val="24"/>
                <w:lang w:val="ru-RU"/>
              </w:rPr>
              <w:t>Наименование разделов и тем программы</w:t>
            </w:r>
          </w:p>
        </w:tc>
        <w:tc>
          <w:tcPr>
            <w:tcW w:w="1076" w:type="dxa"/>
            <w:shd w:val="clear" w:color="auto" w:fill="auto"/>
          </w:tcPr>
          <w:p w14:paraId="7628FDB3" w14:textId="77777777" w:rsidR="00492383" w:rsidRPr="00492383" w:rsidRDefault="00492383" w:rsidP="00CF4DA6">
            <w:pPr>
              <w:spacing w:after="0" w:line="240" w:lineRule="auto"/>
              <w:jc w:val="center"/>
              <w:rPr>
                <w:rFonts w:ascii="Times New Roman" w:hAnsi="Times New Roman"/>
                <w:i/>
                <w:sz w:val="24"/>
                <w:szCs w:val="24"/>
              </w:rPr>
            </w:pPr>
            <w:proofErr w:type="spellStart"/>
            <w:r w:rsidRPr="00492383">
              <w:rPr>
                <w:rFonts w:ascii="Times New Roman" w:hAnsi="Times New Roman"/>
                <w:b/>
                <w:w w:val="97"/>
                <w:sz w:val="24"/>
                <w:szCs w:val="24"/>
              </w:rPr>
              <w:t>Кол-во</w:t>
            </w:r>
            <w:proofErr w:type="spellEnd"/>
            <w:r w:rsidRPr="00492383">
              <w:rPr>
                <w:rFonts w:ascii="Times New Roman" w:hAnsi="Times New Roman"/>
                <w:b/>
                <w:w w:val="97"/>
                <w:sz w:val="24"/>
                <w:szCs w:val="24"/>
              </w:rPr>
              <w:t xml:space="preserve"> </w:t>
            </w:r>
            <w:proofErr w:type="spellStart"/>
            <w:r w:rsidRPr="00492383">
              <w:rPr>
                <w:rFonts w:ascii="Times New Roman" w:hAnsi="Times New Roman"/>
                <w:b/>
                <w:w w:val="97"/>
                <w:sz w:val="24"/>
                <w:szCs w:val="24"/>
              </w:rPr>
              <w:t>часов</w:t>
            </w:r>
            <w:proofErr w:type="spellEnd"/>
          </w:p>
        </w:tc>
        <w:tc>
          <w:tcPr>
            <w:tcW w:w="3131" w:type="dxa"/>
            <w:shd w:val="clear" w:color="auto" w:fill="auto"/>
          </w:tcPr>
          <w:p w14:paraId="1D99A4A1" w14:textId="1C2D3C5C" w:rsidR="00492383" w:rsidRPr="00492383" w:rsidRDefault="00492383" w:rsidP="00CF4DA6">
            <w:pPr>
              <w:spacing w:after="0" w:line="240" w:lineRule="auto"/>
              <w:jc w:val="center"/>
              <w:rPr>
                <w:rFonts w:ascii="Times New Roman" w:hAnsi="Times New Roman"/>
                <w:i/>
                <w:sz w:val="24"/>
                <w:szCs w:val="24"/>
              </w:rPr>
            </w:pPr>
            <w:proofErr w:type="spellStart"/>
            <w:r w:rsidRPr="00492383">
              <w:rPr>
                <w:rFonts w:ascii="Times New Roman" w:hAnsi="Times New Roman"/>
                <w:b/>
                <w:w w:val="97"/>
                <w:sz w:val="24"/>
                <w:szCs w:val="24"/>
              </w:rPr>
              <w:t>Электронные</w:t>
            </w:r>
            <w:proofErr w:type="spellEnd"/>
            <w:r w:rsidRPr="00492383">
              <w:rPr>
                <w:rFonts w:ascii="Times New Roman" w:hAnsi="Times New Roman"/>
                <w:b/>
                <w:w w:val="97"/>
                <w:sz w:val="24"/>
                <w:szCs w:val="24"/>
              </w:rPr>
              <w:t xml:space="preserve"> (</w:t>
            </w:r>
            <w:proofErr w:type="spellStart"/>
            <w:r w:rsidRPr="00492383">
              <w:rPr>
                <w:rFonts w:ascii="Times New Roman" w:hAnsi="Times New Roman"/>
                <w:b/>
                <w:w w:val="97"/>
                <w:sz w:val="24"/>
                <w:szCs w:val="24"/>
              </w:rPr>
              <w:t>цифровые</w:t>
            </w:r>
            <w:proofErr w:type="spellEnd"/>
            <w:r w:rsidRPr="00492383">
              <w:rPr>
                <w:rFonts w:ascii="Times New Roman" w:hAnsi="Times New Roman"/>
                <w:b/>
                <w:w w:val="97"/>
                <w:sz w:val="24"/>
                <w:szCs w:val="24"/>
              </w:rPr>
              <w:t xml:space="preserve">) </w:t>
            </w:r>
            <w:r w:rsidRPr="00492383">
              <w:rPr>
                <w:rFonts w:ascii="Times New Roman" w:hAnsi="Times New Roman"/>
                <w:sz w:val="24"/>
                <w:szCs w:val="24"/>
              </w:rPr>
              <w:br/>
            </w:r>
            <w:proofErr w:type="spellStart"/>
            <w:r w:rsidRPr="00492383">
              <w:rPr>
                <w:rFonts w:ascii="Times New Roman" w:hAnsi="Times New Roman"/>
                <w:b/>
                <w:w w:val="97"/>
                <w:sz w:val="24"/>
                <w:szCs w:val="24"/>
              </w:rPr>
              <w:t>образовательные</w:t>
            </w:r>
            <w:proofErr w:type="spellEnd"/>
            <w:r w:rsidRPr="00492383">
              <w:rPr>
                <w:rFonts w:ascii="Times New Roman" w:hAnsi="Times New Roman"/>
                <w:b/>
                <w:w w:val="97"/>
                <w:sz w:val="24"/>
                <w:szCs w:val="24"/>
              </w:rPr>
              <w:t xml:space="preserve"> </w:t>
            </w:r>
            <w:proofErr w:type="spellStart"/>
            <w:r w:rsidRPr="00492383">
              <w:rPr>
                <w:rFonts w:ascii="Times New Roman" w:hAnsi="Times New Roman"/>
                <w:b/>
                <w:w w:val="97"/>
                <w:sz w:val="24"/>
                <w:szCs w:val="24"/>
              </w:rPr>
              <w:t>ресурсы</w:t>
            </w:r>
            <w:proofErr w:type="spellEnd"/>
          </w:p>
        </w:tc>
      </w:tr>
      <w:tr w:rsidR="007076F4" w:rsidRPr="00492383" w14:paraId="432B533E" w14:textId="77777777" w:rsidTr="007076F4">
        <w:tc>
          <w:tcPr>
            <w:tcW w:w="642" w:type="dxa"/>
            <w:shd w:val="clear" w:color="auto" w:fill="auto"/>
          </w:tcPr>
          <w:p w14:paraId="79E19AA3" w14:textId="77777777" w:rsidR="007076F4" w:rsidRPr="00492383" w:rsidRDefault="007076F4" w:rsidP="00CF4DA6">
            <w:pPr>
              <w:spacing w:after="0" w:line="240" w:lineRule="auto"/>
              <w:jc w:val="center"/>
              <w:rPr>
                <w:rFonts w:ascii="Times New Roman" w:hAnsi="Times New Roman" w:cs="Times New Roman"/>
                <w:iCs/>
                <w:sz w:val="24"/>
                <w:szCs w:val="24"/>
              </w:rPr>
            </w:pPr>
            <w:r w:rsidRPr="00492383">
              <w:rPr>
                <w:rFonts w:ascii="Times New Roman" w:hAnsi="Times New Roman" w:cs="Times New Roman"/>
                <w:iCs/>
                <w:sz w:val="24"/>
                <w:szCs w:val="24"/>
              </w:rPr>
              <w:t>1</w:t>
            </w:r>
          </w:p>
        </w:tc>
        <w:tc>
          <w:tcPr>
            <w:tcW w:w="5136" w:type="dxa"/>
            <w:shd w:val="clear" w:color="auto" w:fill="auto"/>
          </w:tcPr>
          <w:p w14:paraId="5EF650E1" w14:textId="77777777" w:rsidR="007076F4" w:rsidRPr="007076F4" w:rsidRDefault="007076F4" w:rsidP="00CF4DA6">
            <w:pPr>
              <w:autoSpaceDE w:val="0"/>
              <w:autoSpaceDN w:val="0"/>
              <w:spacing w:before="76" w:after="0" w:line="240" w:lineRule="auto"/>
              <w:ind w:left="72"/>
              <w:rPr>
                <w:sz w:val="24"/>
                <w:lang w:val="ru-RU"/>
              </w:rPr>
            </w:pPr>
            <w:r w:rsidRPr="007076F4">
              <w:rPr>
                <w:rFonts w:ascii="Times New Roman" w:eastAsia="Times New Roman" w:hAnsi="Times New Roman"/>
                <w:color w:val="000000"/>
                <w:w w:val="97"/>
                <w:sz w:val="24"/>
                <w:lang w:val="ru-RU"/>
              </w:rPr>
              <w:t xml:space="preserve">Алтын </w:t>
            </w:r>
            <w:proofErr w:type="spellStart"/>
            <w:r w:rsidRPr="007076F4">
              <w:rPr>
                <w:rFonts w:ascii="Times New Roman" w:eastAsia="Times New Roman" w:hAnsi="Times New Roman"/>
                <w:color w:val="000000"/>
                <w:w w:val="97"/>
                <w:sz w:val="24"/>
                <w:lang w:val="ru-RU"/>
              </w:rPr>
              <w:t>көз</w:t>
            </w:r>
            <w:proofErr w:type="spellEnd"/>
            <w:r w:rsidRPr="007076F4">
              <w:rPr>
                <w:rFonts w:ascii="Times New Roman" w:eastAsia="Times New Roman" w:hAnsi="Times New Roman"/>
                <w:color w:val="000000"/>
                <w:w w:val="97"/>
                <w:sz w:val="24"/>
                <w:lang w:val="ru-RU"/>
              </w:rPr>
              <w:t xml:space="preserve"> </w:t>
            </w:r>
            <w:proofErr w:type="spellStart"/>
            <w:r w:rsidRPr="007076F4">
              <w:rPr>
                <w:rFonts w:ascii="Times New Roman" w:eastAsia="Times New Roman" w:hAnsi="Times New Roman"/>
                <w:color w:val="000000"/>
                <w:w w:val="97"/>
                <w:sz w:val="24"/>
                <w:lang w:val="ru-RU"/>
              </w:rPr>
              <w:t>җитте</w:t>
            </w:r>
            <w:proofErr w:type="spellEnd"/>
            <w:r w:rsidRPr="007076F4">
              <w:rPr>
                <w:rFonts w:ascii="Times New Roman" w:eastAsia="Times New Roman" w:hAnsi="Times New Roman"/>
                <w:color w:val="000000"/>
                <w:w w:val="97"/>
                <w:sz w:val="24"/>
                <w:lang w:val="ru-RU"/>
              </w:rPr>
              <w:t xml:space="preserve"> (Наступила золотая осень)</w:t>
            </w:r>
          </w:p>
        </w:tc>
        <w:tc>
          <w:tcPr>
            <w:tcW w:w="1076" w:type="dxa"/>
            <w:shd w:val="clear" w:color="auto" w:fill="auto"/>
          </w:tcPr>
          <w:p w14:paraId="2A89B6B5" w14:textId="77777777" w:rsidR="007076F4" w:rsidRPr="007076F4" w:rsidRDefault="007076F4" w:rsidP="00CF4DA6">
            <w:pPr>
              <w:autoSpaceDE w:val="0"/>
              <w:autoSpaceDN w:val="0"/>
              <w:spacing w:before="76" w:after="0" w:line="240" w:lineRule="auto"/>
              <w:ind w:left="72"/>
              <w:rPr>
                <w:sz w:val="24"/>
              </w:rPr>
            </w:pPr>
            <w:r w:rsidRPr="007076F4">
              <w:rPr>
                <w:rFonts w:ascii="Times New Roman" w:eastAsia="Times New Roman" w:hAnsi="Times New Roman"/>
                <w:color w:val="000000"/>
                <w:w w:val="97"/>
                <w:sz w:val="24"/>
              </w:rPr>
              <w:t>5</w:t>
            </w:r>
          </w:p>
        </w:tc>
        <w:tc>
          <w:tcPr>
            <w:tcW w:w="3131" w:type="dxa"/>
            <w:shd w:val="clear" w:color="auto" w:fill="auto"/>
          </w:tcPr>
          <w:p w14:paraId="003317F9" w14:textId="77777777" w:rsidR="007076F4" w:rsidRPr="00492383" w:rsidRDefault="007076F4" w:rsidP="00CF4DA6">
            <w:pPr>
              <w:spacing w:after="0" w:line="240" w:lineRule="auto"/>
              <w:jc w:val="both"/>
              <w:rPr>
                <w:rFonts w:ascii="Times New Roman" w:hAnsi="Times New Roman" w:cs="Times New Roman"/>
                <w:i/>
                <w:sz w:val="24"/>
                <w:szCs w:val="24"/>
              </w:rPr>
            </w:pPr>
            <w:r w:rsidRPr="007076F4">
              <w:rPr>
                <w:rFonts w:ascii="Times New Roman" w:hAnsi="Times New Roman" w:cs="Times New Roman"/>
                <w:w w:val="97"/>
                <w:sz w:val="24"/>
                <w:szCs w:val="24"/>
              </w:rPr>
              <w:t xml:space="preserve">http://tatar.com.ru/fonetika.php http://tatar.com.ru </w:t>
            </w:r>
            <w:proofErr w:type="spellStart"/>
            <w:r w:rsidRPr="007076F4">
              <w:rPr>
                <w:rFonts w:ascii="Times New Roman" w:hAnsi="Times New Roman" w:cs="Times New Roman"/>
                <w:w w:val="97"/>
                <w:sz w:val="24"/>
                <w:szCs w:val="24"/>
              </w:rPr>
              <w:t>Шигърият.ру</w:t>
            </w:r>
            <w:proofErr w:type="spellEnd"/>
            <w:r w:rsidRPr="007076F4">
              <w:rPr>
                <w:rFonts w:ascii="Times New Roman" w:hAnsi="Times New Roman" w:cs="Times New Roman"/>
                <w:w w:val="97"/>
                <w:sz w:val="24"/>
                <w:szCs w:val="24"/>
              </w:rPr>
              <w:t>. http://www.tatknigafund.ru http://www.belem.ru/ http://tatar.moy.su</w:t>
            </w:r>
          </w:p>
        </w:tc>
      </w:tr>
      <w:tr w:rsidR="007076F4" w:rsidRPr="00492383" w14:paraId="64DE27AE" w14:textId="77777777" w:rsidTr="007076F4">
        <w:tc>
          <w:tcPr>
            <w:tcW w:w="642" w:type="dxa"/>
            <w:shd w:val="clear" w:color="auto" w:fill="auto"/>
          </w:tcPr>
          <w:p w14:paraId="70255CAB" w14:textId="77777777" w:rsidR="007076F4" w:rsidRPr="007076F4" w:rsidRDefault="007076F4" w:rsidP="00CF4DA6">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2</w:t>
            </w:r>
          </w:p>
        </w:tc>
        <w:tc>
          <w:tcPr>
            <w:tcW w:w="5136" w:type="dxa"/>
            <w:shd w:val="clear" w:color="auto" w:fill="auto"/>
          </w:tcPr>
          <w:p w14:paraId="646110F8" w14:textId="77777777" w:rsidR="007076F4" w:rsidRPr="007076F4" w:rsidRDefault="007076F4" w:rsidP="00CF4DA6">
            <w:pPr>
              <w:autoSpaceDE w:val="0"/>
              <w:autoSpaceDN w:val="0"/>
              <w:spacing w:before="76" w:after="0" w:line="240" w:lineRule="auto"/>
              <w:ind w:left="72" w:right="288"/>
              <w:rPr>
                <w:rFonts w:ascii="Times New Roman" w:hAnsi="Times New Roman" w:cs="Times New Roman"/>
                <w:sz w:val="24"/>
                <w:szCs w:val="24"/>
              </w:rPr>
            </w:pPr>
            <w:r w:rsidRPr="007076F4">
              <w:rPr>
                <w:rFonts w:ascii="Times New Roman" w:eastAsia="Times New Roman" w:hAnsi="Times New Roman" w:cs="Times New Roman"/>
                <w:color w:val="000000"/>
                <w:w w:val="97"/>
                <w:sz w:val="24"/>
                <w:szCs w:val="24"/>
                <w:lang w:val="ru-RU"/>
              </w:rPr>
              <w:t xml:space="preserve">Татар </w:t>
            </w:r>
            <w:proofErr w:type="spellStart"/>
            <w:r w:rsidRPr="007076F4">
              <w:rPr>
                <w:rFonts w:ascii="Times New Roman" w:eastAsia="Times New Roman" w:hAnsi="Times New Roman" w:cs="Times New Roman"/>
                <w:color w:val="000000"/>
                <w:w w:val="97"/>
                <w:sz w:val="24"/>
                <w:szCs w:val="24"/>
                <w:lang w:val="ru-RU"/>
              </w:rPr>
              <w:t>халык</w:t>
            </w:r>
            <w:proofErr w:type="spellEnd"/>
            <w:r w:rsidRPr="007076F4">
              <w:rPr>
                <w:rFonts w:ascii="Times New Roman" w:eastAsia="Times New Roman" w:hAnsi="Times New Roman" w:cs="Times New Roman"/>
                <w:color w:val="000000"/>
                <w:w w:val="97"/>
                <w:sz w:val="24"/>
                <w:szCs w:val="24"/>
                <w:lang w:val="ru-RU"/>
              </w:rPr>
              <w:t xml:space="preserve"> </w:t>
            </w:r>
            <w:proofErr w:type="spellStart"/>
            <w:r w:rsidRPr="007076F4">
              <w:rPr>
                <w:rFonts w:ascii="Times New Roman" w:eastAsia="Times New Roman" w:hAnsi="Times New Roman" w:cs="Times New Roman"/>
                <w:color w:val="000000"/>
                <w:w w:val="97"/>
                <w:sz w:val="24"/>
                <w:szCs w:val="24"/>
                <w:lang w:val="ru-RU"/>
              </w:rPr>
              <w:t>авыз</w:t>
            </w:r>
            <w:proofErr w:type="spellEnd"/>
            <w:r w:rsidRPr="007076F4">
              <w:rPr>
                <w:rFonts w:ascii="Times New Roman" w:eastAsia="Times New Roman" w:hAnsi="Times New Roman" w:cs="Times New Roman"/>
                <w:color w:val="000000"/>
                <w:w w:val="97"/>
                <w:sz w:val="24"/>
                <w:szCs w:val="24"/>
                <w:lang w:val="ru-RU"/>
              </w:rPr>
              <w:t xml:space="preserve"> </w:t>
            </w:r>
            <w:proofErr w:type="spellStart"/>
            <w:r w:rsidRPr="007076F4">
              <w:rPr>
                <w:rFonts w:ascii="Times New Roman" w:eastAsia="Times New Roman" w:hAnsi="Times New Roman" w:cs="Times New Roman"/>
                <w:color w:val="000000"/>
                <w:w w:val="97"/>
                <w:sz w:val="24"/>
                <w:szCs w:val="24"/>
                <w:lang w:val="ru-RU"/>
              </w:rPr>
              <w:t>иҗаты</w:t>
            </w:r>
            <w:proofErr w:type="spellEnd"/>
            <w:r w:rsidRPr="007076F4">
              <w:rPr>
                <w:rFonts w:ascii="Times New Roman" w:eastAsia="Times New Roman" w:hAnsi="Times New Roman" w:cs="Times New Roman"/>
                <w:color w:val="000000"/>
                <w:w w:val="97"/>
                <w:sz w:val="24"/>
                <w:szCs w:val="24"/>
                <w:lang w:val="ru-RU"/>
              </w:rPr>
              <w:t xml:space="preserve">. </w:t>
            </w:r>
            <w:proofErr w:type="spellStart"/>
            <w:r w:rsidRPr="007076F4">
              <w:rPr>
                <w:rFonts w:ascii="Times New Roman" w:eastAsia="Times New Roman" w:hAnsi="Times New Roman" w:cs="Times New Roman"/>
                <w:color w:val="000000"/>
                <w:w w:val="97"/>
                <w:sz w:val="24"/>
                <w:szCs w:val="24"/>
                <w:lang w:val="ru-RU"/>
              </w:rPr>
              <w:t>Мəкаль-əйтемнəр</w:t>
            </w:r>
            <w:proofErr w:type="spellEnd"/>
            <w:r w:rsidRPr="007076F4">
              <w:rPr>
                <w:rFonts w:ascii="Times New Roman" w:eastAsia="Times New Roman" w:hAnsi="Times New Roman" w:cs="Times New Roman"/>
                <w:color w:val="000000"/>
                <w:w w:val="97"/>
                <w:sz w:val="24"/>
                <w:szCs w:val="24"/>
                <w:lang w:val="ru-RU"/>
              </w:rPr>
              <w:t xml:space="preserve">. </w:t>
            </w:r>
            <w:proofErr w:type="spellStart"/>
            <w:r w:rsidRPr="007076F4">
              <w:rPr>
                <w:rFonts w:ascii="Times New Roman" w:eastAsia="Times New Roman" w:hAnsi="Times New Roman" w:cs="Times New Roman"/>
                <w:color w:val="000000"/>
                <w:w w:val="97"/>
                <w:sz w:val="24"/>
                <w:szCs w:val="24"/>
                <w:lang w:val="ru-RU"/>
              </w:rPr>
              <w:t>Табышмаклар</w:t>
            </w:r>
            <w:proofErr w:type="spellEnd"/>
            <w:r w:rsidRPr="007076F4">
              <w:rPr>
                <w:rFonts w:ascii="Times New Roman" w:eastAsia="Times New Roman" w:hAnsi="Times New Roman" w:cs="Times New Roman"/>
                <w:color w:val="000000"/>
                <w:w w:val="97"/>
                <w:sz w:val="24"/>
                <w:szCs w:val="24"/>
                <w:lang w:val="ru-RU"/>
              </w:rPr>
              <w:t xml:space="preserve"> (Татарское устное народное творчество. </w:t>
            </w:r>
            <w:proofErr w:type="spellStart"/>
            <w:r w:rsidRPr="007076F4">
              <w:rPr>
                <w:rFonts w:ascii="Times New Roman" w:eastAsia="Times New Roman" w:hAnsi="Times New Roman" w:cs="Times New Roman"/>
                <w:color w:val="000000"/>
                <w:w w:val="97"/>
                <w:sz w:val="24"/>
                <w:szCs w:val="24"/>
              </w:rPr>
              <w:t>Пословицы</w:t>
            </w:r>
            <w:proofErr w:type="spellEnd"/>
            <w:r w:rsidRPr="007076F4">
              <w:rPr>
                <w:rFonts w:ascii="Times New Roman" w:eastAsia="Times New Roman" w:hAnsi="Times New Roman" w:cs="Times New Roman"/>
                <w:color w:val="000000"/>
                <w:w w:val="97"/>
                <w:sz w:val="24"/>
                <w:szCs w:val="24"/>
              </w:rPr>
              <w:t xml:space="preserve"> и </w:t>
            </w:r>
            <w:proofErr w:type="spellStart"/>
            <w:r w:rsidRPr="007076F4">
              <w:rPr>
                <w:rFonts w:ascii="Times New Roman" w:eastAsia="Times New Roman" w:hAnsi="Times New Roman" w:cs="Times New Roman"/>
                <w:color w:val="000000"/>
                <w:w w:val="97"/>
                <w:sz w:val="24"/>
                <w:szCs w:val="24"/>
              </w:rPr>
              <w:t>поговорки</w:t>
            </w:r>
            <w:proofErr w:type="spellEnd"/>
            <w:r w:rsidRPr="007076F4">
              <w:rPr>
                <w:rFonts w:ascii="Times New Roman" w:eastAsia="Times New Roman" w:hAnsi="Times New Roman" w:cs="Times New Roman"/>
                <w:color w:val="000000"/>
                <w:w w:val="97"/>
                <w:sz w:val="24"/>
                <w:szCs w:val="24"/>
              </w:rPr>
              <w:t xml:space="preserve">. </w:t>
            </w:r>
            <w:proofErr w:type="spellStart"/>
            <w:r w:rsidRPr="007076F4">
              <w:rPr>
                <w:rFonts w:ascii="Times New Roman" w:eastAsia="Times New Roman" w:hAnsi="Times New Roman" w:cs="Times New Roman"/>
                <w:color w:val="000000"/>
                <w:w w:val="97"/>
                <w:sz w:val="24"/>
                <w:szCs w:val="24"/>
              </w:rPr>
              <w:t>Загадки</w:t>
            </w:r>
            <w:proofErr w:type="spellEnd"/>
            <w:r w:rsidRPr="007076F4">
              <w:rPr>
                <w:rFonts w:ascii="Times New Roman" w:eastAsia="Times New Roman" w:hAnsi="Times New Roman" w:cs="Times New Roman"/>
                <w:color w:val="000000"/>
                <w:w w:val="97"/>
                <w:sz w:val="24"/>
                <w:szCs w:val="24"/>
              </w:rPr>
              <w:t>)</w:t>
            </w:r>
          </w:p>
        </w:tc>
        <w:tc>
          <w:tcPr>
            <w:tcW w:w="1076" w:type="dxa"/>
            <w:shd w:val="clear" w:color="auto" w:fill="auto"/>
          </w:tcPr>
          <w:p w14:paraId="7AD4D5E1" w14:textId="77777777" w:rsidR="007076F4" w:rsidRPr="007076F4" w:rsidRDefault="007076F4" w:rsidP="00CF4DA6">
            <w:pPr>
              <w:autoSpaceDE w:val="0"/>
              <w:autoSpaceDN w:val="0"/>
              <w:spacing w:before="76" w:after="0" w:line="240" w:lineRule="auto"/>
              <w:ind w:left="72"/>
              <w:rPr>
                <w:rFonts w:ascii="Times New Roman" w:hAnsi="Times New Roman" w:cs="Times New Roman"/>
                <w:sz w:val="24"/>
                <w:szCs w:val="24"/>
              </w:rPr>
            </w:pPr>
            <w:r w:rsidRPr="007076F4">
              <w:rPr>
                <w:rFonts w:ascii="Times New Roman" w:eastAsia="Times New Roman" w:hAnsi="Times New Roman" w:cs="Times New Roman"/>
                <w:color w:val="000000"/>
                <w:w w:val="97"/>
                <w:sz w:val="24"/>
                <w:szCs w:val="24"/>
              </w:rPr>
              <w:t>2</w:t>
            </w:r>
          </w:p>
        </w:tc>
        <w:tc>
          <w:tcPr>
            <w:tcW w:w="3131" w:type="dxa"/>
            <w:shd w:val="clear" w:color="auto" w:fill="auto"/>
          </w:tcPr>
          <w:p w14:paraId="521E0622" w14:textId="77777777" w:rsidR="007076F4" w:rsidRDefault="007076F4" w:rsidP="00CF4DA6">
            <w:pPr>
              <w:spacing w:after="0" w:line="240" w:lineRule="auto"/>
            </w:pPr>
            <w:r w:rsidRPr="00164364">
              <w:rPr>
                <w:rFonts w:ascii="Times New Roman" w:hAnsi="Times New Roman" w:cs="Times New Roman"/>
                <w:w w:val="97"/>
                <w:sz w:val="24"/>
                <w:szCs w:val="24"/>
              </w:rPr>
              <w:t xml:space="preserve">http://tatar.com.ru/fonetika.php http://tatar.com.ru </w:t>
            </w:r>
            <w:proofErr w:type="spellStart"/>
            <w:r w:rsidRPr="00164364">
              <w:rPr>
                <w:rFonts w:ascii="Times New Roman" w:hAnsi="Times New Roman" w:cs="Times New Roman"/>
                <w:w w:val="97"/>
                <w:sz w:val="24"/>
                <w:szCs w:val="24"/>
                <w:lang w:val="ru-RU"/>
              </w:rPr>
              <w:t>Шигърият</w:t>
            </w:r>
            <w:proofErr w:type="spellEnd"/>
            <w:r w:rsidRPr="00164364">
              <w:rPr>
                <w:rFonts w:ascii="Times New Roman" w:hAnsi="Times New Roman" w:cs="Times New Roman"/>
                <w:w w:val="97"/>
                <w:sz w:val="24"/>
                <w:szCs w:val="24"/>
              </w:rPr>
              <w:t>.</w:t>
            </w:r>
            <w:proofErr w:type="spellStart"/>
            <w:r w:rsidRPr="00164364">
              <w:rPr>
                <w:rFonts w:ascii="Times New Roman" w:hAnsi="Times New Roman" w:cs="Times New Roman"/>
                <w:w w:val="97"/>
                <w:sz w:val="24"/>
                <w:szCs w:val="24"/>
                <w:lang w:val="ru-RU"/>
              </w:rPr>
              <w:t>ру</w:t>
            </w:r>
            <w:proofErr w:type="spellEnd"/>
            <w:r w:rsidRPr="00164364">
              <w:rPr>
                <w:rFonts w:ascii="Times New Roman" w:hAnsi="Times New Roman" w:cs="Times New Roman"/>
                <w:w w:val="97"/>
                <w:sz w:val="24"/>
                <w:szCs w:val="24"/>
              </w:rPr>
              <w:t>. http://www.tatknigafund.ru http://www.belem.ru/ http://tatar.moy.su</w:t>
            </w:r>
          </w:p>
        </w:tc>
      </w:tr>
      <w:tr w:rsidR="007076F4" w:rsidRPr="00492383" w14:paraId="78E3E115" w14:textId="77777777" w:rsidTr="007076F4">
        <w:tc>
          <w:tcPr>
            <w:tcW w:w="642" w:type="dxa"/>
            <w:shd w:val="clear" w:color="auto" w:fill="auto"/>
          </w:tcPr>
          <w:p w14:paraId="39A53C8A" w14:textId="77777777" w:rsidR="007076F4" w:rsidRPr="007076F4" w:rsidRDefault="007076F4" w:rsidP="00CF4DA6">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3</w:t>
            </w:r>
          </w:p>
        </w:tc>
        <w:tc>
          <w:tcPr>
            <w:tcW w:w="5136" w:type="dxa"/>
            <w:shd w:val="clear" w:color="auto" w:fill="auto"/>
          </w:tcPr>
          <w:p w14:paraId="13105D6A" w14:textId="77777777" w:rsidR="007076F4" w:rsidRPr="007076F4" w:rsidRDefault="007076F4" w:rsidP="00CF4DA6">
            <w:pPr>
              <w:autoSpaceDE w:val="0"/>
              <w:autoSpaceDN w:val="0"/>
              <w:spacing w:before="76" w:after="0" w:line="240" w:lineRule="auto"/>
              <w:ind w:left="72"/>
              <w:rPr>
                <w:rFonts w:ascii="Times New Roman" w:hAnsi="Times New Roman" w:cs="Times New Roman"/>
                <w:sz w:val="24"/>
                <w:szCs w:val="24"/>
              </w:rPr>
            </w:pPr>
            <w:r w:rsidRPr="007076F4">
              <w:rPr>
                <w:rFonts w:ascii="Times New Roman" w:eastAsia="Times New Roman" w:hAnsi="Times New Roman" w:cs="Times New Roman"/>
                <w:color w:val="000000"/>
                <w:w w:val="97"/>
                <w:sz w:val="24"/>
                <w:szCs w:val="24"/>
                <w:lang w:val="ru-RU"/>
              </w:rPr>
              <w:t xml:space="preserve">И </w:t>
            </w:r>
            <w:proofErr w:type="spellStart"/>
            <w:r w:rsidRPr="007076F4">
              <w:rPr>
                <w:rFonts w:ascii="Times New Roman" w:eastAsia="Times New Roman" w:hAnsi="Times New Roman" w:cs="Times New Roman"/>
                <w:color w:val="000000"/>
                <w:w w:val="97"/>
                <w:sz w:val="24"/>
                <w:szCs w:val="24"/>
                <w:lang w:val="ru-RU"/>
              </w:rPr>
              <w:t>ямьле</w:t>
            </w:r>
            <w:proofErr w:type="spellEnd"/>
            <w:r w:rsidRPr="007076F4">
              <w:rPr>
                <w:rFonts w:ascii="Times New Roman" w:eastAsia="Times New Roman" w:hAnsi="Times New Roman" w:cs="Times New Roman"/>
                <w:color w:val="000000"/>
                <w:w w:val="97"/>
                <w:sz w:val="24"/>
                <w:szCs w:val="24"/>
                <w:lang w:val="ru-RU"/>
              </w:rPr>
              <w:t xml:space="preserve"> </w:t>
            </w:r>
            <w:proofErr w:type="spellStart"/>
            <w:r w:rsidRPr="007076F4">
              <w:rPr>
                <w:rFonts w:ascii="Times New Roman" w:eastAsia="Times New Roman" w:hAnsi="Times New Roman" w:cs="Times New Roman"/>
                <w:color w:val="000000"/>
                <w:w w:val="97"/>
                <w:sz w:val="24"/>
                <w:szCs w:val="24"/>
                <w:lang w:val="ru-RU"/>
              </w:rPr>
              <w:t>дə</w:t>
            </w:r>
            <w:proofErr w:type="spellEnd"/>
            <w:r w:rsidRPr="007076F4">
              <w:rPr>
                <w:rFonts w:ascii="Times New Roman" w:eastAsia="Times New Roman" w:hAnsi="Times New Roman" w:cs="Times New Roman"/>
                <w:color w:val="000000"/>
                <w:w w:val="97"/>
                <w:sz w:val="24"/>
                <w:szCs w:val="24"/>
                <w:lang w:val="ru-RU"/>
              </w:rPr>
              <w:t xml:space="preserve"> </w:t>
            </w:r>
            <w:proofErr w:type="spellStart"/>
            <w:r w:rsidRPr="007076F4">
              <w:rPr>
                <w:rFonts w:ascii="Times New Roman" w:eastAsia="Times New Roman" w:hAnsi="Times New Roman" w:cs="Times New Roman"/>
                <w:color w:val="000000"/>
                <w:w w:val="97"/>
                <w:sz w:val="24"/>
                <w:szCs w:val="24"/>
                <w:lang w:val="ru-RU"/>
              </w:rPr>
              <w:t>соң</w:t>
            </w:r>
            <w:proofErr w:type="spellEnd"/>
            <w:r w:rsidRPr="007076F4">
              <w:rPr>
                <w:rFonts w:ascii="Times New Roman" w:eastAsia="Times New Roman" w:hAnsi="Times New Roman" w:cs="Times New Roman"/>
                <w:color w:val="000000"/>
                <w:w w:val="97"/>
                <w:sz w:val="24"/>
                <w:szCs w:val="24"/>
                <w:lang w:val="ru-RU"/>
              </w:rPr>
              <w:t xml:space="preserve"> </w:t>
            </w:r>
            <w:proofErr w:type="spellStart"/>
            <w:r w:rsidRPr="007076F4">
              <w:rPr>
                <w:rFonts w:ascii="Times New Roman" w:eastAsia="Times New Roman" w:hAnsi="Times New Roman" w:cs="Times New Roman"/>
                <w:color w:val="000000"/>
                <w:w w:val="97"/>
                <w:sz w:val="24"/>
                <w:szCs w:val="24"/>
                <w:lang w:val="ru-RU"/>
              </w:rPr>
              <w:t>бу</w:t>
            </w:r>
            <w:proofErr w:type="spellEnd"/>
            <w:r w:rsidRPr="007076F4">
              <w:rPr>
                <w:rFonts w:ascii="Times New Roman" w:eastAsia="Times New Roman" w:hAnsi="Times New Roman" w:cs="Times New Roman"/>
                <w:color w:val="000000"/>
                <w:w w:val="97"/>
                <w:sz w:val="24"/>
                <w:szCs w:val="24"/>
                <w:lang w:val="ru-RU"/>
              </w:rPr>
              <w:t xml:space="preserve"> </w:t>
            </w:r>
            <w:proofErr w:type="spellStart"/>
            <w:r w:rsidRPr="007076F4">
              <w:rPr>
                <w:rFonts w:ascii="Times New Roman" w:eastAsia="Times New Roman" w:hAnsi="Times New Roman" w:cs="Times New Roman"/>
                <w:color w:val="000000"/>
                <w:w w:val="97"/>
                <w:sz w:val="24"/>
                <w:szCs w:val="24"/>
                <w:lang w:val="ru-RU"/>
              </w:rPr>
              <w:t>дөнья</w:t>
            </w:r>
            <w:proofErr w:type="spellEnd"/>
            <w:r w:rsidRPr="007076F4">
              <w:rPr>
                <w:rFonts w:ascii="Times New Roman" w:eastAsia="Times New Roman" w:hAnsi="Times New Roman" w:cs="Times New Roman"/>
                <w:color w:val="000000"/>
                <w:w w:val="97"/>
                <w:sz w:val="24"/>
                <w:szCs w:val="24"/>
                <w:lang w:val="ru-RU"/>
              </w:rPr>
              <w:t xml:space="preserve">! </w:t>
            </w:r>
            <w:r w:rsidRPr="007076F4">
              <w:rPr>
                <w:rFonts w:ascii="Times New Roman" w:eastAsia="Times New Roman" w:hAnsi="Times New Roman" w:cs="Times New Roman"/>
                <w:color w:val="000000"/>
                <w:w w:val="97"/>
                <w:sz w:val="24"/>
                <w:szCs w:val="24"/>
              </w:rPr>
              <w:t>(</w:t>
            </w:r>
            <w:proofErr w:type="spellStart"/>
            <w:r w:rsidRPr="007076F4">
              <w:rPr>
                <w:rFonts w:ascii="Times New Roman" w:eastAsia="Times New Roman" w:hAnsi="Times New Roman" w:cs="Times New Roman"/>
                <w:color w:val="000000"/>
                <w:w w:val="97"/>
                <w:sz w:val="24"/>
                <w:szCs w:val="24"/>
              </w:rPr>
              <w:t>Как</w:t>
            </w:r>
            <w:proofErr w:type="spellEnd"/>
            <w:r w:rsidRPr="007076F4">
              <w:rPr>
                <w:rFonts w:ascii="Times New Roman" w:eastAsia="Times New Roman" w:hAnsi="Times New Roman" w:cs="Times New Roman"/>
                <w:color w:val="000000"/>
                <w:w w:val="97"/>
                <w:sz w:val="24"/>
                <w:szCs w:val="24"/>
              </w:rPr>
              <w:t xml:space="preserve"> </w:t>
            </w:r>
            <w:proofErr w:type="spellStart"/>
            <w:r w:rsidRPr="007076F4">
              <w:rPr>
                <w:rFonts w:ascii="Times New Roman" w:eastAsia="Times New Roman" w:hAnsi="Times New Roman" w:cs="Times New Roman"/>
                <w:color w:val="000000"/>
                <w:w w:val="97"/>
                <w:sz w:val="24"/>
                <w:szCs w:val="24"/>
              </w:rPr>
              <w:t>прекрасен</w:t>
            </w:r>
            <w:proofErr w:type="spellEnd"/>
            <w:r w:rsidRPr="007076F4">
              <w:rPr>
                <w:rFonts w:ascii="Times New Roman" w:eastAsia="Times New Roman" w:hAnsi="Times New Roman" w:cs="Times New Roman"/>
                <w:color w:val="000000"/>
                <w:w w:val="97"/>
                <w:sz w:val="24"/>
                <w:szCs w:val="24"/>
              </w:rPr>
              <w:t xml:space="preserve"> </w:t>
            </w:r>
            <w:proofErr w:type="spellStart"/>
            <w:r w:rsidRPr="007076F4">
              <w:rPr>
                <w:rFonts w:ascii="Times New Roman" w:eastAsia="Times New Roman" w:hAnsi="Times New Roman" w:cs="Times New Roman"/>
                <w:color w:val="000000"/>
                <w:w w:val="97"/>
                <w:sz w:val="24"/>
                <w:szCs w:val="24"/>
              </w:rPr>
              <w:t>этот</w:t>
            </w:r>
            <w:proofErr w:type="spellEnd"/>
            <w:r w:rsidRPr="007076F4">
              <w:rPr>
                <w:rFonts w:ascii="Times New Roman" w:eastAsia="Times New Roman" w:hAnsi="Times New Roman" w:cs="Times New Roman"/>
                <w:color w:val="000000"/>
                <w:w w:val="97"/>
                <w:sz w:val="24"/>
                <w:szCs w:val="24"/>
              </w:rPr>
              <w:t xml:space="preserve"> </w:t>
            </w:r>
            <w:proofErr w:type="spellStart"/>
            <w:r w:rsidRPr="007076F4">
              <w:rPr>
                <w:rFonts w:ascii="Times New Roman" w:eastAsia="Times New Roman" w:hAnsi="Times New Roman" w:cs="Times New Roman"/>
                <w:color w:val="000000"/>
                <w:w w:val="97"/>
                <w:sz w:val="24"/>
                <w:szCs w:val="24"/>
              </w:rPr>
              <w:t>мир</w:t>
            </w:r>
            <w:proofErr w:type="spellEnd"/>
            <w:r w:rsidRPr="007076F4">
              <w:rPr>
                <w:rFonts w:ascii="Times New Roman" w:eastAsia="Times New Roman" w:hAnsi="Times New Roman" w:cs="Times New Roman"/>
                <w:color w:val="000000"/>
                <w:w w:val="97"/>
                <w:sz w:val="24"/>
                <w:szCs w:val="24"/>
              </w:rPr>
              <w:t>!)</w:t>
            </w:r>
          </w:p>
        </w:tc>
        <w:tc>
          <w:tcPr>
            <w:tcW w:w="1076" w:type="dxa"/>
            <w:shd w:val="clear" w:color="auto" w:fill="auto"/>
          </w:tcPr>
          <w:p w14:paraId="75DC78D5" w14:textId="77777777" w:rsidR="007076F4" w:rsidRPr="007076F4" w:rsidRDefault="007076F4" w:rsidP="00CF4DA6">
            <w:pPr>
              <w:autoSpaceDE w:val="0"/>
              <w:autoSpaceDN w:val="0"/>
              <w:spacing w:before="76" w:after="0" w:line="240" w:lineRule="auto"/>
              <w:ind w:left="72"/>
              <w:rPr>
                <w:rFonts w:ascii="Times New Roman" w:hAnsi="Times New Roman" w:cs="Times New Roman"/>
                <w:sz w:val="24"/>
                <w:szCs w:val="24"/>
              </w:rPr>
            </w:pPr>
            <w:r w:rsidRPr="007076F4">
              <w:rPr>
                <w:rFonts w:ascii="Times New Roman" w:eastAsia="Times New Roman" w:hAnsi="Times New Roman" w:cs="Times New Roman"/>
                <w:color w:val="000000"/>
                <w:w w:val="97"/>
                <w:sz w:val="24"/>
                <w:szCs w:val="24"/>
              </w:rPr>
              <w:t>4</w:t>
            </w:r>
          </w:p>
        </w:tc>
        <w:tc>
          <w:tcPr>
            <w:tcW w:w="3131" w:type="dxa"/>
            <w:shd w:val="clear" w:color="auto" w:fill="auto"/>
          </w:tcPr>
          <w:p w14:paraId="26146E9A" w14:textId="77777777" w:rsidR="007076F4" w:rsidRDefault="007076F4" w:rsidP="00CF4DA6">
            <w:pPr>
              <w:spacing w:after="0" w:line="240" w:lineRule="auto"/>
            </w:pPr>
            <w:r w:rsidRPr="00164364">
              <w:rPr>
                <w:rFonts w:ascii="Times New Roman" w:hAnsi="Times New Roman" w:cs="Times New Roman"/>
                <w:w w:val="97"/>
                <w:sz w:val="24"/>
                <w:szCs w:val="24"/>
              </w:rPr>
              <w:t xml:space="preserve">http://tatar.com.ru/fonetika.php http://tatar.com.ru </w:t>
            </w:r>
            <w:proofErr w:type="spellStart"/>
            <w:r w:rsidRPr="00164364">
              <w:rPr>
                <w:rFonts w:ascii="Times New Roman" w:hAnsi="Times New Roman" w:cs="Times New Roman"/>
                <w:w w:val="97"/>
                <w:sz w:val="24"/>
                <w:szCs w:val="24"/>
                <w:lang w:val="ru-RU"/>
              </w:rPr>
              <w:t>Шигърият</w:t>
            </w:r>
            <w:proofErr w:type="spellEnd"/>
            <w:r w:rsidRPr="00164364">
              <w:rPr>
                <w:rFonts w:ascii="Times New Roman" w:hAnsi="Times New Roman" w:cs="Times New Roman"/>
                <w:w w:val="97"/>
                <w:sz w:val="24"/>
                <w:szCs w:val="24"/>
              </w:rPr>
              <w:t>.</w:t>
            </w:r>
            <w:proofErr w:type="spellStart"/>
            <w:r w:rsidRPr="00164364">
              <w:rPr>
                <w:rFonts w:ascii="Times New Roman" w:hAnsi="Times New Roman" w:cs="Times New Roman"/>
                <w:w w:val="97"/>
                <w:sz w:val="24"/>
                <w:szCs w:val="24"/>
                <w:lang w:val="ru-RU"/>
              </w:rPr>
              <w:t>ру</w:t>
            </w:r>
            <w:proofErr w:type="spellEnd"/>
            <w:r w:rsidRPr="00164364">
              <w:rPr>
                <w:rFonts w:ascii="Times New Roman" w:hAnsi="Times New Roman" w:cs="Times New Roman"/>
                <w:w w:val="97"/>
                <w:sz w:val="24"/>
                <w:szCs w:val="24"/>
              </w:rPr>
              <w:t>. http://www.tatknigafund.ru http://www.belem.ru/ http://tatar.moy.su</w:t>
            </w:r>
          </w:p>
        </w:tc>
      </w:tr>
      <w:tr w:rsidR="007076F4" w:rsidRPr="007076F4" w14:paraId="5772A9EF" w14:textId="77777777" w:rsidTr="007076F4">
        <w:tc>
          <w:tcPr>
            <w:tcW w:w="642" w:type="dxa"/>
            <w:shd w:val="clear" w:color="auto" w:fill="auto"/>
          </w:tcPr>
          <w:p w14:paraId="593EEC59" w14:textId="77777777" w:rsidR="007076F4" w:rsidRPr="007076F4" w:rsidRDefault="007076F4" w:rsidP="00CF4DA6">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4</w:t>
            </w:r>
          </w:p>
        </w:tc>
        <w:tc>
          <w:tcPr>
            <w:tcW w:w="5136" w:type="dxa"/>
            <w:shd w:val="clear" w:color="auto" w:fill="auto"/>
          </w:tcPr>
          <w:p w14:paraId="5DFDE6C6" w14:textId="77777777" w:rsidR="007076F4" w:rsidRPr="007076F4" w:rsidRDefault="007076F4" w:rsidP="00CF4DA6">
            <w:pPr>
              <w:autoSpaceDE w:val="0"/>
              <w:autoSpaceDN w:val="0"/>
              <w:spacing w:before="78" w:after="0" w:line="240" w:lineRule="auto"/>
              <w:ind w:left="72"/>
              <w:rPr>
                <w:rFonts w:ascii="Times New Roman" w:hAnsi="Times New Roman" w:cs="Times New Roman"/>
                <w:sz w:val="24"/>
                <w:szCs w:val="24"/>
                <w:lang w:val="ru-RU"/>
              </w:rPr>
            </w:pPr>
            <w:r w:rsidRPr="007076F4">
              <w:rPr>
                <w:rFonts w:ascii="Times New Roman" w:eastAsia="Times New Roman" w:hAnsi="Times New Roman" w:cs="Times New Roman"/>
                <w:color w:val="000000"/>
                <w:w w:val="97"/>
                <w:sz w:val="24"/>
                <w:szCs w:val="24"/>
                <w:lang w:val="ru-RU"/>
              </w:rPr>
              <w:t>Ап-</w:t>
            </w:r>
            <w:proofErr w:type="spellStart"/>
            <w:r w:rsidRPr="007076F4">
              <w:rPr>
                <w:rFonts w:ascii="Times New Roman" w:eastAsia="Times New Roman" w:hAnsi="Times New Roman" w:cs="Times New Roman"/>
                <w:color w:val="000000"/>
                <w:w w:val="97"/>
                <w:sz w:val="24"/>
                <w:szCs w:val="24"/>
                <w:lang w:val="ru-RU"/>
              </w:rPr>
              <w:t>ак</w:t>
            </w:r>
            <w:proofErr w:type="spellEnd"/>
            <w:r w:rsidRPr="007076F4">
              <w:rPr>
                <w:rFonts w:ascii="Times New Roman" w:eastAsia="Times New Roman" w:hAnsi="Times New Roman" w:cs="Times New Roman"/>
                <w:color w:val="000000"/>
                <w:w w:val="97"/>
                <w:sz w:val="24"/>
                <w:szCs w:val="24"/>
                <w:lang w:val="ru-RU"/>
              </w:rPr>
              <w:t xml:space="preserve"> кыш </w:t>
            </w:r>
            <w:proofErr w:type="spellStart"/>
            <w:r w:rsidRPr="007076F4">
              <w:rPr>
                <w:rFonts w:ascii="Times New Roman" w:eastAsia="Times New Roman" w:hAnsi="Times New Roman" w:cs="Times New Roman"/>
                <w:color w:val="000000"/>
                <w:w w:val="97"/>
                <w:sz w:val="24"/>
                <w:szCs w:val="24"/>
                <w:lang w:val="ru-RU"/>
              </w:rPr>
              <w:t>килде</w:t>
            </w:r>
            <w:proofErr w:type="spellEnd"/>
            <w:r w:rsidRPr="007076F4">
              <w:rPr>
                <w:rFonts w:ascii="Times New Roman" w:eastAsia="Times New Roman" w:hAnsi="Times New Roman" w:cs="Times New Roman"/>
                <w:color w:val="000000"/>
                <w:w w:val="97"/>
                <w:sz w:val="24"/>
                <w:szCs w:val="24"/>
                <w:lang w:val="ru-RU"/>
              </w:rPr>
              <w:t xml:space="preserve"> (Зимушка-зима)</w:t>
            </w:r>
          </w:p>
        </w:tc>
        <w:tc>
          <w:tcPr>
            <w:tcW w:w="1076" w:type="dxa"/>
            <w:shd w:val="clear" w:color="auto" w:fill="auto"/>
          </w:tcPr>
          <w:p w14:paraId="708B2EF7" w14:textId="77777777" w:rsidR="007076F4" w:rsidRPr="007076F4" w:rsidRDefault="007076F4" w:rsidP="00CF4DA6">
            <w:pPr>
              <w:autoSpaceDE w:val="0"/>
              <w:autoSpaceDN w:val="0"/>
              <w:spacing w:before="78" w:after="0" w:line="240" w:lineRule="auto"/>
              <w:ind w:left="72"/>
              <w:rPr>
                <w:rFonts w:ascii="Times New Roman" w:hAnsi="Times New Roman" w:cs="Times New Roman"/>
                <w:sz w:val="24"/>
                <w:szCs w:val="24"/>
              </w:rPr>
            </w:pPr>
            <w:r w:rsidRPr="007076F4">
              <w:rPr>
                <w:rFonts w:ascii="Times New Roman" w:eastAsia="Times New Roman" w:hAnsi="Times New Roman" w:cs="Times New Roman"/>
                <w:color w:val="000000"/>
                <w:w w:val="97"/>
                <w:sz w:val="24"/>
                <w:szCs w:val="24"/>
              </w:rPr>
              <w:t>4</w:t>
            </w:r>
          </w:p>
        </w:tc>
        <w:tc>
          <w:tcPr>
            <w:tcW w:w="3131" w:type="dxa"/>
            <w:shd w:val="clear" w:color="auto" w:fill="auto"/>
          </w:tcPr>
          <w:p w14:paraId="2695AF4B" w14:textId="77777777" w:rsidR="007076F4" w:rsidRDefault="007076F4" w:rsidP="00CF4DA6">
            <w:pPr>
              <w:spacing w:after="0" w:line="240" w:lineRule="auto"/>
            </w:pPr>
            <w:r w:rsidRPr="00164364">
              <w:rPr>
                <w:rFonts w:ascii="Times New Roman" w:hAnsi="Times New Roman" w:cs="Times New Roman"/>
                <w:w w:val="97"/>
                <w:sz w:val="24"/>
                <w:szCs w:val="24"/>
              </w:rPr>
              <w:t xml:space="preserve">http://tatar.com.ru/fonetika.php http://tatar.com.ru </w:t>
            </w:r>
            <w:proofErr w:type="spellStart"/>
            <w:r w:rsidRPr="00164364">
              <w:rPr>
                <w:rFonts w:ascii="Times New Roman" w:hAnsi="Times New Roman" w:cs="Times New Roman"/>
                <w:w w:val="97"/>
                <w:sz w:val="24"/>
                <w:szCs w:val="24"/>
                <w:lang w:val="ru-RU"/>
              </w:rPr>
              <w:t>Шигърият</w:t>
            </w:r>
            <w:proofErr w:type="spellEnd"/>
            <w:r w:rsidRPr="00164364">
              <w:rPr>
                <w:rFonts w:ascii="Times New Roman" w:hAnsi="Times New Roman" w:cs="Times New Roman"/>
                <w:w w:val="97"/>
                <w:sz w:val="24"/>
                <w:szCs w:val="24"/>
              </w:rPr>
              <w:t>.</w:t>
            </w:r>
            <w:proofErr w:type="spellStart"/>
            <w:r w:rsidRPr="00164364">
              <w:rPr>
                <w:rFonts w:ascii="Times New Roman" w:hAnsi="Times New Roman" w:cs="Times New Roman"/>
                <w:w w:val="97"/>
                <w:sz w:val="24"/>
                <w:szCs w:val="24"/>
                <w:lang w:val="ru-RU"/>
              </w:rPr>
              <w:t>ру</w:t>
            </w:r>
            <w:proofErr w:type="spellEnd"/>
            <w:r w:rsidRPr="00164364">
              <w:rPr>
                <w:rFonts w:ascii="Times New Roman" w:hAnsi="Times New Roman" w:cs="Times New Roman"/>
                <w:w w:val="97"/>
                <w:sz w:val="24"/>
                <w:szCs w:val="24"/>
              </w:rPr>
              <w:t>. http://www.tatknigafund.ru http://www.belem.ru/ http://tatar.moy.su</w:t>
            </w:r>
          </w:p>
        </w:tc>
      </w:tr>
      <w:tr w:rsidR="007076F4" w:rsidRPr="007076F4" w14:paraId="27930D90" w14:textId="77777777" w:rsidTr="007076F4">
        <w:tc>
          <w:tcPr>
            <w:tcW w:w="642" w:type="dxa"/>
            <w:shd w:val="clear" w:color="auto" w:fill="auto"/>
          </w:tcPr>
          <w:p w14:paraId="64EE1FEC" w14:textId="77777777" w:rsidR="007076F4" w:rsidRPr="007076F4" w:rsidRDefault="007076F4" w:rsidP="00CF4DA6">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5</w:t>
            </w:r>
          </w:p>
        </w:tc>
        <w:tc>
          <w:tcPr>
            <w:tcW w:w="5136" w:type="dxa"/>
            <w:shd w:val="clear" w:color="auto" w:fill="auto"/>
          </w:tcPr>
          <w:p w14:paraId="1E4B825E" w14:textId="77777777" w:rsidR="007076F4" w:rsidRPr="007076F4" w:rsidRDefault="007076F4" w:rsidP="00CF4DA6">
            <w:pPr>
              <w:autoSpaceDE w:val="0"/>
              <w:autoSpaceDN w:val="0"/>
              <w:spacing w:before="78" w:after="0" w:line="240" w:lineRule="auto"/>
              <w:ind w:left="72"/>
              <w:rPr>
                <w:rFonts w:ascii="Times New Roman" w:hAnsi="Times New Roman" w:cs="Times New Roman"/>
                <w:sz w:val="24"/>
                <w:szCs w:val="24"/>
                <w:lang w:val="ru-RU"/>
              </w:rPr>
            </w:pPr>
            <w:r w:rsidRPr="007076F4">
              <w:rPr>
                <w:rFonts w:ascii="Times New Roman" w:eastAsia="Times New Roman" w:hAnsi="Times New Roman" w:cs="Times New Roman"/>
                <w:color w:val="000000"/>
                <w:w w:val="97"/>
                <w:sz w:val="24"/>
                <w:szCs w:val="24"/>
                <w:lang w:val="ru-RU"/>
              </w:rPr>
              <w:t xml:space="preserve">Туган </w:t>
            </w:r>
            <w:proofErr w:type="spellStart"/>
            <w:r w:rsidRPr="007076F4">
              <w:rPr>
                <w:rFonts w:ascii="Times New Roman" w:eastAsia="Times New Roman" w:hAnsi="Times New Roman" w:cs="Times New Roman"/>
                <w:color w:val="000000"/>
                <w:w w:val="97"/>
                <w:sz w:val="24"/>
                <w:szCs w:val="24"/>
                <w:lang w:val="ru-RU"/>
              </w:rPr>
              <w:t>илем</w:t>
            </w:r>
            <w:proofErr w:type="spellEnd"/>
            <w:r w:rsidRPr="007076F4">
              <w:rPr>
                <w:rFonts w:ascii="Times New Roman" w:eastAsia="Times New Roman" w:hAnsi="Times New Roman" w:cs="Times New Roman"/>
                <w:color w:val="000000"/>
                <w:w w:val="97"/>
                <w:sz w:val="24"/>
                <w:szCs w:val="24"/>
                <w:lang w:val="ru-RU"/>
              </w:rPr>
              <w:t xml:space="preserve">, </w:t>
            </w:r>
            <w:proofErr w:type="spellStart"/>
            <w:r w:rsidRPr="007076F4">
              <w:rPr>
                <w:rFonts w:ascii="Times New Roman" w:eastAsia="Times New Roman" w:hAnsi="Times New Roman" w:cs="Times New Roman"/>
                <w:color w:val="000000"/>
                <w:w w:val="97"/>
                <w:sz w:val="24"/>
                <w:szCs w:val="24"/>
                <w:lang w:val="ru-RU"/>
              </w:rPr>
              <w:t>туган</w:t>
            </w:r>
            <w:proofErr w:type="spellEnd"/>
            <w:r w:rsidRPr="007076F4">
              <w:rPr>
                <w:rFonts w:ascii="Times New Roman" w:eastAsia="Times New Roman" w:hAnsi="Times New Roman" w:cs="Times New Roman"/>
                <w:color w:val="000000"/>
                <w:w w:val="97"/>
                <w:sz w:val="24"/>
                <w:szCs w:val="24"/>
                <w:lang w:val="ru-RU"/>
              </w:rPr>
              <w:t xml:space="preserve"> </w:t>
            </w:r>
            <w:proofErr w:type="spellStart"/>
            <w:r w:rsidRPr="007076F4">
              <w:rPr>
                <w:rFonts w:ascii="Times New Roman" w:eastAsia="Times New Roman" w:hAnsi="Times New Roman" w:cs="Times New Roman"/>
                <w:color w:val="000000"/>
                <w:w w:val="97"/>
                <w:sz w:val="24"/>
                <w:szCs w:val="24"/>
                <w:lang w:val="ru-RU"/>
              </w:rPr>
              <w:t>телем</w:t>
            </w:r>
            <w:proofErr w:type="spellEnd"/>
            <w:r w:rsidRPr="007076F4">
              <w:rPr>
                <w:rFonts w:ascii="Times New Roman" w:eastAsia="Times New Roman" w:hAnsi="Times New Roman" w:cs="Times New Roman"/>
                <w:color w:val="000000"/>
                <w:w w:val="97"/>
                <w:sz w:val="24"/>
                <w:szCs w:val="24"/>
                <w:lang w:val="ru-RU"/>
              </w:rPr>
              <w:t>... (Родина моя, мой родной язык...)</w:t>
            </w:r>
          </w:p>
        </w:tc>
        <w:tc>
          <w:tcPr>
            <w:tcW w:w="1076" w:type="dxa"/>
            <w:shd w:val="clear" w:color="auto" w:fill="auto"/>
          </w:tcPr>
          <w:p w14:paraId="51D51DA0" w14:textId="77777777" w:rsidR="007076F4" w:rsidRPr="007076F4" w:rsidRDefault="007076F4" w:rsidP="00CF4DA6">
            <w:pPr>
              <w:autoSpaceDE w:val="0"/>
              <w:autoSpaceDN w:val="0"/>
              <w:spacing w:before="78" w:after="0" w:line="240" w:lineRule="auto"/>
              <w:ind w:left="72"/>
              <w:rPr>
                <w:rFonts w:ascii="Times New Roman" w:hAnsi="Times New Roman" w:cs="Times New Roman"/>
                <w:sz w:val="24"/>
                <w:szCs w:val="24"/>
              </w:rPr>
            </w:pPr>
            <w:r w:rsidRPr="007076F4">
              <w:rPr>
                <w:rFonts w:ascii="Times New Roman" w:eastAsia="Times New Roman" w:hAnsi="Times New Roman" w:cs="Times New Roman"/>
                <w:color w:val="000000"/>
                <w:w w:val="97"/>
                <w:sz w:val="24"/>
                <w:szCs w:val="24"/>
              </w:rPr>
              <w:t>6</w:t>
            </w:r>
          </w:p>
        </w:tc>
        <w:tc>
          <w:tcPr>
            <w:tcW w:w="3131" w:type="dxa"/>
            <w:shd w:val="clear" w:color="auto" w:fill="auto"/>
          </w:tcPr>
          <w:p w14:paraId="77DE55EB" w14:textId="77777777" w:rsidR="007076F4" w:rsidRDefault="007076F4" w:rsidP="00CF4DA6">
            <w:pPr>
              <w:spacing w:after="0" w:line="240" w:lineRule="auto"/>
            </w:pPr>
            <w:r w:rsidRPr="00164364">
              <w:rPr>
                <w:rFonts w:ascii="Times New Roman" w:hAnsi="Times New Roman" w:cs="Times New Roman"/>
                <w:w w:val="97"/>
                <w:sz w:val="24"/>
                <w:szCs w:val="24"/>
              </w:rPr>
              <w:t xml:space="preserve">http://tatar.com.ru/fonetika.php http://tatar.com.ru </w:t>
            </w:r>
            <w:proofErr w:type="spellStart"/>
            <w:r w:rsidRPr="00164364">
              <w:rPr>
                <w:rFonts w:ascii="Times New Roman" w:hAnsi="Times New Roman" w:cs="Times New Roman"/>
                <w:w w:val="97"/>
                <w:sz w:val="24"/>
                <w:szCs w:val="24"/>
                <w:lang w:val="ru-RU"/>
              </w:rPr>
              <w:t>Шигърият</w:t>
            </w:r>
            <w:proofErr w:type="spellEnd"/>
            <w:r w:rsidRPr="00164364">
              <w:rPr>
                <w:rFonts w:ascii="Times New Roman" w:hAnsi="Times New Roman" w:cs="Times New Roman"/>
                <w:w w:val="97"/>
                <w:sz w:val="24"/>
                <w:szCs w:val="24"/>
              </w:rPr>
              <w:t>.</w:t>
            </w:r>
            <w:proofErr w:type="spellStart"/>
            <w:r w:rsidRPr="00164364">
              <w:rPr>
                <w:rFonts w:ascii="Times New Roman" w:hAnsi="Times New Roman" w:cs="Times New Roman"/>
                <w:w w:val="97"/>
                <w:sz w:val="24"/>
                <w:szCs w:val="24"/>
                <w:lang w:val="ru-RU"/>
              </w:rPr>
              <w:t>ру</w:t>
            </w:r>
            <w:proofErr w:type="spellEnd"/>
            <w:r w:rsidRPr="00164364">
              <w:rPr>
                <w:rFonts w:ascii="Times New Roman" w:hAnsi="Times New Roman" w:cs="Times New Roman"/>
                <w:w w:val="97"/>
                <w:sz w:val="24"/>
                <w:szCs w:val="24"/>
              </w:rPr>
              <w:t>. http://www.tatknigafund.ru http://www.belem.ru/ http://tatar.moy.su</w:t>
            </w:r>
          </w:p>
        </w:tc>
      </w:tr>
      <w:tr w:rsidR="007076F4" w:rsidRPr="007076F4" w14:paraId="7AC73DD8" w14:textId="77777777" w:rsidTr="007076F4">
        <w:tc>
          <w:tcPr>
            <w:tcW w:w="642" w:type="dxa"/>
            <w:shd w:val="clear" w:color="auto" w:fill="auto"/>
          </w:tcPr>
          <w:p w14:paraId="4F7C0416" w14:textId="77777777" w:rsidR="007076F4" w:rsidRPr="007076F4" w:rsidRDefault="007076F4" w:rsidP="00CF4DA6">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6</w:t>
            </w:r>
          </w:p>
        </w:tc>
        <w:tc>
          <w:tcPr>
            <w:tcW w:w="5136" w:type="dxa"/>
            <w:shd w:val="clear" w:color="auto" w:fill="auto"/>
          </w:tcPr>
          <w:p w14:paraId="63B5915D" w14:textId="77777777" w:rsidR="007076F4" w:rsidRPr="007076F4" w:rsidRDefault="007076F4" w:rsidP="00CF4DA6">
            <w:pPr>
              <w:autoSpaceDE w:val="0"/>
              <w:autoSpaceDN w:val="0"/>
              <w:spacing w:before="78" w:after="0" w:line="240" w:lineRule="auto"/>
              <w:ind w:left="72"/>
              <w:rPr>
                <w:rFonts w:ascii="Times New Roman" w:hAnsi="Times New Roman" w:cs="Times New Roman"/>
                <w:sz w:val="24"/>
                <w:szCs w:val="24"/>
                <w:lang w:val="ru-RU"/>
              </w:rPr>
            </w:pPr>
            <w:proofErr w:type="spellStart"/>
            <w:r w:rsidRPr="007076F4">
              <w:rPr>
                <w:rFonts w:ascii="Times New Roman" w:eastAsia="Times New Roman" w:hAnsi="Times New Roman" w:cs="Times New Roman"/>
                <w:color w:val="000000"/>
                <w:w w:val="97"/>
                <w:sz w:val="24"/>
                <w:szCs w:val="24"/>
                <w:lang w:val="ru-RU"/>
              </w:rPr>
              <w:t>Яз</w:t>
            </w:r>
            <w:proofErr w:type="spellEnd"/>
            <w:r w:rsidRPr="007076F4">
              <w:rPr>
                <w:rFonts w:ascii="Times New Roman" w:eastAsia="Times New Roman" w:hAnsi="Times New Roman" w:cs="Times New Roman"/>
                <w:color w:val="000000"/>
                <w:w w:val="97"/>
                <w:sz w:val="24"/>
                <w:szCs w:val="24"/>
                <w:lang w:val="ru-RU"/>
              </w:rPr>
              <w:t xml:space="preserve"> </w:t>
            </w:r>
            <w:proofErr w:type="spellStart"/>
            <w:r w:rsidRPr="007076F4">
              <w:rPr>
                <w:rFonts w:ascii="Times New Roman" w:eastAsia="Times New Roman" w:hAnsi="Times New Roman" w:cs="Times New Roman"/>
                <w:color w:val="000000"/>
                <w:w w:val="97"/>
                <w:sz w:val="24"/>
                <w:szCs w:val="24"/>
                <w:lang w:val="ru-RU"/>
              </w:rPr>
              <w:t>керде</w:t>
            </w:r>
            <w:proofErr w:type="spellEnd"/>
            <w:r w:rsidRPr="007076F4">
              <w:rPr>
                <w:rFonts w:ascii="Times New Roman" w:eastAsia="Times New Roman" w:hAnsi="Times New Roman" w:cs="Times New Roman"/>
                <w:color w:val="000000"/>
                <w:w w:val="97"/>
                <w:sz w:val="24"/>
                <w:szCs w:val="24"/>
                <w:lang w:val="ru-RU"/>
              </w:rPr>
              <w:t xml:space="preserve"> </w:t>
            </w:r>
            <w:proofErr w:type="spellStart"/>
            <w:r w:rsidRPr="007076F4">
              <w:rPr>
                <w:rFonts w:ascii="Times New Roman" w:eastAsia="Times New Roman" w:hAnsi="Times New Roman" w:cs="Times New Roman"/>
                <w:color w:val="000000"/>
                <w:w w:val="97"/>
                <w:sz w:val="24"/>
                <w:szCs w:val="24"/>
                <w:lang w:val="ru-RU"/>
              </w:rPr>
              <w:t>өебезгə</w:t>
            </w:r>
            <w:proofErr w:type="spellEnd"/>
            <w:r w:rsidRPr="007076F4">
              <w:rPr>
                <w:rFonts w:ascii="Times New Roman" w:eastAsia="Times New Roman" w:hAnsi="Times New Roman" w:cs="Times New Roman"/>
                <w:color w:val="000000"/>
                <w:w w:val="97"/>
                <w:sz w:val="24"/>
                <w:szCs w:val="24"/>
                <w:lang w:val="ru-RU"/>
              </w:rPr>
              <w:t xml:space="preserve"> (Весна к нам пришла)</w:t>
            </w:r>
          </w:p>
        </w:tc>
        <w:tc>
          <w:tcPr>
            <w:tcW w:w="1076" w:type="dxa"/>
            <w:shd w:val="clear" w:color="auto" w:fill="auto"/>
          </w:tcPr>
          <w:p w14:paraId="479680AA" w14:textId="77777777" w:rsidR="007076F4" w:rsidRPr="007076F4" w:rsidRDefault="007076F4" w:rsidP="00CF4DA6">
            <w:pPr>
              <w:autoSpaceDE w:val="0"/>
              <w:autoSpaceDN w:val="0"/>
              <w:spacing w:before="78" w:after="0" w:line="240" w:lineRule="auto"/>
              <w:ind w:left="72"/>
              <w:rPr>
                <w:rFonts w:ascii="Times New Roman" w:hAnsi="Times New Roman" w:cs="Times New Roman"/>
                <w:sz w:val="24"/>
                <w:szCs w:val="24"/>
              </w:rPr>
            </w:pPr>
            <w:r w:rsidRPr="007076F4">
              <w:rPr>
                <w:rFonts w:ascii="Times New Roman" w:eastAsia="Times New Roman" w:hAnsi="Times New Roman" w:cs="Times New Roman"/>
                <w:color w:val="000000"/>
                <w:w w:val="97"/>
                <w:sz w:val="24"/>
                <w:szCs w:val="24"/>
              </w:rPr>
              <w:t>4</w:t>
            </w:r>
          </w:p>
        </w:tc>
        <w:tc>
          <w:tcPr>
            <w:tcW w:w="3131" w:type="dxa"/>
            <w:shd w:val="clear" w:color="auto" w:fill="auto"/>
          </w:tcPr>
          <w:p w14:paraId="73D2D877" w14:textId="77777777" w:rsidR="007076F4" w:rsidRDefault="007076F4" w:rsidP="00CF4DA6">
            <w:pPr>
              <w:spacing w:after="0" w:line="240" w:lineRule="auto"/>
            </w:pPr>
            <w:r w:rsidRPr="00164364">
              <w:rPr>
                <w:rFonts w:ascii="Times New Roman" w:hAnsi="Times New Roman" w:cs="Times New Roman"/>
                <w:w w:val="97"/>
                <w:sz w:val="24"/>
                <w:szCs w:val="24"/>
              </w:rPr>
              <w:t xml:space="preserve">http://tatar.com.ru/fonetika.php http://tatar.com.ru </w:t>
            </w:r>
            <w:proofErr w:type="spellStart"/>
            <w:r w:rsidRPr="00164364">
              <w:rPr>
                <w:rFonts w:ascii="Times New Roman" w:hAnsi="Times New Roman" w:cs="Times New Roman"/>
                <w:w w:val="97"/>
                <w:sz w:val="24"/>
                <w:szCs w:val="24"/>
                <w:lang w:val="ru-RU"/>
              </w:rPr>
              <w:t>Шигърият</w:t>
            </w:r>
            <w:proofErr w:type="spellEnd"/>
            <w:r w:rsidRPr="00164364">
              <w:rPr>
                <w:rFonts w:ascii="Times New Roman" w:hAnsi="Times New Roman" w:cs="Times New Roman"/>
                <w:w w:val="97"/>
                <w:sz w:val="24"/>
                <w:szCs w:val="24"/>
              </w:rPr>
              <w:t>.</w:t>
            </w:r>
            <w:proofErr w:type="spellStart"/>
            <w:r w:rsidRPr="00164364">
              <w:rPr>
                <w:rFonts w:ascii="Times New Roman" w:hAnsi="Times New Roman" w:cs="Times New Roman"/>
                <w:w w:val="97"/>
                <w:sz w:val="24"/>
                <w:szCs w:val="24"/>
                <w:lang w:val="ru-RU"/>
              </w:rPr>
              <w:t>ру</w:t>
            </w:r>
            <w:proofErr w:type="spellEnd"/>
            <w:r w:rsidRPr="00164364">
              <w:rPr>
                <w:rFonts w:ascii="Times New Roman" w:hAnsi="Times New Roman" w:cs="Times New Roman"/>
                <w:w w:val="97"/>
                <w:sz w:val="24"/>
                <w:szCs w:val="24"/>
              </w:rPr>
              <w:t>. http://www.tatknigafund.ru http://www.belem.ru/ http://tatar.moy.su</w:t>
            </w:r>
          </w:p>
        </w:tc>
      </w:tr>
      <w:tr w:rsidR="007076F4" w:rsidRPr="007076F4" w14:paraId="6C04F3CC" w14:textId="77777777" w:rsidTr="007076F4">
        <w:tc>
          <w:tcPr>
            <w:tcW w:w="642" w:type="dxa"/>
            <w:shd w:val="clear" w:color="auto" w:fill="auto"/>
          </w:tcPr>
          <w:p w14:paraId="489C87F8" w14:textId="77777777" w:rsidR="007076F4" w:rsidRPr="007076F4" w:rsidRDefault="007076F4" w:rsidP="00CF4DA6">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7</w:t>
            </w:r>
          </w:p>
        </w:tc>
        <w:tc>
          <w:tcPr>
            <w:tcW w:w="5136" w:type="dxa"/>
            <w:shd w:val="clear" w:color="auto" w:fill="auto"/>
          </w:tcPr>
          <w:p w14:paraId="381922B7" w14:textId="77777777" w:rsidR="007076F4" w:rsidRPr="007076F4" w:rsidRDefault="007076F4" w:rsidP="00CF4DA6">
            <w:pPr>
              <w:autoSpaceDE w:val="0"/>
              <w:autoSpaceDN w:val="0"/>
              <w:spacing w:before="76" w:after="0" w:line="240" w:lineRule="auto"/>
              <w:ind w:left="72"/>
              <w:rPr>
                <w:rFonts w:ascii="Times New Roman" w:hAnsi="Times New Roman" w:cs="Times New Roman"/>
                <w:sz w:val="24"/>
                <w:szCs w:val="24"/>
                <w:lang w:val="ru-RU"/>
              </w:rPr>
            </w:pPr>
            <w:proofErr w:type="spellStart"/>
            <w:r w:rsidRPr="007076F4">
              <w:rPr>
                <w:rFonts w:ascii="Times New Roman" w:eastAsia="Times New Roman" w:hAnsi="Times New Roman" w:cs="Times New Roman"/>
                <w:color w:val="000000"/>
                <w:w w:val="97"/>
                <w:sz w:val="24"/>
                <w:szCs w:val="24"/>
                <w:lang w:val="ru-RU"/>
              </w:rPr>
              <w:t>Көлке</w:t>
            </w:r>
            <w:proofErr w:type="spellEnd"/>
            <w:r w:rsidRPr="007076F4">
              <w:rPr>
                <w:rFonts w:ascii="Times New Roman" w:eastAsia="Times New Roman" w:hAnsi="Times New Roman" w:cs="Times New Roman"/>
                <w:color w:val="000000"/>
                <w:w w:val="97"/>
                <w:sz w:val="24"/>
                <w:szCs w:val="24"/>
                <w:lang w:val="ru-RU"/>
              </w:rPr>
              <w:t xml:space="preserve"> </w:t>
            </w:r>
            <w:proofErr w:type="spellStart"/>
            <w:r w:rsidRPr="007076F4">
              <w:rPr>
                <w:rFonts w:ascii="Times New Roman" w:eastAsia="Times New Roman" w:hAnsi="Times New Roman" w:cs="Times New Roman"/>
                <w:color w:val="000000"/>
                <w:w w:val="97"/>
                <w:sz w:val="24"/>
                <w:szCs w:val="24"/>
                <w:lang w:val="ru-RU"/>
              </w:rPr>
              <w:t>көлə</w:t>
            </w:r>
            <w:proofErr w:type="spellEnd"/>
            <w:r w:rsidRPr="007076F4">
              <w:rPr>
                <w:rFonts w:ascii="Times New Roman" w:eastAsia="Times New Roman" w:hAnsi="Times New Roman" w:cs="Times New Roman"/>
                <w:color w:val="000000"/>
                <w:w w:val="97"/>
                <w:sz w:val="24"/>
                <w:szCs w:val="24"/>
                <w:lang w:val="ru-RU"/>
              </w:rPr>
              <w:t xml:space="preserve"> </w:t>
            </w:r>
            <w:proofErr w:type="spellStart"/>
            <w:r w:rsidRPr="007076F4">
              <w:rPr>
                <w:rFonts w:ascii="Times New Roman" w:eastAsia="Times New Roman" w:hAnsi="Times New Roman" w:cs="Times New Roman"/>
                <w:color w:val="000000"/>
                <w:w w:val="97"/>
                <w:sz w:val="24"/>
                <w:szCs w:val="24"/>
                <w:lang w:val="ru-RU"/>
              </w:rPr>
              <w:t>килə</w:t>
            </w:r>
            <w:proofErr w:type="spellEnd"/>
            <w:r w:rsidRPr="007076F4">
              <w:rPr>
                <w:rFonts w:ascii="Times New Roman" w:eastAsia="Times New Roman" w:hAnsi="Times New Roman" w:cs="Times New Roman"/>
                <w:color w:val="000000"/>
                <w:w w:val="97"/>
                <w:sz w:val="24"/>
                <w:szCs w:val="24"/>
                <w:lang w:val="ru-RU"/>
              </w:rPr>
              <w:t xml:space="preserve"> (Посмеемся вместе)</w:t>
            </w:r>
          </w:p>
        </w:tc>
        <w:tc>
          <w:tcPr>
            <w:tcW w:w="1076" w:type="dxa"/>
            <w:shd w:val="clear" w:color="auto" w:fill="auto"/>
          </w:tcPr>
          <w:p w14:paraId="3755965B" w14:textId="77777777" w:rsidR="007076F4" w:rsidRPr="007076F4" w:rsidRDefault="007076F4" w:rsidP="00CF4DA6">
            <w:pPr>
              <w:autoSpaceDE w:val="0"/>
              <w:autoSpaceDN w:val="0"/>
              <w:spacing w:before="76" w:after="0" w:line="240" w:lineRule="auto"/>
              <w:ind w:left="72"/>
              <w:rPr>
                <w:rFonts w:ascii="Times New Roman" w:hAnsi="Times New Roman" w:cs="Times New Roman"/>
                <w:sz w:val="24"/>
                <w:szCs w:val="24"/>
              </w:rPr>
            </w:pPr>
            <w:r w:rsidRPr="007076F4">
              <w:rPr>
                <w:rFonts w:ascii="Times New Roman" w:eastAsia="Times New Roman" w:hAnsi="Times New Roman" w:cs="Times New Roman"/>
                <w:color w:val="000000"/>
                <w:w w:val="97"/>
                <w:sz w:val="24"/>
                <w:szCs w:val="24"/>
              </w:rPr>
              <w:t>5</w:t>
            </w:r>
          </w:p>
        </w:tc>
        <w:tc>
          <w:tcPr>
            <w:tcW w:w="3131" w:type="dxa"/>
            <w:shd w:val="clear" w:color="auto" w:fill="auto"/>
          </w:tcPr>
          <w:p w14:paraId="6975ECA9" w14:textId="77777777" w:rsidR="007076F4" w:rsidRDefault="007076F4" w:rsidP="00CF4DA6">
            <w:pPr>
              <w:spacing w:after="0" w:line="240" w:lineRule="auto"/>
            </w:pPr>
            <w:r w:rsidRPr="00164364">
              <w:rPr>
                <w:rFonts w:ascii="Times New Roman" w:hAnsi="Times New Roman" w:cs="Times New Roman"/>
                <w:w w:val="97"/>
                <w:sz w:val="24"/>
                <w:szCs w:val="24"/>
              </w:rPr>
              <w:t xml:space="preserve">http://tatar.com.ru/fonetika.php http://tatar.com.ru </w:t>
            </w:r>
            <w:proofErr w:type="spellStart"/>
            <w:r w:rsidRPr="00164364">
              <w:rPr>
                <w:rFonts w:ascii="Times New Roman" w:hAnsi="Times New Roman" w:cs="Times New Roman"/>
                <w:w w:val="97"/>
                <w:sz w:val="24"/>
                <w:szCs w:val="24"/>
                <w:lang w:val="ru-RU"/>
              </w:rPr>
              <w:t>Шигърият</w:t>
            </w:r>
            <w:proofErr w:type="spellEnd"/>
            <w:r w:rsidRPr="00164364">
              <w:rPr>
                <w:rFonts w:ascii="Times New Roman" w:hAnsi="Times New Roman" w:cs="Times New Roman"/>
                <w:w w:val="97"/>
                <w:sz w:val="24"/>
                <w:szCs w:val="24"/>
              </w:rPr>
              <w:t>.</w:t>
            </w:r>
            <w:proofErr w:type="spellStart"/>
            <w:r w:rsidRPr="00164364">
              <w:rPr>
                <w:rFonts w:ascii="Times New Roman" w:hAnsi="Times New Roman" w:cs="Times New Roman"/>
                <w:w w:val="97"/>
                <w:sz w:val="24"/>
                <w:szCs w:val="24"/>
                <w:lang w:val="ru-RU"/>
              </w:rPr>
              <w:t>ру</w:t>
            </w:r>
            <w:proofErr w:type="spellEnd"/>
            <w:r w:rsidRPr="00164364">
              <w:rPr>
                <w:rFonts w:ascii="Times New Roman" w:hAnsi="Times New Roman" w:cs="Times New Roman"/>
                <w:w w:val="97"/>
                <w:sz w:val="24"/>
                <w:szCs w:val="24"/>
              </w:rPr>
              <w:t>. http://www.tatknigafund.ru http://www.belem.ru/ http://tatar.moy.su</w:t>
            </w:r>
          </w:p>
        </w:tc>
      </w:tr>
      <w:tr w:rsidR="007076F4" w:rsidRPr="00492383" w14:paraId="1F971B91" w14:textId="77777777" w:rsidTr="007076F4">
        <w:tc>
          <w:tcPr>
            <w:tcW w:w="642" w:type="dxa"/>
            <w:shd w:val="clear" w:color="auto" w:fill="auto"/>
          </w:tcPr>
          <w:p w14:paraId="1509C23D" w14:textId="77777777" w:rsidR="007076F4" w:rsidRPr="007076F4" w:rsidRDefault="007076F4" w:rsidP="00CF4DA6">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8</w:t>
            </w:r>
          </w:p>
        </w:tc>
        <w:tc>
          <w:tcPr>
            <w:tcW w:w="5136" w:type="dxa"/>
            <w:shd w:val="clear" w:color="auto" w:fill="auto"/>
          </w:tcPr>
          <w:p w14:paraId="326D4BA5" w14:textId="77777777" w:rsidR="007076F4" w:rsidRPr="007076F4" w:rsidRDefault="007076F4" w:rsidP="00CF4DA6">
            <w:pPr>
              <w:autoSpaceDE w:val="0"/>
              <w:autoSpaceDN w:val="0"/>
              <w:spacing w:before="76" w:after="0" w:line="240" w:lineRule="auto"/>
              <w:ind w:left="72"/>
              <w:rPr>
                <w:rFonts w:ascii="Times New Roman" w:hAnsi="Times New Roman" w:cs="Times New Roman"/>
                <w:sz w:val="24"/>
                <w:szCs w:val="24"/>
              </w:rPr>
            </w:pPr>
            <w:proofErr w:type="spellStart"/>
            <w:r w:rsidRPr="007076F4">
              <w:rPr>
                <w:rFonts w:ascii="Times New Roman" w:eastAsia="Times New Roman" w:hAnsi="Times New Roman" w:cs="Times New Roman"/>
                <w:color w:val="000000"/>
                <w:w w:val="97"/>
                <w:sz w:val="24"/>
                <w:szCs w:val="24"/>
              </w:rPr>
              <w:t>Исəнме</w:t>
            </w:r>
            <w:proofErr w:type="spellEnd"/>
            <w:r w:rsidRPr="007076F4">
              <w:rPr>
                <w:rFonts w:ascii="Times New Roman" w:eastAsia="Times New Roman" w:hAnsi="Times New Roman" w:cs="Times New Roman"/>
                <w:color w:val="000000"/>
                <w:w w:val="97"/>
                <w:sz w:val="24"/>
                <w:szCs w:val="24"/>
              </w:rPr>
              <w:t xml:space="preserve">, </w:t>
            </w:r>
            <w:proofErr w:type="spellStart"/>
            <w:r w:rsidRPr="007076F4">
              <w:rPr>
                <w:rFonts w:ascii="Times New Roman" w:eastAsia="Times New Roman" w:hAnsi="Times New Roman" w:cs="Times New Roman"/>
                <w:color w:val="000000"/>
                <w:w w:val="97"/>
                <w:sz w:val="24"/>
                <w:szCs w:val="24"/>
              </w:rPr>
              <w:t>җəй</w:t>
            </w:r>
            <w:proofErr w:type="spellEnd"/>
            <w:r w:rsidRPr="007076F4">
              <w:rPr>
                <w:rFonts w:ascii="Times New Roman" w:eastAsia="Times New Roman" w:hAnsi="Times New Roman" w:cs="Times New Roman"/>
                <w:color w:val="000000"/>
                <w:w w:val="97"/>
                <w:sz w:val="24"/>
                <w:szCs w:val="24"/>
              </w:rPr>
              <w:t>! (</w:t>
            </w:r>
            <w:proofErr w:type="spellStart"/>
            <w:r w:rsidRPr="007076F4">
              <w:rPr>
                <w:rFonts w:ascii="Times New Roman" w:eastAsia="Times New Roman" w:hAnsi="Times New Roman" w:cs="Times New Roman"/>
                <w:color w:val="000000"/>
                <w:w w:val="97"/>
                <w:sz w:val="24"/>
                <w:szCs w:val="24"/>
              </w:rPr>
              <w:t>Здравствуй</w:t>
            </w:r>
            <w:proofErr w:type="spellEnd"/>
            <w:r w:rsidRPr="007076F4">
              <w:rPr>
                <w:rFonts w:ascii="Times New Roman" w:eastAsia="Times New Roman" w:hAnsi="Times New Roman" w:cs="Times New Roman"/>
                <w:color w:val="000000"/>
                <w:w w:val="97"/>
                <w:sz w:val="24"/>
                <w:szCs w:val="24"/>
              </w:rPr>
              <w:t xml:space="preserve">, </w:t>
            </w:r>
            <w:proofErr w:type="spellStart"/>
            <w:r w:rsidRPr="007076F4">
              <w:rPr>
                <w:rFonts w:ascii="Times New Roman" w:eastAsia="Times New Roman" w:hAnsi="Times New Roman" w:cs="Times New Roman"/>
                <w:color w:val="000000"/>
                <w:w w:val="97"/>
                <w:sz w:val="24"/>
                <w:szCs w:val="24"/>
              </w:rPr>
              <w:t>лето</w:t>
            </w:r>
            <w:proofErr w:type="spellEnd"/>
            <w:r w:rsidRPr="007076F4">
              <w:rPr>
                <w:rFonts w:ascii="Times New Roman" w:eastAsia="Times New Roman" w:hAnsi="Times New Roman" w:cs="Times New Roman"/>
                <w:color w:val="000000"/>
                <w:w w:val="97"/>
                <w:sz w:val="24"/>
                <w:szCs w:val="24"/>
              </w:rPr>
              <w:t>!)</w:t>
            </w:r>
          </w:p>
        </w:tc>
        <w:tc>
          <w:tcPr>
            <w:tcW w:w="1076" w:type="dxa"/>
            <w:shd w:val="clear" w:color="auto" w:fill="auto"/>
          </w:tcPr>
          <w:p w14:paraId="25FBB63C" w14:textId="77777777" w:rsidR="007076F4" w:rsidRPr="007076F4" w:rsidRDefault="007076F4" w:rsidP="00CF4DA6">
            <w:pPr>
              <w:autoSpaceDE w:val="0"/>
              <w:autoSpaceDN w:val="0"/>
              <w:spacing w:before="76" w:after="0" w:line="240" w:lineRule="auto"/>
              <w:ind w:left="72"/>
              <w:rPr>
                <w:rFonts w:ascii="Times New Roman" w:hAnsi="Times New Roman" w:cs="Times New Roman"/>
                <w:sz w:val="24"/>
                <w:szCs w:val="24"/>
              </w:rPr>
            </w:pPr>
            <w:r w:rsidRPr="007076F4">
              <w:rPr>
                <w:rFonts w:ascii="Times New Roman" w:eastAsia="Times New Roman" w:hAnsi="Times New Roman" w:cs="Times New Roman"/>
                <w:color w:val="000000"/>
                <w:w w:val="97"/>
                <w:sz w:val="24"/>
                <w:szCs w:val="24"/>
              </w:rPr>
              <w:t>4</w:t>
            </w:r>
          </w:p>
        </w:tc>
        <w:tc>
          <w:tcPr>
            <w:tcW w:w="3131" w:type="dxa"/>
            <w:shd w:val="clear" w:color="auto" w:fill="auto"/>
          </w:tcPr>
          <w:p w14:paraId="448AE59A" w14:textId="77777777" w:rsidR="007076F4" w:rsidRDefault="007076F4" w:rsidP="00CF4DA6">
            <w:pPr>
              <w:spacing w:after="0" w:line="240" w:lineRule="auto"/>
            </w:pPr>
            <w:r w:rsidRPr="00164364">
              <w:rPr>
                <w:rFonts w:ascii="Times New Roman" w:hAnsi="Times New Roman" w:cs="Times New Roman"/>
                <w:w w:val="97"/>
                <w:sz w:val="24"/>
                <w:szCs w:val="24"/>
              </w:rPr>
              <w:t xml:space="preserve">http://tatar.com.ru/fonetika.php http://tatar.com.ru </w:t>
            </w:r>
            <w:proofErr w:type="spellStart"/>
            <w:r w:rsidRPr="00164364">
              <w:rPr>
                <w:rFonts w:ascii="Times New Roman" w:hAnsi="Times New Roman" w:cs="Times New Roman"/>
                <w:w w:val="97"/>
                <w:sz w:val="24"/>
                <w:szCs w:val="24"/>
                <w:lang w:val="ru-RU"/>
              </w:rPr>
              <w:t>Шигърият</w:t>
            </w:r>
            <w:proofErr w:type="spellEnd"/>
            <w:r w:rsidRPr="00164364">
              <w:rPr>
                <w:rFonts w:ascii="Times New Roman" w:hAnsi="Times New Roman" w:cs="Times New Roman"/>
                <w:w w:val="97"/>
                <w:sz w:val="24"/>
                <w:szCs w:val="24"/>
              </w:rPr>
              <w:t>.</w:t>
            </w:r>
            <w:proofErr w:type="spellStart"/>
            <w:r w:rsidRPr="00164364">
              <w:rPr>
                <w:rFonts w:ascii="Times New Roman" w:hAnsi="Times New Roman" w:cs="Times New Roman"/>
                <w:w w:val="97"/>
                <w:sz w:val="24"/>
                <w:szCs w:val="24"/>
                <w:lang w:val="ru-RU"/>
              </w:rPr>
              <w:t>ру</w:t>
            </w:r>
            <w:proofErr w:type="spellEnd"/>
            <w:r w:rsidRPr="00164364">
              <w:rPr>
                <w:rFonts w:ascii="Times New Roman" w:hAnsi="Times New Roman" w:cs="Times New Roman"/>
                <w:w w:val="97"/>
                <w:sz w:val="24"/>
                <w:szCs w:val="24"/>
              </w:rPr>
              <w:t>. http://www.tatknigafund.ru http://www.belem.ru/ http://tatar.moy.su</w:t>
            </w:r>
          </w:p>
        </w:tc>
      </w:tr>
      <w:tr w:rsidR="007076F4" w:rsidRPr="00492383" w14:paraId="66C24C68" w14:textId="77777777" w:rsidTr="007076F4">
        <w:tc>
          <w:tcPr>
            <w:tcW w:w="642" w:type="dxa"/>
            <w:shd w:val="clear" w:color="auto" w:fill="auto"/>
          </w:tcPr>
          <w:p w14:paraId="03093C42" w14:textId="77777777" w:rsidR="007076F4" w:rsidRPr="007076F4" w:rsidRDefault="007076F4" w:rsidP="00CF4DA6">
            <w:pPr>
              <w:spacing w:after="0" w:line="240" w:lineRule="auto"/>
              <w:jc w:val="center"/>
              <w:rPr>
                <w:rFonts w:ascii="Times New Roman" w:hAnsi="Times New Roman" w:cs="Times New Roman"/>
                <w:iCs/>
                <w:sz w:val="24"/>
                <w:szCs w:val="24"/>
              </w:rPr>
            </w:pPr>
          </w:p>
        </w:tc>
        <w:tc>
          <w:tcPr>
            <w:tcW w:w="5136" w:type="dxa"/>
            <w:shd w:val="clear" w:color="auto" w:fill="auto"/>
          </w:tcPr>
          <w:p w14:paraId="14595465" w14:textId="77777777" w:rsidR="007076F4" w:rsidRPr="007076F4" w:rsidRDefault="007076F4" w:rsidP="00CF4DA6">
            <w:pPr>
              <w:spacing w:line="240" w:lineRule="auto"/>
              <w:rPr>
                <w:rFonts w:ascii="Times New Roman" w:hAnsi="Times New Roman" w:cs="Times New Roman"/>
                <w:sz w:val="24"/>
                <w:szCs w:val="24"/>
                <w:lang w:val="ru-RU"/>
              </w:rPr>
            </w:pPr>
            <w:r w:rsidRPr="00492383">
              <w:rPr>
                <w:rFonts w:ascii="Times New Roman" w:eastAsia="Times New Roman" w:hAnsi="Times New Roman"/>
                <w:b/>
                <w:color w:val="000000"/>
                <w:w w:val="97"/>
                <w:sz w:val="24"/>
                <w:lang w:val="ru-RU"/>
              </w:rPr>
              <w:t>Общее количество часов  по программе</w:t>
            </w:r>
          </w:p>
        </w:tc>
        <w:tc>
          <w:tcPr>
            <w:tcW w:w="1076" w:type="dxa"/>
            <w:shd w:val="clear" w:color="auto" w:fill="auto"/>
          </w:tcPr>
          <w:p w14:paraId="420764CF" w14:textId="77777777" w:rsidR="007076F4" w:rsidRPr="007076F4" w:rsidRDefault="007076F4" w:rsidP="00CF4DA6">
            <w:pPr>
              <w:autoSpaceDE w:val="0"/>
              <w:autoSpaceDN w:val="0"/>
              <w:spacing w:before="76" w:after="0" w:line="240" w:lineRule="auto"/>
              <w:ind w:left="74"/>
              <w:jc w:val="center"/>
              <w:rPr>
                <w:rFonts w:ascii="Times New Roman" w:eastAsia="Times New Roman" w:hAnsi="Times New Roman"/>
                <w:color w:val="000000"/>
                <w:w w:val="97"/>
                <w:sz w:val="24"/>
                <w:szCs w:val="24"/>
                <w:lang w:val="ru-RU"/>
              </w:rPr>
            </w:pPr>
            <w:r>
              <w:rPr>
                <w:rFonts w:ascii="Times New Roman" w:eastAsia="Times New Roman" w:hAnsi="Times New Roman"/>
                <w:color w:val="000000"/>
                <w:w w:val="97"/>
                <w:sz w:val="24"/>
                <w:szCs w:val="24"/>
                <w:lang w:val="ru-RU"/>
              </w:rPr>
              <w:t>34</w:t>
            </w:r>
          </w:p>
        </w:tc>
        <w:tc>
          <w:tcPr>
            <w:tcW w:w="3131" w:type="dxa"/>
            <w:shd w:val="clear" w:color="auto" w:fill="auto"/>
          </w:tcPr>
          <w:p w14:paraId="30B339EF" w14:textId="77777777" w:rsidR="007076F4" w:rsidRPr="007076F4" w:rsidRDefault="007076F4" w:rsidP="00CF4DA6">
            <w:pPr>
              <w:spacing w:after="0" w:line="240" w:lineRule="auto"/>
              <w:jc w:val="both"/>
              <w:rPr>
                <w:rFonts w:ascii="Times New Roman" w:hAnsi="Times New Roman" w:cs="Times New Roman"/>
                <w:w w:val="97"/>
                <w:sz w:val="24"/>
                <w:szCs w:val="24"/>
              </w:rPr>
            </w:pPr>
          </w:p>
        </w:tc>
      </w:tr>
    </w:tbl>
    <w:p w14:paraId="46FA0FAB" w14:textId="77777777" w:rsidR="007076F4" w:rsidRDefault="007076F4" w:rsidP="007076F4">
      <w:pPr>
        <w:spacing w:after="0" w:line="240" w:lineRule="auto"/>
        <w:ind w:firstLine="283"/>
        <w:jc w:val="center"/>
        <w:rPr>
          <w:rFonts w:ascii="Times New Roman" w:hAnsi="Times New Roman"/>
          <w:b/>
          <w:bCs/>
          <w:iCs/>
          <w:sz w:val="24"/>
          <w:szCs w:val="24"/>
          <w:lang w:val="ru-RU"/>
        </w:rPr>
      </w:pPr>
    </w:p>
    <w:p w14:paraId="0237DD74" w14:textId="77777777" w:rsidR="007076F4" w:rsidRPr="007076F4" w:rsidRDefault="007076F4" w:rsidP="007076F4">
      <w:pPr>
        <w:spacing w:after="0" w:line="240" w:lineRule="auto"/>
        <w:ind w:firstLine="283"/>
        <w:jc w:val="center"/>
        <w:rPr>
          <w:rFonts w:ascii="Times New Roman" w:hAnsi="Times New Roman"/>
          <w:b/>
          <w:bCs/>
          <w:iCs/>
          <w:sz w:val="24"/>
          <w:szCs w:val="24"/>
          <w:lang w:val="ru-RU"/>
        </w:rPr>
      </w:pPr>
      <w:r>
        <w:rPr>
          <w:rFonts w:ascii="Times New Roman" w:hAnsi="Times New Roman"/>
          <w:b/>
          <w:bCs/>
          <w:iCs/>
          <w:sz w:val="24"/>
          <w:szCs w:val="24"/>
          <w:lang w:val="ru-RU"/>
        </w:rPr>
        <w:t>3</w:t>
      </w:r>
      <w:proofErr w:type="spellStart"/>
      <w:r w:rsidRPr="007076F4">
        <w:rPr>
          <w:rFonts w:ascii="Times New Roman" w:hAnsi="Times New Roman"/>
          <w:b/>
          <w:bCs/>
          <w:iCs/>
          <w:sz w:val="24"/>
          <w:szCs w:val="24"/>
        </w:rPr>
        <w:t>класс</w:t>
      </w:r>
      <w:proofErr w:type="spellEnd"/>
    </w:p>
    <w:p w14:paraId="343765CF" w14:textId="77777777" w:rsidR="007076F4" w:rsidRPr="007076F4" w:rsidRDefault="007076F4" w:rsidP="007076F4">
      <w:pPr>
        <w:spacing w:after="0" w:line="240" w:lineRule="auto"/>
        <w:ind w:firstLine="283"/>
        <w:jc w:val="center"/>
        <w:rPr>
          <w:rFonts w:ascii="Times New Roman" w:hAnsi="Times New Roman"/>
          <w:b/>
          <w:bCs/>
          <w:iCs/>
          <w:sz w:val="24"/>
          <w:szCs w:val="24"/>
          <w:lang w:val="ru-RU"/>
        </w:rPr>
      </w:pPr>
    </w:p>
    <w:tbl>
      <w:tblPr>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2"/>
        <w:gridCol w:w="5136"/>
        <w:gridCol w:w="1076"/>
        <w:gridCol w:w="3131"/>
      </w:tblGrid>
      <w:tr w:rsidR="007076F4" w:rsidRPr="007076F4" w14:paraId="665BDA8B" w14:textId="77777777" w:rsidTr="007076F4">
        <w:tc>
          <w:tcPr>
            <w:tcW w:w="642" w:type="dxa"/>
            <w:shd w:val="clear" w:color="auto" w:fill="auto"/>
          </w:tcPr>
          <w:p w14:paraId="4C4998A8" w14:textId="77777777" w:rsidR="007076F4" w:rsidRPr="007076F4" w:rsidRDefault="007076F4" w:rsidP="007076F4">
            <w:pPr>
              <w:spacing w:after="0" w:line="240" w:lineRule="auto"/>
              <w:jc w:val="center"/>
              <w:rPr>
                <w:rFonts w:ascii="Times New Roman" w:hAnsi="Times New Roman"/>
                <w:i/>
                <w:sz w:val="24"/>
                <w:szCs w:val="24"/>
              </w:rPr>
            </w:pPr>
            <w:r w:rsidRPr="007076F4">
              <w:rPr>
                <w:rFonts w:ascii="Times New Roman" w:hAnsi="Times New Roman"/>
                <w:b/>
                <w:w w:val="97"/>
                <w:sz w:val="24"/>
                <w:szCs w:val="24"/>
              </w:rPr>
              <w:t>№</w:t>
            </w:r>
            <w:r w:rsidRPr="007076F4">
              <w:rPr>
                <w:rFonts w:ascii="Times New Roman" w:hAnsi="Times New Roman"/>
                <w:sz w:val="24"/>
                <w:szCs w:val="24"/>
              </w:rPr>
              <w:br/>
            </w:r>
            <w:r w:rsidRPr="007076F4">
              <w:rPr>
                <w:rFonts w:ascii="Times New Roman" w:hAnsi="Times New Roman"/>
                <w:b/>
                <w:w w:val="97"/>
                <w:sz w:val="24"/>
                <w:szCs w:val="24"/>
              </w:rPr>
              <w:t>п/п</w:t>
            </w:r>
          </w:p>
        </w:tc>
        <w:tc>
          <w:tcPr>
            <w:tcW w:w="5136" w:type="dxa"/>
            <w:shd w:val="clear" w:color="auto" w:fill="auto"/>
          </w:tcPr>
          <w:p w14:paraId="3E724970" w14:textId="77777777" w:rsidR="007076F4" w:rsidRPr="007076F4" w:rsidRDefault="007076F4" w:rsidP="007076F4">
            <w:pPr>
              <w:spacing w:after="0" w:line="240" w:lineRule="auto"/>
              <w:jc w:val="center"/>
              <w:rPr>
                <w:rFonts w:ascii="Times New Roman" w:hAnsi="Times New Roman"/>
                <w:i/>
                <w:sz w:val="24"/>
                <w:szCs w:val="24"/>
                <w:lang w:val="ru-RU"/>
              </w:rPr>
            </w:pPr>
            <w:r w:rsidRPr="007076F4">
              <w:rPr>
                <w:rFonts w:ascii="Times New Roman" w:hAnsi="Times New Roman"/>
                <w:b/>
                <w:w w:val="97"/>
                <w:sz w:val="24"/>
                <w:szCs w:val="24"/>
                <w:lang w:val="ru-RU"/>
              </w:rPr>
              <w:t>Наименование разделов и тем программы</w:t>
            </w:r>
          </w:p>
        </w:tc>
        <w:tc>
          <w:tcPr>
            <w:tcW w:w="1076" w:type="dxa"/>
            <w:shd w:val="clear" w:color="auto" w:fill="auto"/>
          </w:tcPr>
          <w:p w14:paraId="41781073" w14:textId="77777777" w:rsidR="007076F4" w:rsidRPr="007076F4" w:rsidRDefault="007076F4" w:rsidP="007076F4">
            <w:pPr>
              <w:spacing w:after="0" w:line="240" w:lineRule="auto"/>
              <w:jc w:val="center"/>
              <w:rPr>
                <w:rFonts w:ascii="Times New Roman" w:hAnsi="Times New Roman"/>
                <w:i/>
                <w:sz w:val="24"/>
                <w:szCs w:val="24"/>
              </w:rPr>
            </w:pPr>
            <w:proofErr w:type="spellStart"/>
            <w:r w:rsidRPr="007076F4">
              <w:rPr>
                <w:rFonts w:ascii="Times New Roman" w:hAnsi="Times New Roman"/>
                <w:b/>
                <w:w w:val="97"/>
                <w:sz w:val="24"/>
                <w:szCs w:val="24"/>
              </w:rPr>
              <w:t>Кол-во</w:t>
            </w:r>
            <w:proofErr w:type="spellEnd"/>
            <w:r w:rsidRPr="007076F4">
              <w:rPr>
                <w:rFonts w:ascii="Times New Roman" w:hAnsi="Times New Roman"/>
                <w:b/>
                <w:w w:val="97"/>
                <w:sz w:val="24"/>
                <w:szCs w:val="24"/>
              </w:rPr>
              <w:t xml:space="preserve"> </w:t>
            </w:r>
            <w:proofErr w:type="spellStart"/>
            <w:r w:rsidRPr="007076F4">
              <w:rPr>
                <w:rFonts w:ascii="Times New Roman" w:hAnsi="Times New Roman"/>
                <w:b/>
                <w:w w:val="97"/>
                <w:sz w:val="24"/>
                <w:szCs w:val="24"/>
              </w:rPr>
              <w:t>часов</w:t>
            </w:r>
            <w:proofErr w:type="spellEnd"/>
          </w:p>
        </w:tc>
        <w:tc>
          <w:tcPr>
            <w:tcW w:w="3131" w:type="dxa"/>
            <w:shd w:val="clear" w:color="auto" w:fill="auto"/>
          </w:tcPr>
          <w:p w14:paraId="361BDF8C" w14:textId="77777777" w:rsidR="007076F4" w:rsidRPr="007076F4" w:rsidRDefault="007076F4" w:rsidP="007076F4">
            <w:pPr>
              <w:spacing w:after="0" w:line="240" w:lineRule="auto"/>
              <w:jc w:val="center"/>
              <w:rPr>
                <w:rFonts w:ascii="Times New Roman" w:hAnsi="Times New Roman"/>
                <w:i/>
                <w:sz w:val="24"/>
                <w:szCs w:val="24"/>
              </w:rPr>
            </w:pPr>
            <w:proofErr w:type="spellStart"/>
            <w:r w:rsidRPr="007076F4">
              <w:rPr>
                <w:rFonts w:ascii="Times New Roman" w:hAnsi="Times New Roman"/>
                <w:b/>
                <w:w w:val="97"/>
                <w:sz w:val="24"/>
                <w:szCs w:val="24"/>
              </w:rPr>
              <w:t>Электронные</w:t>
            </w:r>
            <w:proofErr w:type="spellEnd"/>
            <w:r w:rsidRPr="007076F4">
              <w:rPr>
                <w:rFonts w:ascii="Times New Roman" w:hAnsi="Times New Roman"/>
                <w:b/>
                <w:w w:val="97"/>
                <w:sz w:val="24"/>
                <w:szCs w:val="24"/>
              </w:rPr>
              <w:t xml:space="preserve"> </w:t>
            </w:r>
            <w:r w:rsidRPr="007076F4">
              <w:rPr>
                <w:rFonts w:ascii="Times New Roman" w:hAnsi="Times New Roman"/>
                <w:sz w:val="24"/>
                <w:szCs w:val="24"/>
              </w:rPr>
              <w:br/>
            </w:r>
            <w:r w:rsidRPr="007076F4">
              <w:rPr>
                <w:rFonts w:ascii="Times New Roman" w:hAnsi="Times New Roman"/>
                <w:b/>
                <w:w w:val="97"/>
                <w:sz w:val="24"/>
                <w:szCs w:val="24"/>
              </w:rPr>
              <w:t>(</w:t>
            </w:r>
            <w:proofErr w:type="spellStart"/>
            <w:r w:rsidRPr="007076F4">
              <w:rPr>
                <w:rFonts w:ascii="Times New Roman" w:hAnsi="Times New Roman"/>
                <w:b/>
                <w:w w:val="97"/>
                <w:sz w:val="24"/>
                <w:szCs w:val="24"/>
              </w:rPr>
              <w:t>цифровые</w:t>
            </w:r>
            <w:proofErr w:type="spellEnd"/>
            <w:r w:rsidRPr="007076F4">
              <w:rPr>
                <w:rFonts w:ascii="Times New Roman" w:hAnsi="Times New Roman"/>
                <w:b/>
                <w:w w:val="97"/>
                <w:sz w:val="24"/>
                <w:szCs w:val="24"/>
              </w:rPr>
              <w:t xml:space="preserve">) </w:t>
            </w:r>
            <w:r w:rsidRPr="007076F4">
              <w:rPr>
                <w:rFonts w:ascii="Times New Roman" w:hAnsi="Times New Roman"/>
                <w:sz w:val="24"/>
                <w:szCs w:val="24"/>
              </w:rPr>
              <w:br/>
            </w:r>
            <w:proofErr w:type="spellStart"/>
            <w:r w:rsidRPr="007076F4">
              <w:rPr>
                <w:rFonts w:ascii="Times New Roman" w:hAnsi="Times New Roman"/>
                <w:b/>
                <w:w w:val="97"/>
                <w:sz w:val="24"/>
                <w:szCs w:val="24"/>
              </w:rPr>
              <w:t>образовательные</w:t>
            </w:r>
            <w:proofErr w:type="spellEnd"/>
            <w:r w:rsidRPr="007076F4">
              <w:rPr>
                <w:rFonts w:ascii="Times New Roman" w:hAnsi="Times New Roman"/>
                <w:b/>
                <w:w w:val="97"/>
                <w:sz w:val="24"/>
                <w:szCs w:val="24"/>
              </w:rPr>
              <w:t xml:space="preserve"> </w:t>
            </w:r>
            <w:proofErr w:type="spellStart"/>
            <w:r w:rsidRPr="007076F4">
              <w:rPr>
                <w:rFonts w:ascii="Times New Roman" w:hAnsi="Times New Roman"/>
                <w:b/>
                <w:w w:val="97"/>
                <w:sz w:val="24"/>
                <w:szCs w:val="24"/>
              </w:rPr>
              <w:t>ресурсы</w:t>
            </w:r>
            <w:proofErr w:type="spellEnd"/>
          </w:p>
        </w:tc>
      </w:tr>
      <w:tr w:rsidR="007076F4" w:rsidRPr="007076F4" w14:paraId="4EE8720E" w14:textId="77777777" w:rsidTr="007076F4">
        <w:tc>
          <w:tcPr>
            <w:tcW w:w="642" w:type="dxa"/>
            <w:shd w:val="clear" w:color="auto" w:fill="auto"/>
          </w:tcPr>
          <w:p w14:paraId="6CDBFAC8" w14:textId="77777777" w:rsidR="007076F4" w:rsidRPr="007076F4" w:rsidRDefault="007076F4" w:rsidP="007076F4">
            <w:pPr>
              <w:spacing w:after="0" w:line="240" w:lineRule="auto"/>
              <w:jc w:val="center"/>
              <w:rPr>
                <w:rFonts w:ascii="Times New Roman" w:hAnsi="Times New Roman" w:cs="Times New Roman"/>
                <w:iCs/>
                <w:sz w:val="24"/>
                <w:szCs w:val="24"/>
              </w:rPr>
            </w:pPr>
            <w:r w:rsidRPr="007076F4">
              <w:rPr>
                <w:rFonts w:ascii="Times New Roman" w:hAnsi="Times New Roman" w:cs="Times New Roman"/>
                <w:iCs/>
                <w:sz w:val="24"/>
                <w:szCs w:val="24"/>
              </w:rPr>
              <w:t>1</w:t>
            </w:r>
          </w:p>
        </w:tc>
        <w:tc>
          <w:tcPr>
            <w:tcW w:w="5136" w:type="dxa"/>
            <w:shd w:val="clear" w:color="auto" w:fill="auto"/>
          </w:tcPr>
          <w:p w14:paraId="4E30C743" w14:textId="77777777" w:rsidR="007076F4" w:rsidRPr="007076F4" w:rsidRDefault="007076F4">
            <w:pPr>
              <w:autoSpaceDE w:val="0"/>
              <w:autoSpaceDN w:val="0"/>
              <w:spacing w:before="78" w:after="0" w:line="228" w:lineRule="auto"/>
              <w:ind w:left="72"/>
              <w:rPr>
                <w:sz w:val="24"/>
                <w:szCs w:val="24"/>
                <w:lang w:val="ru-RU"/>
              </w:rPr>
            </w:pPr>
            <w:proofErr w:type="spellStart"/>
            <w:r w:rsidRPr="007076F4">
              <w:rPr>
                <w:rFonts w:ascii="Times New Roman" w:eastAsia="Times New Roman" w:hAnsi="Times New Roman"/>
                <w:color w:val="000000"/>
                <w:w w:val="97"/>
                <w:sz w:val="24"/>
                <w:szCs w:val="24"/>
                <w:lang w:val="ru-RU"/>
              </w:rPr>
              <w:t>Китап</w:t>
            </w:r>
            <w:proofErr w:type="spellEnd"/>
            <w:r w:rsidRPr="007076F4">
              <w:rPr>
                <w:rFonts w:ascii="Times New Roman" w:eastAsia="Times New Roman" w:hAnsi="Times New Roman"/>
                <w:color w:val="000000"/>
                <w:w w:val="97"/>
                <w:sz w:val="24"/>
                <w:szCs w:val="24"/>
                <w:lang w:val="ru-RU"/>
              </w:rPr>
              <w:t xml:space="preserve"> – </w:t>
            </w:r>
            <w:proofErr w:type="spellStart"/>
            <w:r w:rsidRPr="007076F4">
              <w:rPr>
                <w:rFonts w:ascii="Times New Roman" w:eastAsia="Times New Roman" w:hAnsi="Times New Roman"/>
                <w:color w:val="000000"/>
                <w:w w:val="97"/>
                <w:sz w:val="24"/>
                <w:szCs w:val="24"/>
                <w:lang w:val="ru-RU"/>
              </w:rPr>
              <w:t>белем</w:t>
            </w:r>
            <w:proofErr w:type="spellEnd"/>
            <w:r w:rsidRPr="007076F4">
              <w:rPr>
                <w:rFonts w:ascii="Times New Roman" w:eastAsia="Times New Roman" w:hAnsi="Times New Roman"/>
                <w:color w:val="000000"/>
                <w:w w:val="97"/>
                <w:sz w:val="24"/>
                <w:szCs w:val="24"/>
                <w:lang w:val="ru-RU"/>
              </w:rPr>
              <w:t xml:space="preserve"> </w:t>
            </w:r>
            <w:proofErr w:type="spellStart"/>
            <w:r w:rsidRPr="007076F4">
              <w:rPr>
                <w:rFonts w:ascii="Times New Roman" w:eastAsia="Times New Roman" w:hAnsi="Times New Roman"/>
                <w:color w:val="000000"/>
                <w:w w:val="97"/>
                <w:sz w:val="24"/>
                <w:szCs w:val="24"/>
                <w:lang w:val="ru-RU"/>
              </w:rPr>
              <w:t>чишмəсе</w:t>
            </w:r>
            <w:proofErr w:type="spellEnd"/>
            <w:r w:rsidRPr="007076F4">
              <w:rPr>
                <w:rFonts w:ascii="Times New Roman" w:eastAsia="Times New Roman" w:hAnsi="Times New Roman"/>
                <w:color w:val="000000"/>
                <w:w w:val="97"/>
                <w:sz w:val="24"/>
                <w:szCs w:val="24"/>
                <w:lang w:val="ru-RU"/>
              </w:rPr>
              <w:t xml:space="preserve"> (Книга – кладезь знаний)</w:t>
            </w:r>
          </w:p>
        </w:tc>
        <w:tc>
          <w:tcPr>
            <w:tcW w:w="1076" w:type="dxa"/>
            <w:shd w:val="clear" w:color="auto" w:fill="auto"/>
          </w:tcPr>
          <w:p w14:paraId="405931E0" w14:textId="77777777" w:rsidR="007076F4" w:rsidRPr="007076F4" w:rsidRDefault="007076F4" w:rsidP="007076F4">
            <w:pPr>
              <w:autoSpaceDE w:val="0"/>
              <w:autoSpaceDN w:val="0"/>
              <w:spacing w:before="78" w:after="0" w:line="228" w:lineRule="auto"/>
              <w:ind w:left="72"/>
              <w:jc w:val="center"/>
              <w:rPr>
                <w:sz w:val="24"/>
              </w:rPr>
            </w:pPr>
            <w:r w:rsidRPr="007076F4">
              <w:rPr>
                <w:rFonts w:ascii="Times New Roman" w:eastAsia="Times New Roman" w:hAnsi="Times New Roman"/>
                <w:color w:val="000000"/>
                <w:w w:val="97"/>
                <w:sz w:val="24"/>
              </w:rPr>
              <w:t>5</w:t>
            </w:r>
          </w:p>
        </w:tc>
        <w:tc>
          <w:tcPr>
            <w:tcW w:w="3131" w:type="dxa"/>
            <w:shd w:val="clear" w:color="auto" w:fill="auto"/>
          </w:tcPr>
          <w:p w14:paraId="38DB44BA" w14:textId="77777777" w:rsidR="007076F4" w:rsidRPr="007076F4" w:rsidRDefault="007076F4" w:rsidP="007076F4">
            <w:pPr>
              <w:spacing w:after="0" w:line="240" w:lineRule="auto"/>
              <w:jc w:val="both"/>
              <w:rPr>
                <w:rFonts w:ascii="Times New Roman" w:hAnsi="Times New Roman" w:cs="Times New Roman"/>
                <w:i/>
                <w:sz w:val="24"/>
                <w:szCs w:val="24"/>
              </w:rPr>
            </w:pPr>
            <w:r w:rsidRPr="007076F4">
              <w:rPr>
                <w:rFonts w:ascii="Times New Roman" w:hAnsi="Times New Roman" w:cs="Times New Roman"/>
                <w:w w:val="97"/>
                <w:sz w:val="24"/>
                <w:szCs w:val="24"/>
              </w:rPr>
              <w:t xml:space="preserve">http://tatar.com.ru/fonetika.php http://tatar.com.ru </w:t>
            </w:r>
            <w:proofErr w:type="spellStart"/>
            <w:r w:rsidRPr="007076F4">
              <w:rPr>
                <w:rFonts w:ascii="Times New Roman" w:hAnsi="Times New Roman" w:cs="Times New Roman"/>
                <w:w w:val="97"/>
                <w:sz w:val="24"/>
                <w:szCs w:val="24"/>
              </w:rPr>
              <w:t>Шигърият.ру</w:t>
            </w:r>
            <w:proofErr w:type="spellEnd"/>
            <w:r w:rsidRPr="007076F4">
              <w:rPr>
                <w:rFonts w:ascii="Times New Roman" w:hAnsi="Times New Roman" w:cs="Times New Roman"/>
                <w:w w:val="97"/>
                <w:sz w:val="24"/>
                <w:szCs w:val="24"/>
              </w:rPr>
              <w:t>. http://www.tatknigafund.ru http://www.belem.ru/ http://tatar.moy.su</w:t>
            </w:r>
          </w:p>
        </w:tc>
      </w:tr>
      <w:tr w:rsidR="007076F4" w:rsidRPr="007076F4" w14:paraId="2A048F6A" w14:textId="77777777" w:rsidTr="007076F4">
        <w:tc>
          <w:tcPr>
            <w:tcW w:w="642" w:type="dxa"/>
            <w:shd w:val="clear" w:color="auto" w:fill="auto"/>
          </w:tcPr>
          <w:p w14:paraId="466C5ECC" w14:textId="77777777" w:rsidR="007076F4" w:rsidRPr="007076F4" w:rsidRDefault="007076F4" w:rsidP="007076F4">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2</w:t>
            </w:r>
          </w:p>
        </w:tc>
        <w:tc>
          <w:tcPr>
            <w:tcW w:w="5136" w:type="dxa"/>
            <w:shd w:val="clear" w:color="auto" w:fill="auto"/>
          </w:tcPr>
          <w:p w14:paraId="467D9E89" w14:textId="77777777" w:rsidR="007076F4" w:rsidRPr="007076F4" w:rsidRDefault="007076F4">
            <w:pPr>
              <w:autoSpaceDE w:val="0"/>
              <w:autoSpaceDN w:val="0"/>
              <w:spacing w:before="78" w:after="0" w:line="244" w:lineRule="auto"/>
              <w:ind w:left="72" w:right="864"/>
              <w:rPr>
                <w:sz w:val="24"/>
                <w:szCs w:val="24"/>
              </w:rPr>
            </w:pPr>
            <w:proofErr w:type="spellStart"/>
            <w:r w:rsidRPr="007076F4">
              <w:rPr>
                <w:rFonts w:ascii="Times New Roman" w:eastAsia="Times New Roman" w:hAnsi="Times New Roman"/>
                <w:color w:val="000000"/>
                <w:w w:val="97"/>
                <w:sz w:val="24"/>
                <w:szCs w:val="24"/>
                <w:lang w:val="ru-RU"/>
              </w:rPr>
              <w:t>Халык</w:t>
            </w:r>
            <w:proofErr w:type="spellEnd"/>
            <w:r w:rsidRPr="007076F4">
              <w:rPr>
                <w:rFonts w:ascii="Times New Roman" w:eastAsia="Times New Roman" w:hAnsi="Times New Roman"/>
                <w:color w:val="000000"/>
                <w:w w:val="97"/>
                <w:sz w:val="24"/>
                <w:szCs w:val="24"/>
                <w:lang w:val="ru-RU"/>
              </w:rPr>
              <w:t xml:space="preserve"> </w:t>
            </w:r>
            <w:proofErr w:type="spellStart"/>
            <w:r w:rsidRPr="007076F4">
              <w:rPr>
                <w:rFonts w:ascii="Times New Roman" w:eastAsia="Times New Roman" w:hAnsi="Times New Roman"/>
                <w:color w:val="000000"/>
                <w:w w:val="97"/>
                <w:sz w:val="24"/>
                <w:szCs w:val="24"/>
                <w:lang w:val="ru-RU"/>
              </w:rPr>
              <w:t>авыз</w:t>
            </w:r>
            <w:proofErr w:type="spellEnd"/>
            <w:r w:rsidRPr="007076F4">
              <w:rPr>
                <w:rFonts w:ascii="Times New Roman" w:eastAsia="Times New Roman" w:hAnsi="Times New Roman"/>
                <w:color w:val="000000"/>
                <w:w w:val="97"/>
                <w:sz w:val="24"/>
                <w:szCs w:val="24"/>
                <w:lang w:val="ru-RU"/>
              </w:rPr>
              <w:t xml:space="preserve"> </w:t>
            </w:r>
            <w:proofErr w:type="spellStart"/>
            <w:r w:rsidRPr="007076F4">
              <w:rPr>
                <w:rFonts w:ascii="Times New Roman" w:eastAsia="Times New Roman" w:hAnsi="Times New Roman"/>
                <w:color w:val="000000"/>
                <w:w w:val="97"/>
                <w:sz w:val="24"/>
                <w:szCs w:val="24"/>
                <w:lang w:val="ru-RU"/>
              </w:rPr>
              <w:t>иҗаты</w:t>
            </w:r>
            <w:proofErr w:type="spellEnd"/>
            <w:r w:rsidRPr="007076F4">
              <w:rPr>
                <w:rFonts w:ascii="Times New Roman" w:eastAsia="Times New Roman" w:hAnsi="Times New Roman"/>
                <w:color w:val="000000"/>
                <w:w w:val="97"/>
                <w:sz w:val="24"/>
                <w:szCs w:val="24"/>
                <w:lang w:val="ru-RU"/>
              </w:rPr>
              <w:t xml:space="preserve">. </w:t>
            </w:r>
            <w:proofErr w:type="spellStart"/>
            <w:r w:rsidRPr="007076F4">
              <w:rPr>
                <w:rFonts w:ascii="Times New Roman" w:eastAsia="Times New Roman" w:hAnsi="Times New Roman"/>
                <w:color w:val="000000"/>
                <w:w w:val="97"/>
                <w:sz w:val="24"/>
                <w:szCs w:val="24"/>
                <w:lang w:val="ru-RU"/>
              </w:rPr>
              <w:t>Əкиятлəр</w:t>
            </w:r>
            <w:proofErr w:type="spellEnd"/>
            <w:r w:rsidRPr="007076F4">
              <w:rPr>
                <w:rFonts w:ascii="Times New Roman" w:eastAsia="Times New Roman" w:hAnsi="Times New Roman"/>
                <w:color w:val="000000"/>
                <w:w w:val="97"/>
                <w:sz w:val="24"/>
                <w:szCs w:val="24"/>
                <w:lang w:val="ru-RU"/>
              </w:rPr>
              <w:t xml:space="preserve"> (Устное народное творчество. </w:t>
            </w:r>
            <w:proofErr w:type="spellStart"/>
            <w:r w:rsidRPr="007076F4">
              <w:rPr>
                <w:rFonts w:ascii="Times New Roman" w:eastAsia="Times New Roman" w:hAnsi="Times New Roman"/>
                <w:color w:val="000000"/>
                <w:w w:val="97"/>
                <w:sz w:val="24"/>
                <w:szCs w:val="24"/>
              </w:rPr>
              <w:t>Сказки</w:t>
            </w:r>
            <w:proofErr w:type="spellEnd"/>
            <w:r w:rsidRPr="007076F4">
              <w:rPr>
                <w:rFonts w:ascii="Times New Roman" w:eastAsia="Times New Roman" w:hAnsi="Times New Roman"/>
                <w:color w:val="000000"/>
                <w:w w:val="97"/>
                <w:sz w:val="24"/>
                <w:szCs w:val="24"/>
              </w:rPr>
              <w:t>)</w:t>
            </w:r>
          </w:p>
        </w:tc>
        <w:tc>
          <w:tcPr>
            <w:tcW w:w="1076" w:type="dxa"/>
            <w:shd w:val="clear" w:color="auto" w:fill="auto"/>
          </w:tcPr>
          <w:p w14:paraId="5C37D339" w14:textId="77777777" w:rsidR="007076F4" w:rsidRPr="007076F4" w:rsidRDefault="007076F4" w:rsidP="007076F4">
            <w:pPr>
              <w:autoSpaceDE w:val="0"/>
              <w:autoSpaceDN w:val="0"/>
              <w:spacing w:before="78" w:after="0" w:line="228" w:lineRule="auto"/>
              <w:ind w:left="72"/>
              <w:jc w:val="center"/>
              <w:rPr>
                <w:sz w:val="24"/>
              </w:rPr>
            </w:pPr>
            <w:r w:rsidRPr="007076F4">
              <w:rPr>
                <w:rFonts w:ascii="Times New Roman" w:eastAsia="Times New Roman" w:hAnsi="Times New Roman"/>
                <w:color w:val="000000"/>
                <w:w w:val="97"/>
                <w:sz w:val="24"/>
              </w:rPr>
              <w:t>5</w:t>
            </w:r>
          </w:p>
        </w:tc>
        <w:tc>
          <w:tcPr>
            <w:tcW w:w="3131" w:type="dxa"/>
            <w:shd w:val="clear" w:color="auto" w:fill="auto"/>
          </w:tcPr>
          <w:p w14:paraId="64AF094C" w14:textId="77777777" w:rsidR="007076F4" w:rsidRDefault="007076F4">
            <w:r w:rsidRPr="007076F4">
              <w:rPr>
                <w:rFonts w:ascii="Times New Roman" w:hAnsi="Times New Roman" w:cs="Times New Roman"/>
                <w:w w:val="97"/>
                <w:sz w:val="24"/>
                <w:szCs w:val="24"/>
              </w:rPr>
              <w:t xml:space="preserve">http://tatar.com.ru/fonetika.php http://tatar.com.ru </w:t>
            </w:r>
            <w:proofErr w:type="spellStart"/>
            <w:r w:rsidRPr="007076F4">
              <w:rPr>
                <w:rFonts w:ascii="Times New Roman" w:hAnsi="Times New Roman" w:cs="Times New Roman"/>
                <w:w w:val="97"/>
                <w:sz w:val="24"/>
                <w:szCs w:val="24"/>
              </w:rPr>
              <w:t>Шигърият.ру</w:t>
            </w:r>
            <w:proofErr w:type="spellEnd"/>
            <w:r w:rsidRPr="007076F4">
              <w:rPr>
                <w:rFonts w:ascii="Times New Roman" w:hAnsi="Times New Roman" w:cs="Times New Roman"/>
                <w:w w:val="97"/>
                <w:sz w:val="24"/>
                <w:szCs w:val="24"/>
              </w:rPr>
              <w:t>. http://www.tatknigafund.ru http://www.belem.ru/ http://tatar.moy.su</w:t>
            </w:r>
          </w:p>
        </w:tc>
      </w:tr>
      <w:tr w:rsidR="007076F4" w:rsidRPr="007076F4" w14:paraId="5D9A6448" w14:textId="77777777" w:rsidTr="007076F4">
        <w:tc>
          <w:tcPr>
            <w:tcW w:w="642" w:type="dxa"/>
            <w:shd w:val="clear" w:color="auto" w:fill="auto"/>
          </w:tcPr>
          <w:p w14:paraId="0BFE9114" w14:textId="77777777" w:rsidR="007076F4" w:rsidRPr="007076F4" w:rsidRDefault="007076F4" w:rsidP="007076F4">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3</w:t>
            </w:r>
          </w:p>
        </w:tc>
        <w:tc>
          <w:tcPr>
            <w:tcW w:w="5136" w:type="dxa"/>
            <w:shd w:val="clear" w:color="auto" w:fill="auto"/>
          </w:tcPr>
          <w:p w14:paraId="40106F40" w14:textId="77777777" w:rsidR="007076F4" w:rsidRPr="007076F4" w:rsidRDefault="007076F4">
            <w:pPr>
              <w:autoSpaceDE w:val="0"/>
              <w:autoSpaceDN w:val="0"/>
              <w:spacing w:before="76" w:after="0" w:line="232" w:lineRule="auto"/>
              <w:ind w:left="72"/>
              <w:rPr>
                <w:sz w:val="24"/>
                <w:szCs w:val="24"/>
                <w:lang w:val="ru-RU"/>
              </w:rPr>
            </w:pPr>
            <w:proofErr w:type="spellStart"/>
            <w:r w:rsidRPr="007076F4">
              <w:rPr>
                <w:rFonts w:ascii="Times New Roman" w:eastAsia="Times New Roman" w:hAnsi="Times New Roman"/>
                <w:color w:val="000000"/>
                <w:w w:val="97"/>
                <w:sz w:val="24"/>
                <w:szCs w:val="24"/>
                <w:lang w:val="ru-RU"/>
              </w:rPr>
              <w:t>Əкиятлəр</w:t>
            </w:r>
            <w:proofErr w:type="spellEnd"/>
            <w:r w:rsidRPr="007076F4">
              <w:rPr>
                <w:rFonts w:ascii="Times New Roman" w:eastAsia="Times New Roman" w:hAnsi="Times New Roman"/>
                <w:color w:val="000000"/>
                <w:w w:val="97"/>
                <w:sz w:val="24"/>
                <w:szCs w:val="24"/>
                <w:lang w:val="ru-RU"/>
              </w:rPr>
              <w:t xml:space="preserve"> </w:t>
            </w:r>
            <w:proofErr w:type="spellStart"/>
            <w:r w:rsidRPr="007076F4">
              <w:rPr>
                <w:rFonts w:ascii="Times New Roman" w:eastAsia="Times New Roman" w:hAnsi="Times New Roman"/>
                <w:color w:val="000000"/>
                <w:w w:val="97"/>
                <w:sz w:val="24"/>
                <w:szCs w:val="24"/>
                <w:lang w:val="ru-RU"/>
              </w:rPr>
              <w:t>илендə</w:t>
            </w:r>
            <w:proofErr w:type="spellEnd"/>
            <w:r w:rsidRPr="007076F4">
              <w:rPr>
                <w:rFonts w:ascii="Times New Roman" w:eastAsia="Times New Roman" w:hAnsi="Times New Roman"/>
                <w:color w:val="000000"/>
                <w:w w:val="97"/>
                <w:sz w:val="24"/>
                <w:szCs w:val="24"/>
                <w:lang w:val="ru-RU"/>
              </w:rPr>
              <w:t xml:space="preserve"> (В стране сказок)</w:t>
            </w:r>
          </w:p>
        </w:tc>
        <w:tc>
          <w:tcPr>
            <w:tcW w:w="1076" w:type="dxa"/>
            <w:shd w:val="clear" w:color="auto" w:fill="auto"/>
          </w:tcPr>
          <w:p w14:paraId="5188D2ED" w14:textId="77777777" w:rsidR="007076F4" w:rsidRPr="007076F4" w:rsidRDefault="007076F4" w:rsidP="007076F4">
            <w:pPr>
              <w:autoSpaceDE w:val="0"/>
              <w:autoSpaceDN w:val="0"/>
              <w:spacing w:before="76" w:after="0" w:line="232" w:lineRule="auto"/>
              <w:ind w:left="72"/>
              <w:jc w:val="center"/>
              <w:rPr>
                <w:sz w:val="24"/>
              </w:rPr>
            </w:pPr>
            <w:r w:rsidRPr="007076F4">
              <w:rPr>
                <w:rFonts w:ascii="Times New Roman" w:eastAsia="Times New Roman" w:hAnsi="Times New Roman"/>
                <w:color w:val="000000"/>
                <w:w w:val="97"/>
                <w:sz w:val="24"/>
              </w:rPr>
              <w:t>5</w:t>
            </w:r>
          </w:p>
        </w:tc>
        <w:tc>
          <w:tcPr>
            <w:tcW w:w="3131" w:type="dxa"/>
            <w:shd w:val="clear" w:color="auto" w:fill="auto"/>
          </w:tcPr>
          <w:p w14:paraId="09109E6D" w14:textId="77777777" w:rsidR="007076F4" w:rsidRDefault="007076F4">
            <w:r w:rsidRPr="007076F4">
              <w:rPr>
                <w:rFonts w:ascii="Times New Roman" w:hAnsi="Times New Roman" w:cs="Times New Roman"/>
                <w:w w:val="97"/>
                <w:sz w:val="24"/>
                <w:szCs w:val="24"/>
              </w:rPr>
              <w:t xml:space="preserve">http://tatar.com.ru/fonetika.php http://tatar.com.ru </w:t>
            </w:r>
            <w:proofErr w:type="spellStart"/>
            <w:r w:rsidRPr="007076F4">
              <w:rPr>
                <w:rFonts w:ascii="Times New Roman" w:hAnsi="Times New Roman" w:cs="Times New Roman"/>
                <w:w w:val="97"/>
                <w:sz w:val="24"/>
                <w:szCs w:val="24"/>
              </w:rPr>
              <w:t>Шигърият.ру</w:t>
            </w:r>
            <w:proofErr w:type="spellEnd"/>
            <w:r w:rsidRPr="007076F4">
              <w:rPr>
                <w:rFonts w:ascii="Times New Roman" w:hAnsi="Times New Roman" w:cs="Times New Roman"/>
                <w:w w:val="97"/>
                <w:sz w:val="24"/>
                <w:szCs w:val="24"/>
              </w:rPr>
              <w:t>. http://www.tatknigafund.ru http://www.belem.ru/ http://tatar.moy.su</w:t>
            </w:r>
          </w:p>
        </w:tc>
      </w:tr>
      <w:tr w:rsidR="007076F4" w:rsidRPr="007076F4" w14:paraId="074B1B12" w14:textId="77777777" w:rsidTr="007076F4">
        <w:tc>
          <w:tcPr>
            <w:tcW w:w="642" w:type="dxa"/>
            <w:shd w:val="clear" w:color="auto" w:fill="auto"/>
          </w:tcPr>
          <w:p w14:paraId="07061033" w14:textId="77777777" w:rsidR="007076F4" w:rsidRPr="007076F4" w:rsidRDefault="007076F4" w:rsidP="007076F4">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4</w:t>
            </w:r>
          </w:p>
        </w:tc>
        <w:tc>
          <w:tcPr>
            <w:tcW w:w="5136" w:type="dxa"/>
            <w:shd w:val="clear" w:color="auto" w:fill="auto"/>
          </w:tcPr>
          <w:p w14:paraId="0EA8398A" w14:textId="77777777" w:rsidR="007076F4" w:rsidRPr="007076F4" w:rsidRDefault="007076F4">
            <w:pPr>
              <w:autoSpaceDE w:val="0"/>
              <w:autoSpaceDN w:val="0"/>
              <w:spacing w:before="76" w:after="0" w:line="232" w:lineRule="auto"/>
              <w:ind w:left="72"/>
              <w:rPr>
                <w:sz w:val="24"/>
                <w:szCs w:val="24"/>
                <w:lang w:val="ru-RU"/>
              </w:rPr>
            </w:pPr>
            <w:proofErr w:type="spellStart"/>
            <w:r w:rsidRPr="007076F4">
              <w:rPr>
                <w:rFonts w:ascii="Times New Roman" w:eastAsia="Times New Roman" w:hAnsi="Times New Roman"/>
                <w:color w:val="000000"/>
                <w:w w:val="97"/>
                <w:sz w:val="24"/>
                <w:szCs w:val="24"/>
                <w:lang w:val="ru-RU"/>
              </w:rPr>
              <w:t>Безнең</w:t>
            </w:r>
            <w:proofErr w:type="spellEnd"/>
            <w:r w:rsidRPr="007076F4">
              <w:rPr>
                <w:rFonts w:ascii="Times New Roman" w:eastAsia="Times New Roman" w:hAnsi="Times New Roman"/>
                <w:color w:val="000000"/>
                <w:w w:val="97"/>
                <w:sz w:val="24"/>
                <w:szCs w:val="24"/>
                <w:lang w:val="ru-RU"/>
              </w:rPr>
              <w:t xml:space="preserve"> </w:t>
            </w:r>
            <w:proofErr w:type="spellStart"/>
            <w:r w:rsidRPr="007076F4">
              <w:rPr>
                <w:rFonts w:ascii="Times New Roman" w:eastAsia="Times New Roman" w:hAnsi="Times New Roman"/>
                <w:color w:val="000000"/>
                <w:w w:val="97"/>
                <w:sz w:val="24"/>
                <w:szCs w:val="24"/>
                <w:lang w:val="ru-RU"/>
              </w:rPr>
              <w:t>нəни</w:t>
            </w:r>
            <w:proofErr w:type="spellEnd"/>
            <w:r w:rsidRPr="007076F4">
              <w:rPr>
                <w:rFonts w:ascii="Times New Roman" w:eastAsia="Times New Roman" w:hAnsi="Times New Roman"/>
                <w:color w:val="000000"/>
                <w:w w:val="97"/>
                <w:sz w:val="24"/>
                <w:szCs w:val="24"/>
                <w:lang w:val="ru-RU"/>
              </w:rPr>
              <w:t xml:space="preserve"> </w:t>
            </w:r>
            <w:proofErr w:type="spellStart"/>
            <w:r w:rsidRPr="007076F4">
              <w:rPr>
                <w:rFonts w:ascii="Times New Roman" w:eastAsia="Times New Roman" w:hAnsi="Times New Roman"/>
                <w:color w:val="000000"/>
                <w:w w:val="97"/>
                <w:sz w:val="24"/>
                <w:szCs w:val="24"/>
                <w:lang w:val="ru-RU"/>
              </w:rPr>
              <w:t>дусларыбыз</w:t>
            </w:r>
            <w:proofErr w:type="spellEnd"/>
            <w:r w:rsidRPr="007076F4">
              <w:rPr>
                <w:rFonts w:ascii="Times New Roman" w:eastAsia="Times New Roman" w:hAnsi="Times New Roman"/>
                <w:color w:val="000000"/>
                <w:w w:val="97"/>
                <w:sz w:val="24"/>
                <w:szCs w:val="24"/>
                <w:lang w:val="ru-RU"/>
              </w:rPr>
              <w:t xml:space="preserve"> (Наши маленькие друзья)</w:t>
            </w:r>
          </w:p>
        </w:tc>
        <w:tc>
          <w:tcPr>
            <w:tcW w:w="1076" w:type="dxa"/>
            <w:shd w:val="clear" w:color="auto" w:fill="auto"/>
          </w:tcPr>
          <w:p w14:paraId="66B421C5" w14:textId="77777777" w:rsidR="007076F4" w:rsidRPr="007076F4" w:rsidRDefault="007076F4" w:rsidP="007076F4">
            <w:pPr>
              <w:autoSpaceDE w:val="0"/>
              <w:autoSpaceDN w:val="0"/>
              <w:spacing w:before="76" w:after="0" w:line="232" w:lineRule="auto"/>
              <w:ind w:left="72"/>
              <w:jc w:val="center"/>
              <w:rPr>
                <w:sz w:val="24"/>
              </w:rPr>
            </w:pPr>
            <w:r w:rsidRPr="007076F4">
              <w:rPr>
                <w:rFonts w:ascii="Times New Roman" w:eastAsia="Times New Roman" w:hAnsi="Times New Roman"/>
                <w:color w:val="000000"/>
                <w:w w:val="97"/>
                <w:sz w:val="24"/>
              </w:rPr>
              <w:t>8</w:t>
            </w:r>
          </w:p>
        </w:tc>
        <w:tc>
          <w:tcPr>
            <w:tcW w:w="3131" w:type="dxa"/>
            <w:shd w:val="clear" w:color="auto" w:fill="auto"/>
          </w:tcPr>
          <w:p w14:paraId="27807D13" w14:textId="77777777" w:rsidR="007076F4" w:rsidRDefault="007076F4">
            <w:r w:rsidRPr="007076F4">
              <w:rPr>
                <w:rFonts w:ascii="Times New Roman" w:hAnsi="Times New Roman" w:cs="Times New Roman"/>
                <w:w w:val="97"/>
                <w:sz w:val="24"/>
                <w:szCs w:val="24"/>
              </w:rPr>
              <w:t xml:space="preserve">http://tatar.com.ru/fonetika.php http://tatar.com.ru </w:t>
            </w:r>
            <w:proofErr w:type="spellStart"/>
            <w:r w:rsidRPr="007076F4">
              <w:rPr>
                <w:rFonts w:ascii="Times New Roman" w:hAnsi="Times New Roman" w:cs="Times New Roman"/>
                <w:w w:val="97"/>
                <w:sz w:val="24"/>
                <w:szCs w:val="24"/>
              </w:rPr>
              <w:t>Шигърият.ру</w:t>
            </w:r>
            <w:proofErr w:type="spellEnd"/>
            <w:r w:rsidRPr="007076F4">
              <w:rPr>
                <w:rFonts w:ascii="Times New Roman" w:hAnsi="Times New Roman" w:cs="Times New Roman"/>
                <w:w w:val="97"/>
                <w:sz w:val="24"/>
                <w:szCs w:val="24"/>
              </w:rPr>
              <w:t>. http://www.tatknigafund.ru http://www.belem.ru/ http://tatar.moy.su</w:t>
            </w:r>
          </w:p>
        </w:tc>
      </w:tr>
      <w:tr w:rsidR="007076F4" w:rsidRPr="007076F4" w14:paraId="53CFD1BF" w14:textId="77777777" w:rsidTr="007076F4">
        <w:tc>
          <w:tcPr>
            <w:tcW w:w="642" w:type="dxa"/>
            <w:shd w:val="clear" w:color="auto" w:fill="auto"/>
          </w:tcPr>
          <w:p w14:paraId="675A3ADB" w14:textId="77777777" w:rsidR="007076F4" w:rsidRPr="007076F4" w:rsidRDefault="007076F4" w:rsidP="007076F4">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5</w:t>
            </w:r>
          </w:p>
        </w:tc>
        <w:tc>
          <w:tcPr>
            <w:tcW w:w="5136" w:type="dxa"/>
            <w:shd w:val="clear" w:color="auto" w:fill="auto"/>
          </w:tcPr>
          <w:p w14:paraId="0B90E20B" w14:textId="77777777" w:rsidR="007076F4" w:rsidRPr="007076F4" w:rsidRDefault="007076F4">
            <w:pPr>
              <w:autoSpaceDE w:val="0"/>
              <w:autoSpaceDN w:val="0"/>
              <w:spacing w:before="76" w:after="0" w:line="232" w:lineRule="auto"/>
              <w:ind w:left="72"/>
              <w:rPr>
                <w:sz w:val="24"/>
                <w:szCs w:val="24"/>
              </w:rPr>
            </w:pPr>
            <w:proofErr w:type="spellStart"/>
            <w:r w:rsidRPr="007076F4">
              <w:rPr>
                <w:rFonts w:ascii="Times New Roman" w:eastAsia="Times New Roman" w:hAnsi="Times New Roman"/>
                <w:color w:val="000000"/>
                <w:w w:val="97"/>
                <w:sz w:val="24"/>
                <w:szCs w:val="24"/>
              </w:rPr>
              <w:t>Изге</w:t>
            </w:r>
            <w:proofErr w:type="spellEnd"/>
            <w:r w:rsidRPr="007076F4">
              <w:rPr>
                <w:rFonts w:ascii="Times New Roman" w:eastAsia="Times New Roman" w:hAnsi="Times New Roman"/>
                <w:color w:val="000000"/>
                <w:w w:val="97"/>
                <w:sz w:val="24"/>
                <w:szCs w:val="24"/>
              </w:rPr>
              <w:t xml:space="preserve"> </w:t>
            </w:r>
            <w:proofErr w:type="spellStart"/>
            <w:r w:rsidRPr="007076F4">
              <w:rPr>
                <w:rFonts w:ascii="Times New Roman" w:eastAsia="Times New Roman" w:hAnsi="Times New Roman"/>
                <w:color w:val="000000"/>
                <w:w w:val="97"/>
                <w:sz w:val="24"/>
                <w:szCs w:val="24"/>
              </w:rPr>
              <w:t>сүз</w:t>
            </w:r>
            <w:proofErr w:type="spellEnd"/>
            <w:r w:rsidRPr="007076F4">
              <w:rPr>
                <w:rFonts w:ascii="Times New Roman" w:eastAsia="Times New Roman" w:hAnsi="Times New Roman"/>
                <w:color w:val="000000"/>
                <w:w w:val="97"/>
                <w:sz w:val="24"/>
                <w:szCs w:val="24"/>
              </w:rPr>
              <w:t xml:space="preserve"> (</w:t>
            </w:r>
            <w:proofErr w:type="spellStart"/>
            <w:r w:rsidRPr="007076F4">
              <w:rPr>
                <w:rFonts w:ascii="Times New Roman" w:eastAsia="Times New Roman" w:hAnsi="Times New Roman"/>
                <w:color w:val="000000"/>
                <w:w w:val="97"/>
                <w:sz w:val="24"/>
                <w:szCs w:val="24"/>
              </w:rPr>
              <w:t>Волшебное</w:t>
            </w:r>
            <w:proofErr w:type="spellEnd"/>
            <w:r w:rsidRPr="007076F4">
              <w:rPr>
                <w:rFonts w:ascii="Times New Roman" w:eastAsia="Times New Roman" w:hAnsi="Times New Roman"/>
                <w:color w:val="000000"/>
                <w:w w:val="97"/>
                <w:sz w:val="24"/>
                <w:szCs w:val="24"/>
              </w:rPr>
              <w:t xml:space="preserve"> </w:t>
            </w:r>
            <w:proofErr w:type="spellStart"/>
            <w:r w:rsidRPr="007076F4">
              <w:rPr>
                <w:rFonts w:ascii="Times New Roman" w:eastAsia="Times New Roman" w:hAnsi="Times New Roman"/>
                <w:color w:val="000000"/>
                <w:w w:val="97"/>
                <w:sz w:val="24"/>
                <w:szCs w:val="24"/>
              </w:rPr>
              <w:t>слово</w:t>
            </w:r>
            <w:proofErr w:type="spellEnd"/>
            <w:r w:rsidRPr="007076F4">
              <w:rPr>
                <w:rFonts w:ascii="Times New Roman" w:eastAsia="Times New Roman" w:hAnsi="Times New Roman"/>
                <w:color w:val="000000"/>
                <w:w w:val="97"/>
                <w:sz w:val="24"/>
                <w:szCs w:val="24"/>
              </w:rPr>
              <w:t>)</w:t>
            </w:r>
          </w:p>
        </w:tc>
        <w:tc>
          <w:tcPr>
            <w:tcW w:w="1076" w:type="dxa"/>
            <w:shd w:val="clear" w:color="auto" w:fill="auto"/>
          </w:tcPr>
          <w:p w14:paraId="503C647C" w14:textId="77777777" w:rsidR="007076F4" w:rsidRPr="007076F4" w:rsidRDefault="007076F4" w:rsidP="007076F4">
            <w:pPr>
              <w:autoSpaceDE w:val="0"/>
              <w:autoSpaceDN w:val="0"/>
              <w:spacing w:before="76" w:after="0" w:line="232" w:lineRule="auto"/>
              <w:ind w:left="72"/>
              <w:jc w:val="center"/>
              <w:rPr>
                <w:sz w:val="24"/>
              </w:rPr>
            </w:pPr>
            <w:r w:rsidRPr="007076F4">
              <w:rPr>
                <w:rFonts w:ascii="Times New Roman" w:eastAsia="Times New Roman" w:hAnsi="Times New Roman"/>
                <w:color w:val="000000"/>
                <w:w w:val="97"/>
                <w:sz w:val="24"/>
              </w:rPr>
              <w:t>5</w:t>
            </w:r>
          </w:p>
        </w:tc>
        <w:tc>
          <w:tcPr>
            <w:tcW w:w="3131" w:type="dxa"/>
            <w:shd w:val="clear" w:color="auto" w:fill="auto"/>
          </w:tcPr>
          <w:p w14:paraId="37E7D47F" w14:textId="77777777" w:rsidR="007076F4" w:rsidRDefault="007076F4">
            <w:r w:rsidRPr="007076F4">
              <w:rPr>
                <w:rFonts w:ascii="Times New Roman" w:hAnsi="Times New Roman" w:cs="Times New Roman"/>
                <w:w w:val="97"/>
                <w:sz w:val="24"/>
                <w:szCs w:val="24"/>
              </w:rPr>
              <w:t xml:space="preserve">http://tatar.com.ru/fonetika.php http://tatar.com.ru </w:t>
            </w:r>
            <w:proofErr w:type="spellStart"/>
            <w:r w:rsidRPr="007076F4">
              <w:rPr>
                <w:rFonts w:ascii="Times New Roman" w:hAnsi="Times New Roman" w:cs="Times New Roman"/>
                <w:w w:val="97"/>
                <w:sz w:val="24"/>
                <w:szCs w:val="24"/>
              </w:rPr>
              <w:t>Шигърият.ру</w:t>
            </w:r>
            <w:proofErr w:type="spellEnd"/>
            <w:r w:rsidRPr="007076F4">
              <w:rPr>
                <w:rFonts w:ascii="Times New Roman" w:hAnsi="Times New Roman" w:cs="Times New Roman"/>
                <w:w w:val="97"/>
                <w:sz w:val="24"/>
                <w:szCs w:val="24"/>
              </w:rPr>
              <w:t>. http://www.tatknigafund.ru http://www.belem.ru/ http://tatar.moy.su</w:t>
            </w:r>
          </w:p>
        </w:tc>
      </w:tr>
      <w:tr w:rsidR="007076F4" w:rsidRPr="007076F4" w14:paraId="0FC8E4B7" w14:textId="77777777" w:rsidTr="007076F4">
        <w:tc>
          <w:tcPr>
            <w:tcW w:w="642" w:type="dxa"/>
            <w:shd w:val="clear" w:color="auto" w:fill="auto"/>
          </w:tcPr>
          <w:p w14:paraId="66AE5C68" w14:textId="77777777" w:rsidR="007076F4" w:rsidRPr="007076F4" w:rsidRDefault="007076F4" w:rsidP="007076F4">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6</w:t>
            </w:r>
          </w:p>
        </w:tc>
        <w:tc>
          <w:tcPr>
            <w:tcW w:w="5136" w:type="dxa"/>
            <w:shd w:val="clear" w:color="auto" w:fill="auto"/>
          </w:tcPr>
          <w:p w14:paraId="4A1C01AF" w14:textId="77777777" w:rsidR="007076F4" w:rsidRPr="007076F4" w:rsidRDefault="007076F4">
            <w:pPr>
              <w:autoSpaceDE w:val="0"/>
              <w:autoSpaceDN w:val="0"/>
              <w:spacing w:before="78" w:after="0" w:line="244" w:lineRule="auto"/>
              <w:ind w:left="72" w:right="288"/>
              <w:rPr>
                <w:sz w:val="24"/>
                <w:szCs w:val="24"/>
                <w:lang w:val="ru-RU"/>
              </w:rPr>
            </w:pPr>
            <w:proofErr w:type="spellStart"/>
            <w:r w:rsidRPr="007076F4">
              <w:rPr>
                <w:rFonts w:ascii="Times New Roman" w:eastAsia="Times New Roman" w:hAnsi="Times New Roman"/>
                <w:color w:val="000000"/>
                <w:w w:val="97"/>
                <w:sz w:val="24"/>
                <w:szCs w:val="24"/>
                <w:lang w:val="ru-RU"/>
              </w:rPr>
              <w:t>Сəламəт</w:t>
            </w:r>
            <w:proofErr w:type="spellEnd"/>
            <w:r w:rsidRPr="007076F4">
              <w:rPr>
                <w:rFonts w:ascii="Times New Roman" w:eastAsia="Times New Roman" w:hAnsi="Times New Roman"/>
                <w:color w:val="000000"/>
                <w:w w:val="97"/>
                <w:sz w:val="24"/>
                <w:szCs w:val="24"/>
                <w:lang w:val="ru-RU"/>
              </w:rPr>
              <w:t xml:space="preserve"> </w:t>
            </w:r>
            <w:proofErr w:type="spellStart"/>
            <w:r w:rsidRPr="007076F4">
              <w:rPr>
                <w:rFonts w:ascii="Times New Roman" w:eastAsia="Times New Roman" w:hAnsi="Times New Roman"/>
                <w:color w:val="000000"/>
                <w:w w:val="97"/>
                <w:sz w:val="24"/>
                <w:szCs w:val="24"/>
                <w:lang w:val="ru-RU"/>
              </w:rPr>
              <w:t>яшибез</w:t>
            </w:r>
            <w:proofErr w:type="spellEnd"/>
            <w:r w:rsidRPr="007076F4">
              <w:rPr>
                <w:rFonts w:ascii="Times New Roman" w:eastAsia="Times New Roman" w:hAnsi="Times New Roman"/>
                <w:color w:val="000000"/>
                <w:w w:val="97"/>
                <w:sz w:val="24"/>
                <w:szCs w:val="24"/>
                <w:lang w:val="ru-RU"/>
              </w:rPr>
              <w:t xml:space="preserve">, спорт </w:t>
            </w:r>
            <w:proofErr w:type="spellStart"/>
            <w:r w:rsidRPr="007076F4">
              <w:rPr>
                <w:rFonts w:ascii="Times New Roman" w:eastAsia="Times New Roman" w:hAnsi="Times New Roman"/>
                <w:color w:val="000000"/>
                <w:w w:val="97"/>
                <w:sz w:val="24"/>
                <w:szCs w:val="24"/>
                <w:lang w:val="ru-RU"/>
              </w:rPr>
              <w:t>белəн</w:t>
            </w:r>
            <w:proofErr w:type="spellEnd"/>
            <w:r w:rsidRPr="007076F4">
              <w:rPr>
                <w:rFonts w:ascii="Times New Roman" w:eastAsia="Times New Roman" w:hAnsi="Times New Roman"/>
                <w:color w:val="000000"/>
                <w:w w:val="97"/>
                <w:sz w:val="24"/>
                <w:szCs w:val="24"/>
                <w:lang w:val="ru-RU"/>
              </w:rPr>
              <w:t xml:space="preserve"> </w:t>
            </w:r>
            <w:proofErr w:type="spellStart"/>
            <w:r w:rsidRPr="007076F4">
              <w:rPr>
                <w:rFonts w:ascii="Times New Roman" w:eastAsia="Times New Roman" w:hAnsi="Times New Roman"/>
                <w:color w:val="000000"/>
                <w:w w:val="97"/>
                <w:sz w:val="24"/>
                <w:szCs w:val="24"/>
                <w:lang w:val="ru-RU"/>
              </w:rPr>
              <w:t>шөгыльлəнəбез</w:t>
            </w:r>
            <w:proofErr w:type="spellEnd"/>
            <w:r w:rsidRPr="007076F4">
              <w:rPr>
                <w:rFonts w:ascii="Times New Roman" w:eastAsia="Times New Roman" w:hAnsi="Times New Roman"/>
                <w:color w:val="000000"/>
                <w:w w:val="97"/>
                <w:sz w:val="24"/>
                <w:szCs w:val="24"/>
                <w:lang w:val="ru-RU"/>
              </w:rPr>
              <w:t xml:space="preserve"> (Спортом занимаемся – здорово живем)</w:t>
            </w:r>
          </w:p>
        </w:tc>
        <w:tc>
          <w:tcPr>
            <w:tcW w:w="1076" w:type="dxa"/>
            <w:shd w:val="clear" w:color="auto" w:fill="auto"/>
          </w:tcPr>
          <w:p w14:paraId="2F7972BD" w14:textId="77777777" w:rsidR="007076F4" w:rsidRPr="007076F4" w:rsidRDefault="007076F4" w:rsidP="007076F4">
            <w:pPr>
              <w:autoSpaceDE w:val="0"/>
              <w:autoSpaceDN w:val="0"/>
              <w:spacing w:before="78" w:after="0" w:line="228" w:lineRule="auto"/>
              <w:ind w:left="72"/>
              <w:jc w:val="center"/>
              <w:rPr>
                <w:sz w:val="24"/>
              </w:rPr>
            </w:pPr>
            <w:r w:rsidRPr="007076F4">
              <w:rPr>
                <w:rFonts w:ascii="Times New Roman" w:eastAsia="Times New Roman" w:hAnsi="Times New Roman"/>
                <w:color w:val="000000"/>
                <w:w w:val="97"/>
                <w:sz w:val="24"/>
              </w:rPr>
              <w:t>6</w:t>
            </w:r>
          </w:p>
        </w:tc>
        <w:tc>
          <w:tcPr>
            <w:tcW w:w="3131" w:type="dxa"/>
            <w:shd w:val="clear" w:color="auto" w:fill="auto"/>
          </w:tcPr>
          <w:p w14:paraId="6133802B" w14:textId="77777777" w:rsidR="007076F4" w:rsidRDefault="007076F4">
            <w:r w:rsidRPr="007076F4">
              <w:rPr>
                <w:rFonts w:ascii="Times New Roman" w:hAnsi="Times New Roman" w:cs="Times New Roman"/>
                <w:w w:val="97"/>
                <w:sz w:val="24"/>
                <w:szCs w:val="24"/>
              </w:rPr>
              <w:t xml:space="preserve">http://tatar.com.ru/fonetika.php http://tatar.com.ru </w:t>
            </w:r>
            <w:proofErr w:type="spellStart"/>
            <w:r w:rsidRPr="007076F4">
              <w:rPr>
                <w:rFonts w:ascii="Times New Roman" w:hAnsi="Times New Roman" w:cs="Times New Roman"/>
                <w:w w:val="97"/>
                <w:sz w:val="24"/>
                <w:szCs w:val="24"/>
              </w:rPr>
              <w:t>Шигърият.ру</w:t>
            </w:r>
            <w:proofErr w:type="spellEnd"/>
            <w:r w:rsidRPr="007076F4">
              <w:rPr>
                <w:rFonts w:ascii="Times New Roman" w:hAnsi="Times New Roman" w:cs="Times New Roman"/>
                <w:w w:val="97"/>
                <w:sz w:val="24"/>
                <w:szCs w:val="24"/>
              </w:rPr>
              <w:t>. http://www.tatknigafund.ru http://www.belem.ru/ http://tatar.moy.su</w:t>
            </w:r>
          </w:p>
        </w:tc>
      </w:tr>
      <w:tr w:rsidR="007076F4" w:rsidRPr="007076F4" w14:paraId="7E7D0CB7" w14:textId="77777777" w:rsidTr="007076F4">
        <w:tc>
          <w:tcPr>
            <w:tcW w:w="642" w:type="dxa"/>
            <w:shd w:val="clear" w:color="auto" w:fill="auto"/>
          </w:tcPr>
          <w:p w14:paraId="28FAF3F5" w14:textId="77777777" w:rsidR="007076F4" w:rsidRPr="007076F4" w:rsidRDefault="007076F4" w:rsidP="007076F4">
            <w:pPr>
              <w:spacing w:after="0" w:line="240" w:lineRule="auto"/>
              <w:jc w:val="center"/>
              <w:rPr>
                <w:rFonts w:ascii="Times New Roman" w:hAnsi="Times New Roman" w:cs="Times New Roman"/>
                <w:iCs/>
                <w:sz w:val="24"/>
                <w:szCs w:val="24"/>
              </w:rPr>
            </w:pPr>
          </w:p>
        </w:tc>
        <w:tc>
          <w:tcPr>
            <w:tcW w:w="5136" w:type="dxa"/>
            <w:shd w:val="clear" w:color="auto" w:fill="auto"/>
          </w:tcPr>
          <w:p w14:paraId="3E6DCFAD" w14:textId="77777777" w:rsidR="007076F4" w:rsidRDefault="007076F4">
            <w:pPr>
              <w:rPr>
                <w:rFonts w:ascii="Times New Roman" w:hAnsi="Times New Roman" w:cs="Times New Roman"/>
                <w:sz w:val="24"/>
                <w:szCs w:val="24"/>
                <w:lang w:val="ru-RU"/>
              </w:rPr>
            </w:pPr>
            <w:r>
              <w:rPr>
                <w:rFonts w:ascii="Times New Roman" w:eastAsia="Times New Roman" w:hAnsi="Times New Roman"/>
                <w:b/>
                <w:color w:val="000000"/>
                <w:w w:val="97"/>
                <w:sz w:val="24"/>
                <w:lang w:val="ru-RU"/>
              </w:rPr>
              <w:t>Общее количество часов  по программе</w:t>
            </w:r>
          </w:p>
        </w:tc>
        <w:tc>
          <w:tcPr>
            <w:tcW w:w="1076" w:type="dxa"/>
            <w:shd w:val="clear" w:color="auto" w:fill="auto"/>
          </w:tcPr>
          <w:p w14:paraId="15C4F93D" w14:textId="77777777" w:rsidR="007076F4" w:rsidRDefault="007076F4">
            <w:pPr>
              <w:autoSpaceDE w:val="0"/>
              <w:autoSpaceDN w:val="0"/>
              <w:spacing w:before="76" w:after="0" w:line="230" w:lineRule="auto"/>
              <w:ind w:left="74"/>
              <w:jc w:val="center"/>
              <w:rPr>
                <w:rFonts w:ascii="Times New Roman" w:eastAsia="Times New Roman" w:hAnsi="Times New Roman"/>
                <w:color w:val="000000"/>
                <w:w w:val="97"/>
                <w:sz w:val="24"/>
                <w:szCs w:val="24"/>
                <w:lang w:val="ru-RU"/>
              </w:rPr>
            </w:pPr>
            <w:r>
              <w:rPr>
                <w:rFonts w:ascii="Times New Roman" w:eastAsia="Times New Roman" w:hAnsi="Times New Roman"/>
                <w:color w:val="000000"/>
                <w:w w:val="97"/>
                <w:sz w:val="24"/>
                <w:szCs w:val="24"/>
                <w:lang w:val="ru-RU"/>
              </w:rPr>
              <w:t>34</w:t>
            </w:r>
          </w:p>
        </w:tc>
        <w:tc>
          <w:tcPr>
            <w:tcW w:w="3131" w:type="dxa"/>
            <w:shd w:val="clear" w:color="auto" w:fill="auto"/>
          </w:tcPr>
          <w:p w14:paraId="409A6763" w14:textId="77777777" w:rsidR="007076F4" w:rsidRPr="007076F4" w:rsidRDefault="007076F4" w:rsidP="007076F4">
            <w:pPr>
              <w:spacing w:after="0" w:line="240" w:lineRule="auto"/>
              <w:jc w:val="both"/>
              <w:rPr>
                <w:rFonts w:ascii="Times New Roman" w:hAnsi="Times New Roman" w:cs="Times New Roman"/>
                <w:w w:val="97"/>
                <w:sz w:val="24"/>
                <w:szCs w:val="24"/>
                <w:lang w:val="ru-RU"/>
              </w:rPr>
            </w:pPr>
          </w:p>
        </w:tc>
      </w:tr>
    </w:tbl>
    <w:p w14:paraId="26A99496" w14:textId="77777777" w:rsidR="00CF4DA6" w:rsidRDefault="007076F4" w:rsidP="007076F4">
      <w:pPr>
        <w:spacing w:after="0" w:line="240" w:lineRule="auto"/>
        <w:ind w:firstLine="283"/>
        <w:jc w:val="center"/>
        <w:rPr>
          <w:rFonts w:ascii="Times New Roman" w:hAnsi="Times New Roman"/>
          <w:b/>
          <w:bCs/>
          <w:iCs/>
          <w:sz w:val="24"/>
          <w:szCs w:val="24"/>
          <w:lang w:val="ru-RU"/>
        </w:rPr>
      </w:pPr>
      <w:r w:rsidRPr="007076F4">
        <w:rPr>
          <w:lang w:val="ru-RU"/>
        </w:rPr>
        <w:br w:type="textWrapping" w:clear="all"/>
      </w:r>
    </w:p>
    <w:p w14:paraId="1E5DBAD3" w14:textId="182D8DE7" w:rsidR="007076F4" w:rsidRPr="007076F4" w:rsidRDefault="007076F4" w:rsidP="007076F4">
      <w:pPr>
        <w:spacing w:after="0" w:line="240" w:lineRule="auto"/>
        <w:ind w:firstLine="283"/>
        <w:jc w:val="center"/>
        <w:rPr>
          <w:rFonts w:ascii="Times New Roman" w:hAnsi="Times New Roman"/>
          <w:b/>
          <w:bCs/>
          <w:iCs/>
          <w:sz w:val="24"/>
          <w:szCs w:val="24"/>
          <w:lang w:val="ru-RU"/>
        </w:rPr>
      </w:pPr>
      <w:r>
        <w:rPr>
          <w:rFonts w:ascii="Times New Roman" w:hAnsi="Times New Roman"/>
          <w:b/>
          <w:bCs/>
          <w:iCs/>
          <w:sz w:val="24"/>
          <w:szCs w:val="24"/>
          <w:lang w:val="ru-RU"/>
        </w:rPr>
        <w:lastRenderedPageBreak/>
        <w:t xml:space="preserve">4 </w:t>
      </w:r>
      <w:r w:rsidRPr="007076F4">
        <w:rPr>
          <w:rFonts w:ascii="Times New Roman" w:hAnsi="Times New Roman"/>
          <w:b/>
          <w:bCs/>
          <w:iCs/>
          <w:sz w:val="24"/>
          <w:szCs w:val="24"/>
          <w:lang w:val="ru-RU"/>
        </w:rPr>
        <w:t>класс</w:t>
      </w:r>
    </w:p>
    <w:p w14:paraId="0CD4EB53" w14:textId="77777777" w:rsidR="005A5E17" w:rsidRPr="007076F4" w:rsidRDefault="005A5E17" w:rsidP="007076F4">
      <w:pPr>
        <w:spacing w:after="0" w:line="240" w:lineRule="auto"/>
        <w:ind w:firstLine="283"/>
        <w:jc w:val="center"/>
        <w:rPr>
          <w:rFonts w:ascii="Times New Roman" w:hAnsi="Times New Roman"/>
          <w:b/>
          <w:bCs/>
          <w:iCs/>
          <w:sz w:val="24"/>
          <w:szCs w:val="24"/>
          <w:lang w:val="ru-RU"/>
        </w:rPr>
      </w:pPr>
    </w:p>
    <w:tbl>
      <w:tblPr>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2"/>
        <w:gridCol w:w="5136"/>
        <w:gridCol w:w="1076"/>
        <w:gridCol w:w="3328"/>
      </w:tblGrid>
      <w:tr w:rsidR="007076F4" w:rsidRPr="007076F4" w14:paraId="2BC27A93" w14:textId="77777777" w:rsidTr="005A5E17">
        <w:tc>
          <w:tcPr>
            <w:tcW w:w="642" w:type="dxa"/>
            <w:shd w:val="clear" w:color="auto" w:fill="auto"/>
          </w:tcPr>
          <w:p w14:paraId="5F548B3E" w14:textId="77777777" w:rsidR="007076F4" w:rsidRPr="007076F4" w:rsidRDefault="007076F4" w:rsidP="007076F4">
            <w:pPr>
              <w:spacing w:after="0" w:line="240" w:lineRule="auto"/>
              <w:jc w:val="center"/>
              <w:rPr>
                <w:rFonts w:ascii="Times New Roman" w:hAnsi="Times New Roman"/>
                <w:i/>
                <w:sz w:val="24"/>
                <w:szCs w:val="24"/>
                <w:lang w:val="ru-RU"/>
              </w:rPr>
            </w:pPr>
            <w:r w:rsidRPr="007076F4">
              <w:rPr>
                <w:rFonts w:ascii="Times New Roman" w:hAnsi="Times New Roman"/>
                <w:b/>
                <w:w w:val="97"/>
                <w:sz w:val="24"/>
                <w:szCs w:val="24"/>
                <w:lang w:val="ru-RU"/>
              </w:rPr>
              <w:t>№</w:t>
            </w:r>
            <w:r w:rsidRPr="007076F4">
              <w:rPr>
                <w:rFonts w:ascii="Times New Roman" w:hAnsi="Times New Roman"/>
                <w:sz w:val="24"/>
                <w:szCs w:val="24"/>
                <w:lang w:val="ru-RU"/>
              </w:rPr>
              <w:br/>
            </w:r>
            <w:r w:rsidRPr="007076F4">
              <w:rPr>
                <w:rFonts w:ascii="Times New Roman" w:hAnsi="Times New Roman"/>
                <w:b/>
                <w:w w:val="97"/>
                <w:sz w:val="24"/>
                <w:szCs w:val="24"/>
                <w:lang w:val="ru-RU"/>
              </w:rPr>
              <w:t>п/п</w:t>
            </w:r>
          </w:p>
        </w:tc>
        <w:tc>
          <w:tcPr>
            <w:tcW w:w="5136" w:type="dxa"/>
            <w:shd w:val="clear" w:color="auto" w:fill="auto"/>
          </w:tcPr>
          <w:p w14:paraId="496EBD4A" w14:textId="77777777" w:rsidR="007076F4" w:rsidRPr="007076F4" w:rsidRDefault="007076F4" w:rsidP="007076F4">
            <w:pPr>
              <w:spacing w:after="0" w:line="240" w:lineRule="auto"/>
              <w:jc w:val="center"/>
              <w:rPr>
                <w:rFonts w:ascii="Times New Roman" w:hAnsi="Times New Roman"/>
                <w:i/>
                <w:sz w:val="24"/>
                <w:szCs w:val="24"/>
                <w:lang w:val="ru-RU"/>
              </w:rPr>
            </w:pPr>
            <w:r w:rsidRPr="007076F4">
              <w:rPr>
                <w:rFonts w:ascii="Times New Roman" w:hAnsi="Times New Roman"/>
                <w:b/>
                <w:w w:val="97"/>
                <w:sz w:val="24"/>
                <w:szCs w:val="24"/>
                <w:lang w:val="ru-RU"/>
              </w:rPr>
              <w:t>Наименование разделов и тем программы</w:t>
            </w:r>
          </w:p>
        </w:tc>
        <w:tc>
          <w:tcPr>
            <w:tcW w:w="1076" w:type="dxa"/>
            <w:shd w:val="clear" w:color="auto" w:fill="auto"/>
          </w:tcPr>
          <w:p w14:paraId="38608BB6" w14:textId="77777777" w:rsidR="007076F4" w:rsidRPr="007076F4" w:rsidRDefault="007076F4" w:rsidP="007076F4">
            <w:pPr>
              <w:spacing w:after="0" w:line="240" w:lineRule="auto"/>
              <w:jc w:val="center"/>
              <w:rPr>
                <w:rFonts w:ascii="Times New Roman" w:hAnsi="Times New Roman"/>
                <w:i/>
                <w:sz w:val="24"/>
                <w:szCs w:val="24"/>
                <w:lang w:val="ru-RU"/>
              </w:rPr>
            </w:pPr>
            <w:r w:rsidRPr="007076F4">
              <w:rPr>
                <w:rFonts w:ascii="Times New Roman" w:hAnsi="Times New Roman"/>
                <w:b/>
                <w:w w:val="97"/>
                <w:sz w:val="24"/>
                <w:szCs w:val="24"/>
                <w:lang w:val="ru-RU"/>
              </w:rPr>
              <w:t>Кол-во часов</w:t>
            </w:r>
          </w:p>
        </w:tc>
        <w:tc>
          <w:tcPr>
            <w:tcW w:w="3328" w:type="dxa"/>
            <w:shd w:val="clear" w:color="auto" w:fill="auto"/>
          </w:tcPr>
          <w:p w14:paraId="6ADC980F" w14:textId="77777777" w:rsidR="007076F4" w:rsidRPr="007076F4" w:rsidRDefault="007076F4" w:rsidP="007076F4">
            <w:pPr>
              <w:spacing w:after="0" w:line="240" w:lineRule="auto"/>
              <w:jc w:val="center"/>
              <w:rPr>
                <w:rFonts w:ascii="Times New Roman" w:hAnsi="Times New Roman"/>
                <w:i/>
                <w:sz w:val="24"/>
                <w:szCs w:val="24"/>
                <w:lang w:val="ru-RU"/>
              </w:rPr>
            </w:pPr>
            <w:r w:rsidRPr="007076F4">
              <w:rPr>
                <w:rFonts w:ascii="Times New Roman" w:hAnsi="Times New Roman"/>
                <w:b/>
                <w:w w:val="97"/>
                <w:sz w:val="24"/>
                <w:szCs w:val="24"/>
                <w:lang w:val="ru-RU"/>
              </w:rPr>
              <w:t xml:space="preserve">Электронные </w:t>
            </w:r>
            <w:r w:rsidRPr="007076F4">
              <w:rPr>
                <w:rFonts w:ascii="Times New Roman" w:hAnsi="Times New Roman"/>
                <w:sz w:val="24"/>
                <w:szCs w:val="24"/>
                <w:lang w:val="ru-RU"/>
              </w:rPr>
              <w:br/>
            </w:r>
            <w:r w:rsidRPr="007076F4">
              <w:rPr>
                <w:rFonts w:ascii="Times New Roman" w:hAnsi="Times New Roman"/>
                <w:b/>
                <w:w w:val="97"/>
                <w:sz w:val="24"/>
                <w:szCs w:val="24"/>
                <w:lang w:val="ru-RU"/>
              </w:rPr>
              <w:t xml:space="preserve">(цифровые) </w:t>
            </w:r>
            <w:r w:rsidRPr="007076F4">
              <w:rPr>
                <w:rFonts w:ascii="Times New Roman" w:hAnsi="Times New Roman"/>
                <w:sz w:val="24"/>
                <w:szCs w:val="24"/>
                <w:lang w:val="ru-RU"/>
              </w:rPr>
              <w:br/>
            </w:r>
            <w:r w:rsidRPr="007076F4">
              <w:rPr>
                <w:rFonts w:ascii="Times New Roman" w:hAnsi="Times New Roman"/>
                <w:b/>
                <w:w w:val="97"/>
                <w:sz w:val="24"/>
                <w:szCs w:val="24"/>
                <w:lang w:val="ru-RU"/>
              </w:rPr>
              <w:t>образовательные ресурсы</w:t>
            </w:r>
          </w:p>
        </w:tc>
      </w:tr>
      <w:tr w:rsidR="005A5E17" w:rsidRPr="007076F4" w14:paraId="7F9B3EB2" w14:textId="77777777" w:rsidTr="005A5E17">
        <w:tc>
          <w:tcPr>
            <w:tcW w:w="642" w:type="dxa"/>
            <w:shd w:val="clear" w:color="auto" w:fill="auto"/>
          </w:tcPr>
          <w:p w14:paraId="5EE52E72" w14:textId="77777777" w:rsidR="005A5E17" w:rsidRPr="007076F4" w:rsidRDefault="005A5E17" w:rsidP="007076F4">
            <w:pPr>
              <w:spacing w:after="0" w:line="240" w:lineRule="auto"/>
              <w:jc w:val="center"/>
              <w:rPr>
                <w:rFonts w:ascii="Times New Roman" w:hAnsi="Times New Roman" w:cs="Times New Roman"/>
                <w:iCs/>
                <w:sz w:val="24"/>
                <w:szCs w:val="24"/>
                <w:lang w:val="ru-RU"/>
              </w:rPr>
            </w:pPr>
            <w:r w:rsidRPr="007076F4">
              <w:rPr>
                <w:rFonts w:ascii="Times New Roman" w:hAnsi="Times New Roman" w:cs="Times New Roman"/>
                <w:iCs/>
                <w:sz w:val="24"/>
                <w:szCs w:val="24"/>
                <w:lang w:val="ru-RU"/>
              </w:rPr>
              <w:t>1</w:t>
            </w:r>
          </w:p>
        </w:tc>
        <w:tc>
          <w:tcPr>
            <w:tcW w:w="5136" w:type="dxa"/>
            <w:shd w:val="clear" w:color="auto" w:fill="auto"/>
          </w:tcPr>
          <w:p w14:paraId="1933AB7A" w14:textId="77777777" w:rsidR="005A5E17" w:rsidRPr="005A5E17" w:rsidRDefault="005A5E17">
            <w:pPr>
              <w:autoSpaceDE w:val="0"/>
              <w:autoSpaceDN w:val="0"/>
              <w:spacing w:before="76" w:after="0" w:line="232" w:lineRule="auto"/>
              <w:ind w:left="72"/>
              <w:rPr>
                <w:sz w:val="24"/>
                <w:szCs w:val="24"/>
                <w:lang w:val="ru-RU"/>
              </w:rPr>
            </w:pPr>
            <w:proofErr w:type="spellStart"/>
            <w:r w:rsidRPr="005A5E17">
              <w:rPr>
                <w:rFonts w:ascii="Times New Roman" w:eastAsia="Times New Roman" w:hAnsi="Times New Roman"/>
                <w:color w:val="000000"/>
                <w:w w:val="97"/>
                <w:sz w:val="24"/>
                <w:szCs w:val="24"/>
                <w:lang w:val="ru-RU"/>
              </w:rPr>
              <w:t>Матурлык</w:t>
            </w:r>
            <w:proofErr w:type="spellEnd"/>
            <w:r w:rsidRPr="005A5E17">
              <w:rPr>
                <w:rFonts w:ascii="Times New Roman" w:eastAsia="Times New Roman" w:hAnsi="Times New Roman"/>
                <w:color w:val="000000"/>
                <w:w w:val="97"/>
                <w:sz w:val="24"/>
                <w:szCs w:val="24"/>
                <w:lang w:val="ru-RU"/>
              </w:rPr>
              <w:t xml:space="preserve"> минем </w:t>
            </w:r>
            <w:proofErr w:type="spellStart"/>
            <w:r w:rsidRPr="005A5E17">
              <w:rPr>
                <w:rFonts w:ascii="Times New Roman" w:eastAsia="Times New Roman" w:hAnsi="Times New Roman"/>
                <w:color w:val="000000"/>
                <w:w w:val="97"/>
                <w:sz w:val="24"/>
                <w:szCs w:val="24"/>
                <w:lang w:val="ru-RU"/>
              </w:rPr>
              <w:t>белəн</w:t>
            </w:r>
            <w:proofErr w:type="spellEnd"/>
            <w:r w:rsidRPr="005A5E17">
              <w:rPr>
                <w:rFonts w:ascii="Times New Roman" w:eastAsia="Times New Roman" w:hAnsi="Times New Roman"/>
                <w:color w:val="000000"/>
                <w:w w:val="97"/>
                <w:sz w:val="24"/>
                <w:szCs w:val="24"/>
                <w:lang w:val="ru-RU"/>
              </w:rPr>
              <w:t xml:space="preserve"> (Красота рядом)</w:t>
            </w:r>
          </w:p>
        </w:tc>
        <w:tc>
          <w:tcPr>
            <w:tcW w:w="1076" w:type="dxa"/>
            <w:shd w:val="clear" w:color="auto" w:fill="auto"/>
          </w:tcPr>
          <w:p w14:paraId="6E46158C" w14:textId="77777777" w:rsidR="005A5E17" w:rsidRPr="005A5E17" w:rsidRDefault="005A5E17" w:rsidP="005A5E17">
            <w:pPr>
              <w:autoSpaceDE w:val="0"/>
              <w:autoSpaceDN w:val="0"/>
              <w:spacing w:before="76" w:after="0" w:line="232" w:lineRule="auto"/>
              <w:ind w:left="72"/>
              <w:jc w:val="center"/>
              <w:rPr>
                <w:sz w:val="24"/>
                <w:szCs w:val="24"/>
              </w:rPr>
            </w:pPr>
            <w:r w:rsidRPr="005A5E17">
              <w:rPr>
                <w:rFonts w:ascii="Times New Roman" w:eastAsia="Times New Roman" w:hAnsi="Times New Roman"/>
                <w:color w:val="000000"/>
                <w:w w:val="97"/>
                <w:sz w:val="24"/>
                <w:szCs w:val="24"/>
              </w:rPr>
              <w:t>7</w:t>
            </w:r>
          </w:p>
        </w:tc>
        <w:tc>
          <w:tcPr>
            <w:tcW w:w="3328" w:type="dxa"/>
            <w:shd w:val="clear" w:color="auto" w:fill="auto"/>
          </w:tcPr>
          <w:p w14:paraId="11B59ED6" w14:textId="77777777" w:rsidR="005A5E17" w:rsidRPr="007076F4" w:rsidRDefault="005A5E17" w:rsidP="007076F4">
            <w:pPr>
              <w:spacing w:after="0" w:line="240" w:lineRule="auto"/>
              <w:jc w:val="both"/>
              <w:rPr>
                <w:rFonts w:ascii="Times New Roman" w:hAnsi="Times New Roman" w:cs="Times New Roman"/>
                <w:sz w:val="24"/>
                <w:szCs w:val="24"/>
              </w:rPr>
            </w:pPr>
            <w:r w:rsidRPr="005A5E17">
              <w:rPr>
                <w:rFonts w:ascii="Times New Roman" w:hAnsi="Times New Roman" w:cs="Times New Roman"/>
                <w:sz w:val="24"/>
                <w:szCs w:val="24"/>
              </w:rPr>
              <w:t xml:space="preserve">http://tatar.com.ru/fonetika.php http://tatar.com.ru </w:t>
            </w:r>
            <w:proofErr w:type="spellStart"/>
            <w:r w:rsidRPr="005A5E17">
              <w:rPr>
                <w:rFonts w:ascii="Times New Roman" w:hAnsi="Times New Roman" w:cs="Times New Roman"/>
                <w:sz w:val="24"/>
                <w:szCs w:val="24"/>
              </w:rPr>
              <w:t>Шигърият.ру</w:t>
            </w:r>
            <w:proofErr w:type="spellEnd"/>
            <w:r w:rsidRPr="005A5E17">
              <w:rPr>
                <w:rFonts w:ascii="Times New Roman" w:hAnsi="Times New Roman" w:cs="Times New Roman"/>
                <w:sz w:val="24"/>
                <w:szCs w:val="24"/>
              </w:rPr>
              <w:t>. http://www.tatknigafund.ru http://www.belem.ru/ http://tatar.moy.su</w:t>
            </w:r>
          </w:p>
        </w:tc>
      </w:tr>
      <w:tr w:rsidR="005A5E17" w:rsidRPr="007076F4" w14:paraId="1DBA0419" w14:textId="77777777" w:rsidTr="005A5E17">
        <w:tc>
          <w:tcPr>
            <w:tcW w:w="642" w:type="dxa"/>
            <w:shd w:val="clear" w:color="auto" w:fill="auto"/>
          </w:tcPr>
          <w:p w14:paraId="01C13365" w14:textId="77777777" w:rsidR="005A5E17" w:rsidRPr="007076F4" w:rsidRDefault="005A5E17" w:rsidP="007076F4">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2</w:t>
            </w:r>
          </w:p>
        </w:tc>
        <w:tc>
          <w:tcPr>
            <w:tcW w:w="5136" w:type="dxa"/>
            <w:shd w:val="clear" w:color="auto" w:fill="auto"/>
          </w:tcPr>
          <w:p w14:paraId="6BDD5F90" w14:textId="77777777" w:rsidR="005A5E17" w:rsidRPr="005A5E17" w:rsidRDefault="005A5E17">
            <w:pPr>
              <w:autoSpaceDE w:val="0"/>
              <w:autoSpaceDN w:val="0"/>
              <w:spacing w:before="76" w:after="0" w:line="244" w:lineRule="auto"/>
              <w:ind w:left="72" w:right="432"/>
              <w:rPr>
                <w:sz w:val="24"/>
                <w:szCs w:val="24"/>
              </w:rPr>
            </w:pPr>
            <w:r w:rsidRPr="005A5E17">
              <w:rPr>
                <w:rFonts w:ascii="Times New Roman" w:eastAsia="Times New Roman" w:hAnsi="Times New Roman"/>
                <w:color w:val="000000"/>
                <w:w w:val="97"/>
                <w:sz w:val="24"/>
                <w:szCs w:val="24"/>
                <w:lang w:val="ru-RU"/>
              </w:rPr>
              <w:t xml:space="preserve">Татар </w:t>
            </w:r>
            <w:proofErr w:type="spellStart"/>
            <w:r w:rsidRPr="005A5E17">
              <w:rPr>
                <w:rFonts w:ascii="Times New Roman" w:eastAsia="Times New Roman" w:hAnsi="Times New Roman"/>
                <w:color w:val="000000"/>
                <w:w w:val="97"/>
                <w:sz w:val="24"/>
                <w:szCs w:val="24"/>
                <w:lang w:val="ru-RU"/>
              </w:rPr>
              <w:t>халык</w:t>
            </w:r>
            <w:proofErr w:type="spellEnd"/>
            <w:r w:rsidRPr="005A5E17">
              <w:rPr>
                <w:rFonts w:ascii="Times New Roman" w:eastAsia="Times New Roman" w:hAnsi="Times New Roman"/>
                <w:color w:val="000000"/>
                <w:w w:val="97"/>
                <w:sz w:val="24"/>
                <w:szCs w:val="24"/>
                <w:lang w:val="ru-RU"/>
              </w:rPr>
              <w:t xml:space="preserve"> </w:t>
            </w:r>
            <w:proofErr w:type="spellStart"/>
            <w:r w:rsidRPr="005A5E17">
              <w:rPr>
                <w:rFonts w:ascii="Times New Roman" w:eastAsia="Times New Roman" w:hAnsi="Times New Roman"/>
                <w:color w:val="000000"/>
                <w:w w:val="97"/>
                <w:sz w:val="24"/>
                <w:szCs w:val="24"/>
                <w:lang w:val="ru-RU"/>
              </w:rPr>
              <w:t>авыз</w:t>
            </w:r>
            <w:proofErr w:type="spellEnd"/>
            <w:r w:rsidRPr="005A5E17">
              <w:rPr>
                <w:rFonts w:ascii="Times New Roman" w:eastAsia="Times New Roman" w:hAnsi="Times New Roman"/>
                <w:color w:val="000000"/>
                <w:w w:val="97"/>
                <w:sz w:val="24"/>
                <w:szCs w:val="24"/>
                <w:lang w:val="ru-RU"/>
              </w:rPr>
              <w:t xml:space="preserve"> </w:t>
            </w:r>
            <w:proofErr w:type="spellStart"/>
            <w:r w:rsidRPr="005A5E17">
              <w:rPr>
                <w:rFonts w:ascii="Times New Roman" w:eastAsia="Times New Roman" w:hAnsi="Times New Roman"/>
                <w:color w:val="000000"/>
                <w:w w:val="97"/>
                <w:sz w:val="24"/>
                <w:szCs w:val="24"/>
                <w:lang w:val="ru-RU"/>
              </w:rPr>
              <w:t>иҗаты</w:t>
            </w:r>
            <w:proofErr w:type="spellEnd"/>
            <w:r w:rsidRPr="005A5E17">
              <w:rPr>
                <w:rFonts w:ascii="Times New Roman" w:eastAsia="Times New Roman" w:hAnsi="Times New Roman"/>
                <w:color w:val="000000"/>
                <w:w w:val="97"/>
                <w:sz w:val="24"/>
                <w:szCs w:val="24"/>
                <w:lang w:val="ru-RU"/>
              </w:rPr>
              <w:t xml:space="preserve">. </w:t>
            </w:r>
            <w:proofErr w:type="spellStart"/>
            <w:r w:rsidRPr="005A5E17">
              <w:rPr>
                <w:rFonts w:ascii="Times New Roman" w:eastAsia="Times New Roman" w:hAnsi="Times New Roman"/>
                <w:color w:val="000000"/>
                <w:w w:val="97"/>
                <w:sz w:val="24"/>
                <w:szCs w:val="24"/>
                <w:lang w:val="ru-RU"/>
              </w:rPr>
              <w:t>Мəзəклəр</w:t>
            </w:r>
            <w:proofErr w:type="spellEnd"/>
            <w:r w:rsidRPr="005A5E17">
              <w:rPr>
                <w:rFonts w:ascii="Times New Roman" w:eastAsia="Times New Roman" w:hAnsi="Times New Roman"/>
                <w:color w:val="000000"/>
                <w:w w:val="97"/>
                <w:sz w:val="24"/>
                <w:szCs w:val="24"/>
                <w:lang w:val="ru-RU"/>
              </w:rPr>
              <w:t xml:space="preserve"> (Татарское устное народное творчество. </w:t>
            </w:r>
            <w:proofErr w:type="spellStart"/>
            <w:r w:rsidRPr="005A5E17">
              <w:rPr>
                <w:rFonts w:ascii="Times New Roman" w:eastAsia="Times New Roman" w:hAnsi="Times New Roman"/>
                <w:color w:val="000000"/>
                <w:w w:val="97"/>
                <w:sz w:val="24"/>
                <w:szCs w:val="24"/>
              </w:rPr>
              <w:t>Мэзэки</w:t>
            </w:r>
            <w:proofErr w:type="spellEnd"/>
            <w:r w:rsidRPr="005A5E17">
              <w:rPr>
                <w:rFonts w:ascii="Times New Roman" w:eastAsia="Times New Roman" w:hAnsi="Times New Roman"/>
                <w:color w:val="000000"/>
                <w:w w:val="97"/>
                <w:sz w:val="24"/>
                <w:szCs w:val="24"/>
              </w:rPr>
              <w:t>)</w:t>
            </w:r>
          </w:p>
        </w:tc>
        <w:tc>
          <w:tcPr>
            <w:tcW w:w="1076" w:type="dxa"/>
            <w:shd w:val="clear" w:color="auto" w:fill="auto"/>
          </w:tcPr>
          <w:p w14:paraId="26A80829" w14:textId="77777777" w:rsidR="005A5E17" w:rsidRPr="005A5E17" w:rsidRDefault="005A5E17" w:rsidP="005A5E17">
            <w:pPr>
              <w:autoSpaceDE w:val="0"/>
              <w:autoSpaceDN w:val="0"/>
              <w:spacing w:before="76" w:after="0" w:line="232" w:lineRule="auto"/>
              <w:ind w:left="72"/>
              <w:jc w:val="center"/>
              <w:rPr>
                <w:sz w:val="24"/>
                <w:szCs w:val="24"/>
              </w:rPr>
            </w:pPr>
            <w:r w:rsidRPr="005A5E17">
              <w:rPr>
                <w:rFonts w:ascii="Times New Roman" w:eastAsia="Times New Roman" w:hAnsi="Times New Roman"/>
                <w:color w:val="000000"/>
                <w:w w:val="97"/>
                <w:sz w:val="24"/>
                <w:szCs w:val="24"/>
              </w:rPr>
              <w:t>2</w:t>
            </w:r>
          </w:p>
        </w:tc>
        <w:tc>
          <w:tcPr>
            <w:tcW w:w="3328" w:type="dxa"/>
            <w:shd w:val="clear" w:color="auto" w:fill="auto"/>
          </w:tcPr>
          <w:p w14:paraId="174DC638" w14:textId="77777777" w:rsidR="005A5E17" w:rsidRDefault="005A5E17">
            <w:r w:rsidRPr="0048576D">
              <w:t xml:space="preserve">http://tatar.com.ru/fonetika.php http://tatar.com.ru </w:t>
            </w:r>
            <w:proofErr w:type="spellStart"/>
            <w:r w:rsidRPr="0048576D">
              <w:t>Шигърият.ру</w:t>
            </w:r>
            <w:proofErr w:type="spellEnd"/>
            <w:r w:rsidRPr="0048576D">
              <w:t>. http://www.tatknigafund.ru http://www.belem.ru/ http://tatar.moy.su</w:t>
            </w:r>
          </w:p>
        </w:tc>
      </w:tr>
      <w:tr w:rsidR="005A5E17" w:rsidRPr="007076F4" w14:paraId="44658D92" w14:textId="77777777" w:rsidTr="005A5E17">
        <w:tc>
          <w:tcPr>
            <w:tcW w:w="642" w:type="dxa"/>
            <w:shd w:val="clear" w:color="auto" w:fill="auto"/>
          </w:tcPr>
          <w:p w14:paraId="043BFDF0" w14:textId="77777777" w:rsidR="005A5E17" w:rsidRPr="007076F4" w:rsidRDefault="005A5E17" w:rsidP="007076F4">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3</w:t>
            </w:r>
          </w:p>
        </w:tc>
        <w:tc>
          <w:tcPr>
            <w:tcW w:w="5136" w:type="dxa"/>
            <w:shd w:val="clear" w:color="auto" w:fill="auto"/>
          </w:tcPr>
          <w:p w14:paraId="0C89A546" w14:textId="77777777" w:rsidR="005A5E17" w:rsidRPr="005A5E17" w:rsidRDefault="005A5E17">
            <w:pPr>
              <w:autoSpaceDE w:val="0"/>
              <w:autoSpaceDN w:val="0"/>
              <w:spacing w:before="78" w:after="0" w:line="228" w:lineRule="auto"/>
              <w:ind w:left="72"/>
              <w:rPr>
                <w:sz w:val="24"/>
                <w:szCs w:val="24"/>
              </w:rPr>
            </w:pPr>
            <w:proofErr w:type="spellStart"/>
            <w:r w:rsidRPr="005A5E17">
              <w:rPr>
                <w:rFonts w:ascii="Times New Roman" w:eastAsia="Times New Roman" w:hAnsi="Times New Roman"/>
                <w:color w:val="000000"/>
                <w:w w:val="97"/>
                <w:sz w:val="24"/>
                <w:szCs w:val="24"/>
              </w:rPr>
              <w:t>Дуслык</w:t>
            </w:r>
            <w:proofErr w:type="spellEnd"/>
            <w:r w:rsidRPr="005A5E17">
              <w:rPr>
                <w:rFonts w:ascii="Times New Roman" w:eastAsia="Times New Roman" w:hAnsi="Times New Roman"/>
                <w:color w:val="000000"/>
                <w:w w:val="97"/>
                <w:sz w:val="24"/>
                <w:szCs w:val="24"/>
              </w:rPr>
              <w:t xml:space="preserve"> (</w:t>
            </w:r>
            <w:proofErr w:type="spellStart"/>
            <w:r w:rsidRPr="005A5E17">
              <w:rPr>
                <w:rFonts w:ascii="Times New Roman" w:eastAsia="Times New Roman" w:hAnsi="Times New Roman"/>
                <w:color w:val="000000"/>
                <w:w w:val="97"/>
                <w:sz w:val="24"/>
                <w:szCs w:val="24"/>
              </w:rPr>
              <w:t>Дружба</w:t>
            </w:r>
            <w:proofErr w:type="spellEnd"/>
            <w:r w:rsidRPr="005A5E17">
              <w:rPr>
                <w:rFonts w:ascii="Times New Roman" w:eastAsia="Times New Roman" w:hAnsi="Times New Roman"/>
                <w:color w:val="000000"/>
                <w:w w:val="97"/>
                <w:sz w:val="24"/>
                <w:szCs w:val="24"/>
              </w:rPr>
              <w:t>)</w:t>
            </w:r>
          </w:p>
        </w:tc>
        <w:tc>
          <w:tcPr>
            <w:tcW w:w="1076" w:type="dxa"/>
            <w:shd w:val="clear" w:color="auto" w:fill="auto"/>
          </w:tcPr>
          <w:p w14:paraId="1796340A" w14:textId="77777777" w:rsidR="005A5E17" w:rsidRPr="005A5E17" w:rsidRDefault="005A5E17" w:rsidP="005A5E17">
            <w:pPr>
              <w:autoSpaceDE w:val="0"/>
              <w:autoSpaceDN w:val="0"/>
              <w:spacing w:before="78" w:after="0" w:line="228" w:lineRule="auto"/>
              <w:ind w:left="72"/>
              <w:jc w:val="center"/>
              <w:rPr>
                <w:sz w:val="24"/>
                <w:szCs w:val="24"/>
              </w:rPr>
            </w:pPr>
            <w:r w:rsidRPr="005A5E17">
              <w:rPr>
                <w:rFonts w:ascii="Times New Roman" w:eastAsia="Times New Roman" w:hAnsi="Times New Roman"/>
                <w:color w:val="000000"/>
                <w:w w:val="97"/>
                <w:sz w:val="24"/>
                <w:szCs w:val="24"/>
              </w:rPr>
              <w:t>6</w:t>
            </w:r>
          </w:p>
        </w:tc>
        <w:tc>
          <w:tcPr>
            <w:tcW w:w="3328" w:type="dxa"/>
            <w:shd w:val="clear" w:color="auto" w:fill="auto"/>
          </w:tcPr>
          <w:p w14:paraId="785733A7" w14:textId="77777777" w:rsidR="005A5E17" w:rsidRDefault="005A5E17">
            <w:r w:rsidRPr="0048576D">
              <w:t xml:space="preserve">http://tatar.com.ru/fonetika.php http://tatar.com.ru </w:t>
            </w:r>
            <w:proofErr w:type="spellStart"/>
            <w:r w:rsidRPr="0048576D">
              <w:t>Шигърият.ру</w:t>
            </w:r>
            <w:proofErr w:type="spellEnd"/>
            <w:r w:rsidRPr="0048576D">
              <w:t>. http://www.tatknigafund.ru http://www.belem.ru/ http://tatar.moy.su</w:t>
            </w:r>
          </w:p>
        </w:tc>
      </w:tr>
      <w:tr w:rsidR="005A5E17" w:rsidRPr="007076F4" w14:paraId="352CBC12" w14:textId="77777777" w:rsidTr="005A5E17">
        <w:tc>
          <w:tcPr>
            <w:tcW w:w="642" w:type="dxa"/>
            <w:shd w:val="clear" w:color="auto" w:fill="auto"/>
          </w:tcPr>
          <w:p w14:paraId="06F4F648" w14:textId="77777777" w:rsidR="005A5E17" w:rsidRPr="007076F4" w:rsidRDefault="005A5E17" w:rsidP="007076F4">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4</w:t>
            </w:r>
          </w:p>
        </w:tc>
        <w:tc>
          <w:tcPr>
            <w:tcW w:w="5136" w:type="dxa"/>
            <w:shd w:val="clear" w:color="auto" w:fill="auto"/>
          </w:tcPr>
          <w:p w14:paraId="7E98CC45" w14:textId="77777777" w:rsidR="005A5E17" w:rsidRPr="005A5E17" w:rsidRDefault="005A5E17">
            <w:pPr>
              <w:autoSpaceDE w:val="0"/>
              <w:autoSpaceDN w:val="0"/>
              <w:spacing w:before="78" w:after="0" w:line="228" w:lineRule="auto"/>
              <w:ind w:left="72"/>
              <w:rPr>
                <w:sz w:val="24"/>
                <w:szCs w:val="24"/>
              </w:rPr>
            </w:pPr>
            <w:proofErr w:type="spellStart"/>
            <w:r w:rsidRPr="005A5E17">
              <w:rPr>
                <w:rFonts w:ascii="Times New Roman" w:eastAsia="Times New Roman" w:hAnsi="Times New Roman"/>
                <w:color w:val="000000"/>
                <w:w w:val="97"/>
                <w:sz w:val="24"/>
                <w:szCs w:val="24"/>
              </w:rPr>
              <w:t>Табигать</w:t>
            </w:r>
            <w:proofErr w:type="spellEnd"/>
            <w:r w:rsidRPr="005A5E17">
              <w:rPr>
                <w:rFonts w:ascii="Times New Roman" w:eastAsia="Times New Roman" w:hAnsi="Times New Roman"/>
                <w:color w:val="000000"/>
                <w:w w:val="97"/>
                <w:sz w:val="24"/>
                <w:szCs w:val="24"/>
              </w:rPr>
              <w:t xml:space="preserve"> </w:t>
            </w:r>
            <w:proofErr w:type="spellStart"/>
            <w:r w:rsidRPr="005A5E17">
              <w:rPr>
                <w:rFonts w:ascii="Times New Roman" w:eastAsia="Times New Roman" w:hAnsi="Times New Roman"/>
                <w:color w:val="000000"/>
                <w:w w:val="97"/>
                <w:sz w:val="24"/>
                <w:szCs w:val="24"/>
              </w:rPr>
              <w:t>китабы</w:t>
            </w:r>
            <w:proofErr w:type="spellEnd"/>
            <w:r w:rsidRPr="005A5E17">
              <w:rPr>
                <w:rFonts w:ascii="Times New Roman" w:eastAsia="Times New Roman" w:hAnsi="Times New Roman"/>
                <w:color w:val="000000"/>
                <w:w w:val="97"/>
                <w:sz w:val="24"/>
                <w:szCs w:val="24"/>
              </w:rPr>
              <w:t xml:space="preserve"> (</w:t>
            </w:r>
            <w:proofErr w:type="spellStart"/>
            <w:r w:rsidRPr="005A5E17">
              <w:rPr>
                <w:rFonts w:ascii="Times New Roman" w:eastAsia="Times New Roman" w:hAnsi="Times New Roman"/>
                <w:color w:val="000000"/>
                <w:w w:val="97"/>
                <w:sz w:val="24"/>
                <w:szCs w:val="24"/>
              </w:rPr>
              <w:t>Книга</w:t>
            </w:r>
            <w:proofErr w:type="spellEnd"/>
            <w:r w:rsidRPr="005A5E17">
              <w:rPr>
                <w:rFonts w:ascii="Times New Roman" w:eastAsia="Times New Roman" w:hAnsi="Times New Roman"/>
                <w:color w:val="000000"/>
                <w:w w:val="97"/>
                <w:sz w:val="24"/>
                <w:szCs w:val="24"/>
              </w:rPr>
              <w:t xml:space="preserve"> </w:t>
            </w:r>
            <w:proofErr w:type="spellStart"/>
            <w:r w:rsidRPr="005A5E17">
              <w:rPr>
                <w:rFonts w:ascii="Times New Roman" w:eastAsia="Times New Roman" w:hAnsi="Times New Roman"/>
                <w:color w:val="000000"/>
                <w:w w:val="97"/>
                <w:sz w:val="24"/>
                <w:szCs w:val="24"/>
              </w:rPr>
              <w:t>природы</w:t>
            </w:r>
            <w:proofErr w:type="spellEnd"/>
            <w:r w:rsidRPr="005A5E17">
              <w:rPr>
                <w:rFonts w:ascii="Times New Roman" w:eastAsia="Times New Roman" w:hAnsi="Times New Roman"/>
                <w:color w:val="000000"/>
                <w:w w:val="97"/>
                <w:sz w:val="24"/>
                <w:szCs w:val="24"/>
              </w:rPr>
              <w:t>)</w:t>
            </w:r>
          </w:p>
        </w:tc>
        <w:tc>
          <w:tcPr>
            <w:tcW w:w="1076" w:type="dxa"/>
            <w:shd w:val="clear" w:color="auto" w:fill="auto"/>
          </w:tcPr>
          <w:p w14:paraId="46E16209" w14:textId="77777777" w:rsidR="005A5E17" w:rsidRPr="005A5E17" w:rsidRDefault="005A5E17" w:rsidP="005A5E17">
            <w:pPr>
              <w:autoSpaceDE w:val="0"/>
              <w:autoSpaceDN w:val="0"/>
              <w:spacing w:before="78" w:after="0" w:line="228" w:lineRule="auto"/>
              <w:ind w:left="72"/>
              <w:jc w:val="center"/>
              <w:rPr>
                <w:sz w:val="24"/>
                <w:szCs w:val="24"/>
              </w:rPr>
            </w:pPr>
            <w:r w:rsidRPr="005A5E17">
              <w:rPr>
                <w:rFonts w:ascii="Times New Roman" w:eastAsia="Times New Roman" w:hAnsi="Times New Roman"/>
                <w:color w:val="000000"/>
                <w:w w:val="97"/>
                <w:sz w:val="24"/>
                <w:szCs w:val="24"/>
              </w:rPr>
              <w:t>9</w:t>
            </w:r>
          </w:p>
        </w:tc>
        <w:tc>
          <w:tcPr>
            <w:tcW w:w="3328" w:type="dxa"/>
            <w:shd w:val="clear" w:color="auto" w:fill="auto"/>
          </w:tcPr>
          <w:p w14:paraId="4F7ACD8F" w14:textId="77777777" w:rsidR="005A5E17" w:rsidRDefault="005A5E17">
            <w:r w:rsidRPr="0048576D">
              <w:t xml:space="preserve">http://tatar.com.ru/fonetika.php http://tatar.com.ru </w:t>
            </w:r>
            <w:proofErr w:type="spellStart"/>
            <w:r w:rsidRPr="0048576D">
              <w:t>Шигърият.ру</w:t>
            </w:r>
            <w:proofErr w:type="spellEnd"/>
            <w:r w:rsidRPr="0048576D">
              <w:t>. http://www.tatknigafund.ru http://www.belem.ru/ http://tatar.moy.su</w:t>
            </w:r>
          </w:p>
        </w:tc>
      </w:tr>
      <w:tr w:rsidR="005A5E17" w:rsidRPr="007076F4" w14:paraId="778050E7" w14:textId="77777777" w:rsidTr="005A5E17">
        <w:tc>
          <w:tcPr>
            <w:tcW w:w="642" w:type="dxa"/>
            <w:shd w:val="clear" w:color="auto" w:fill="auto"/>
          </w:tcPr>
          <w:p w14:paraId="1037BF35" w14:textId="77777777" w:rsidR="005A5E17" w:rsidRPr="007076F4" w:rsidRDefault="005A5E17" w:rsidP="007076F4">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5</w:t>
            </w:r>
          </w:p>
        </w:tc>
        <w:tc>
          <w:tcPr>
            <w:tcW w:w="5136" w:type="dxa"/>
            <w:shd w:val="clear" w:color="auto" w:fill="auto"/>
          </w:tcPr>
          <w:p w14:paraId="45AEFE5D" w14:textId="77777777" w:rsidR="005A5E17" w:rsidRPr="005A5E17" w:rsidRDefault="005A5E17">
            <w:pPr>
              <w:autoSpaceDE w:val="0"/>
              <w:autoSpaceDN w:val="0"/>
              <w:spacing w:before="78" w:after="0" w:line="228" w:lineRule="auto"/>
              <w:ind w:left="72"/>
              <w:rPr>
                <w:sz w:val="24"/>
                <w:szCs w:val="24"/>
              </w:rPr>
            </w:pPr>
            <w:proofErr w:type="spellStart"/>
            <w:r w:rsidRPr="005A5E17">
              <w:rPr>
                <w:rFonts w:ascii="Times New Roman" w:eastAsia="Times New Roman" w:hAnsi="Times New Roman"/>
                <w:color w:val="000000"/>
                <w:w w:val="97"/>
                <w:sz w:val="24"/>
                <w:szCs w:val="24"/>
              </w:rPr>
              <w:t>Күңелле</w:t>
            </w:r>
            <w:proofErr w:type="spellEnd"/>
            <w:r w:rsidRPr="005A5E17">
              <w:rPr>
                <w:rFonts w:ascii="Times New Roman" w:eastAsia="Times New Roman" w:hAnsi="Times New Roman"/>
                <w:color w:val="000000"/>
                <w:w w:val="97"/>
                <w:sz w:val="24"/>
                <w:szCs w:val="24"/>
              </w:rPr>
              <w:t xml:space="preserve"> </w:t>
            </w:r>
            <w:proofErr w:type="spellStart"/>
            <w:r w:rsidRPr="005A5E17">
              <w:rPr>
                <w:rFonts w:ascii="Times New Roman" w:eastAsia="Times New Roman" w:hAnsi="Times New Roman"/>
                <w:color w:val="000000"/>
                <w:w w:val="97"/>
                <w:sz w:val="24"/>
                <w:szCs w:val="24"/>
              </w:rPr>
              <w:t>бəйрəмнəр</w:t>
            </w:r>
            <w:proofErr w:type="spellEnd"/>
            <w:r w:rsidRPr="005A5E17">
              <w:rPr>
                <w:rFonts w:ascii="Times New Roman" w:eastAsia="Times New Roman" w:hAnsi="Times New Roman"/>
                <w:color w:val="000000"/>
                <w:w w:val="97"/>
                <w:sz w:val="24"/>
                <w:szCs w:val="24"/>
              </w:rPr>
              <w:t xml:space="preserve"> (</w:t>
            </w:r>
            <w:proofErr w:type="spellStart"/>
            <w:r w:rsidRPr="005A5E17">
              <w:rPr>
                <w:rFonts w:ascii="Times New Roman" w:eastAsia="Times New Roman" w:hAnsi="Times New Roman"/>
                <w:color w:val="000000"/>
                <w:w w:val="97"/>
                <w:sz w:val="24"/>
                <w:szCs w:val="24"/>
              </w:rPr>
              <w:t>Веселые</w:t>
            </w:r>
            <w:proofErr w:type="spellEnd"/>
            <w:r w:rsidRPr="005A5E17">
              <w:rPr>
                <w:rFonts w:ascii="Times New Roman" w:eastAsia="Times New Roman" w:hAnsi="Times New Roman"/>
                <w:color w:val="000000"/>
                <w:w w:val="97"/>
                <w:sz w:val="24"/>
                <w:szCs w:val="24"/>
              </w:rPr>
              <w:t xml:space="preserve"> </w:t>
            </w:r>
            <w:proofErr w:type="spellStart"/>
            <w:r w:rsidRPr="005A5E17">
              <w:rPr>
                <w:rFonts w:ascii="Times New Roman" w:eastAsia="Times New Roman" w:hAnsi="Times New Roman"/>
                <w:color w:val="000000"/>
                <w:w w:val="97"/>
                <w:sz w:val="24"/>
                <w:szCs w:val="24"/>
              </w:rPr>
              <w:t>праздники</w:t>
            </w:r>
            <w:proofErr w:type="spellEnd"/>
            <w:r w:rsidRPr="005A5E17">
              <w:rPr>
                <w:rFonts w:ascii="Times New Roman" w:eastAsia="Times New Roman" w:hAnsi="Times New Roman"/>
                <w:color w:val="000000"/>
                <w:w w:val="97"/>
                <w:sz w:val="24"/>
                <w:szCs w:val="24"/>
              </w:rPr>
              <w:t>)</w:t>
            </w:r>
          </w:p>
        </w:tc>
        <w:tc>
          <w:tcPr>
            <w:tcW w:w="1076" w:type="dxa"/>
            <w:shd w:val="clear" w:color="auto" w:fill="auto"/>
          </w:tcPr>
          <w:p w14:paraId="656112C5" w14:textId="77777777" w:rsidR="005A5E17" w:rsidRPr="005A5E17" w:rsidRDefault="005A5E17" w:rsidP="005A5E17">
            <w:pPr>
              <w:autoSpaceDE w:val="0"/>
              <w:autoSpaceDN w:val="0"/>
              <w:spacing w:before="78" w:after="0" w:line="228" w:lineRule="auto"/>
              <w:ind w:left="72"/>
              <w:jc w:val="center"/>
              <w:rPr>
                <w:sz w:val="24"/>
                <w:szCs w:val="24"/>
              </w:rPr>
            </w:pPr>
            <w:r w:rsidRPr="005A5E17">
              <w:rPr>
                <w:rFonts w:ascii="Times New Roman" w:eastAsia="Times New Roman" w:hAnsi="Times New Roman"/>
                <w:color w:val="000000"/>
                <w:w w:val="97"/>
                <w:sz w:val="24"/>
                <w:szCs w:val="24"/>
              </w:rPr>
              <w:t>6</w:t>
            </w:r>
          </w:p>
        </w:tc>
        <w:tc>
          <w:tcPr>
            <w:tcW w:w="3328" w:type="dxa"/>
            <w:shd w:val="clear" w:color="auto" w:fill="auto"/>
          </w:tcPr>
          <w:p w14:paraId="5819F95D" w14:textId="77777777" w:rsidR="005A5E17" w:rsidRDefault="005A5E17">
            <w:r w:rsidRPr="0048576D">
              <w:t xml:space="preserve">http://tatar.com.ru/fonetika.php http://tatar.com.ru </w:t>
            </w:r>
            <w:proofErr w:type="spellStart"/>
            <w:r w:rsidRPr="0048576D">
              <w:t>Шигърият.ру</w:t>
            </w:r>
            <w:proofErr w:type="spellEnd"/>
            <w:r w:rsidRPr="0048576D">
              <w:t>. http://www.tatknigafund.ru http://www.belem.ru/ http://tatar.moy.su</w:t>
            </w:r>
          </w:p>
        </w:tc>
      </w:tr>
      <w:tr w:rsidR="005A5E17" w:rsidRPr="007076F4" w14:paraId="65E3D4B4" w14:textId="77777777" w:rsidTr="005A5E17">
        <w:tc>
          <w:tcPr>
            <w:tcW w:w="642" w:type="dxa"/>
            <w:shd w:val="clear" w:color="auto" w:fill="auto"/>
          </w:tcPr>
          <w:p w14:paraId="10ACB23F" w14:textId="77777777" w:rsidR="005A5E17" w:rsidRPr="007076F4" w:rsidRDefault="005A5E17" w:rsidP="007076F4">
            <w:pPr>
              <w:spacing w:after="0" w:line="240" w:lineRule="auto"/>
              <w:jc w:val="center"/>
              <w:rPr>
                <w:rFonts w:ascii="Times New Roman" w:hAnsi="Times New Roman" w:cs="Times New Roman"/>
                <w:iCs/>
                <w:sz w:val="24"/>
                <w:szCs w:val="24"/>
                <w:lang w:val="ru-RU"/>
              </w:rPr>
            </w:pPr>
            <w:r>
              <w:rPr>
                <w:rFonts w:ascii="Times New Roman" w:hAnsi="Times New Roman" w:cs="Times New Roman"/>
                <w:iCs/>
                <w:sz w:val="24"/>
                <w:szCs w:val="24"/>
                <w:lang w:val="ru-RU"/>
              </w:rPr>
              <w:t>6</w:t>
            </w:r>
          </w:p>
        </w:tc>
        <w:tc>
          <w:tcPr>
            <w:tcW w:w="5136" w:type="dxa"/>
            <w:shd w:val="clear" w:color="auto" w:fill="auto"/>
          </w:tcPr>
          <w:p w14:paraId="4C3EC5F8" w14:textId="77777777" w:rsidR="005A5E17" w:rsidRPr="005A5E17" w:rsidRDefault="005A5E17">
            <w:pPr>
              <w:autoSpaceDE w:val="0"/>
              <w:autoSpaceDN w:val="0"/>
              <w:spacing w:before="76" w:after="0" w:line="228" w:lineRule="auto"/>
              <w:ind w:left="72"/>
              <w:rPr>
                <w:sz w:val="24"/>
                <w:szCs w:val="24"/>
              </w:rPr>
            </w:pPr>
            <w:proofErr w:type="spellStart"/>
            <w:r w:rsidRPr="005A5E17">
              <w:rPr>
                <w:rFonts w:ascii="Times New Roman" w:eastAsia="Times New Roman" w:hAnsi="Times New Roman"/>
                <w:color w:val="000000"/>
                <w:w w:val="97"/>
                <w:sz w:val="24"/>
                <w:szCs w:val="24"/>
              </w:rPr>
              <w:t>Җиңү</w:t>
            </w:r>
            <w:proofErr w:type="spellEnd"/>
            <w:r w:rsidRPr="005A5E17">
              <w:rPr>
                <w:rFonts w:ascii="Times New Roman" w:eastAsia="Times New Roman" w:hAnsi="Times New Roman"/>
                <w:color w:val="000000"/>
                <w:w w:val="97"/>
                <w:sz w:val="24"/>
                <w:szCs w:val="24"/>
              </w:rPr>
              <w:t xml:space="preserve"> </w:t>
            </w:r>
            <w:proofErr w:type="spellStart"/>
            <w:r w:rsidRPr="005A5E17">
              <w:rPr>
                <w:rFonts w:ascii="Times New Roman" w:eastAsia="Times New Roman" w:hAnsi="Times New Roman"/>
                <w:color w:val="000000"/>
                <w:w w:val="97"/>
                <w:sz w:val="24"/>
                <w:szCs w:val="24"/>
              </w:rPr>
              <w:t>бəйрəме</w:t>
            </w:r>
            <w:proofErr w:type="spellEnd"/>
            <w:r w:rsidRPr="005A5E17">
              <w:rPr>
                <w:rFonts w:ascii="Times New Roman" w:eastAsia="Times New Roman" w:hAnsi="Times New Roman"/>
                <w:color w:val="000000"/>
                <w:w w:val="97"/>
                <w:sz w:val="24"/>
                <w:szCs w:val="24"/>
              </w:rPr>
              <w:t xml:space="preserve"> (</w:t>
            </w:r>
            <w:proofErr w:type="spellStart"/>
            <w:r w:rsidRPr="005A5E17">
              <w:rPr>
                <w:rFonts w:ascii="Times New Roman" w:eastAsia="Times New Roman" w:hAnsi="Times New Roman"/>
                <w:color w:val="000000"/>
                <w:w w:val="97"/>
                <w:sz w:val="24"/>
                <w:szCs w:val="24"/>
              </w:rPr>
              <w:t>День</w:t>
            </w:r>
            <w:proofErr w:type="spellEnd"/>
            <w:r w:rsidRPr="005A5E17">
              <w:rPr>
                <w:rFonts w:ascii="Times New Roman" w:eastAsia="Times New Roman" w:hAnsi="Times New Roman"/>
                <w:color w:val="000000"/>
                <w:w w:val="97"/>
                <w:sz w:val="24"/>
                <w:szCs w:val="24"/>
              </w:rPr>
              <w:t xml:space="preserve"> </w:t>
            </w:r>
            <w:proofErr w:type="spellStart"/>
            <w:r w:rsidRPr="005A5E17">
              <w:rPr>
                <w:rFonts w:ascii="Times New Roman" w:eastAsia="Times New Roman" w:hAnsi="Times New Roman"/>
                <w:color w:val="000000"/>
                <w:w w:val="97"/>
                <w:sz w:val="24"/>
                <w:szCs w:val="24"/>
              </w:rPr>
              <w:t>Победы</w:t>
            </w:r>
            <w:proofErr w:type="spellEnd"/>
            <w:r w:rsidRPr="005A5E17">
              <w:rPr>
                <w:rFonts w:ascii="Times New Roman" w:eastAsia="Times New Roman" w:hAnsi="Times New Roman"/>
                <w:color w:val="000000"/>
                <w:w w:val="97"/>
                <w:sz w:val="24"/>
                <w:szCs w:val="24"/>
              </w:rPr>
              <w:t>)</w:t>
            </w:r>
          </w:p>
        </w:tc>
        <w:tc>
          <w:tcPr>
            <w:tcW w:w="1076" w:type="dxa"/>
            <w:shd w:val="clear" w:color="auto" w:fill="auto"/>
          </w:tcPr>
          <w:p w14:paraId="1F3DA5F2" w14:textId="77777777" w:rsidR="005A5E17" w:rsidRPr="005A5E17" w:rsidRDefault="005A5E17" w:rsidP="005A5E17">
            <w:pPr>
              <w:autoSpaceDE w:val="0"/>
              <w:autoSpaceDN w:val="0"/>
              <w:spacing w:before="76" w:after="0" w:line="228" w:lineRule="auto"/>
              <w:ind w:left="72"/>
              <w:jc w:val="center"/>
              <w:rPr>
                <w:sz w:val="24"/>
                <w:szCs w:val="24"/>
              </w:rPr>
            </w:pPr>
            <w:r w:rsidRPr="005A5E17">
              <w:rPr>
                <w:rFonts w:ascii="Times New Roman" w:eastAsia="Times New Roman" w:hAnsi="Times New Roman"/>
                <w:color w:val="000000"/>
                <w:w w:val="97"/>
                <w:sz w:val="24"/>
                <w:szCs w:val="24"/>
              </w:rPr>
              <w:t>4</w:t>
            </w:r>
          </w:p>
        </w:tc>
        <w:tc>
          <w:tcPr>
            <w:tcW w:w="3328" w:type="dxa"/>
            <w:shd w:val="clear" w:color="auto" w:fill="auto"/>
          </w:tcPr>
          <w:p w14:paraId="1B13E924" w14:textId="77777777" w:rsidR="005A5E17" w:rsidRDefault="005A5E17">
            <w:r w:rsidRPr="0048576D">
              <w:t xml:space="preserve">http://tatar.com.ru/fonetika.php http://tatar.com.ru </w:t>
            </w:r>
            <w:proofErr w:type="spellStart"/>
            <w:r w:rsidRPr="0048576D">
              <w:t>Шигърият.ру</w:t>
            </w:r>
            <w:proofErr w:type="spellEnd"/>
            <w:r w:rsidRPr="0048576D">
              <w:t>. http://www.tatknigafund.ru http://www.belem.ru/ http://tatar.moy.su</w:t>
            </w:r>
          </w:p>
        </w:tc>
      </w:tr>
      <w:tr w:rsidR="005A5E17" w:rsidRPr="007076F4" w14:paraId="14E64F57" w14:textId="77777777" w:rsidTr="005A5E17">
        <w:tc>
          <w:tcPr>
            <w:tcW w:w="642" w:type="dxa"/>
            <w:shd w:val="clear" w:color="auto" w:fill="auto"/>
          </w:tcPr>
          <w:p w14:paraId="7063FA4B" w14:textId="77777777" w:rsidR="005A5E17" w:rsidRPr="005A5E17" w:rsidRDefault="005A5E17" w:rsidP="007076F4">
            <w:pPr>
              <w:spacing w:after="0" w:line="240" w:lineRule="auto"/>
              <w:jc w:val="center"/>
              <w:rPr>
                <w:rFonts w:ascii="Times New Roman" w:hAnsi="Times New Roman" w:cs="Times New Roman"/>
                <w:iCs/>
                <w:sz w:val="24"/>
                <w:szCs w:val="24"/>
              </w:rPr>
            </w:pPr>
          </w:p>
        </w:tc>
        <w:tc>
          <w:tcPr>
            <w:tcW w:w="5136" w:type="dxa"/>
            <w:shd w:val="clear" w:color="auto" w:fill="auto"/>
          </w:tcPr>
          <w:p w14:paraId="46860795" w14:textId="77777777" w:rsidR="005A5E17" w:rsidRPr="005A5E17" w:rsidRDefault="005A5E17" w:rsidP="00CB183C">
            <w:pPr>
              <w:rPr>
                <w:rFonts w:ascii="Times New Roman" w:hAnsi="Times New Roman" w:cs="Times New Roman"/>
                <w:b/>
                <w:sz w:val="24"/>
                <w:szCs w:val="24"/>
                <w:lang w:val="ru-RU"/>
              </w:rPr>
            </w:pPr>
            <w:r w:rsidRPr="005A5E17">
              <w:rPr>
                <w:rFonts w:ascii="Times New Roman" w:hAnsi="Times New Roman" w:cs="Times New Roman"/>
                <w:b/>
                <w:sz w:val="24"/>
                <w:szCs w:val="24"/>
                <w:lang w:val="ru-RU"/>
              </w:rPr>
              <w:t>Общее количество часов  по программе</w:t>
            </w:r>
          </w:p>
        </w:tc>
        <w:tc>
          <w:tcPr>
            <w:tcW w:w="1076" w:type="dxa"/>
            <w:shd w:val="clear" w:color="auto" w:fill="auto"/>
          </w:tcPr>
          <w:p w14:paraId="1EDDAE2E" w14:textId="77777777" w:rsidR="005A5E17" w:rsidRPr="005A5E17" w:rsidRDefault="005A5E17" w:rsidP="00CB183C">
            <w:pPr>
              <w:rPr>
                <w:rFonts w:ascii="Times New Roman" w:hAnsi="Times New Roman" w:cs="Times New Roman"/>
                <w:b/>
                <w:sz w:val="24"/>
                <w:szCs w:val="24"/>
              </w:rPr>
            </w:pPr>
            <w:r w:rsidRPr="005A5E17">
              <w:rPr>
                <w:rFonts w:ascii="Times New Roman" w:hAnsi="Times New Roman" w:cs="Times New Roman"/>
                <w:b/>
                <w:sz w:val="24"/>
                <w:szCs w:val="24"/>
              </w:rPr>
              <w:t>34</w:t>
            </w:r>
          </w:p>
        </w:tc>
        <w:tc>
          <w:tcPr>
            <w:tcW w:w="3328" w:type="dxa"/>
            <w:shd w:val="clear" w:color="auto" w:fill="auto"/>
          </w:tcPr>
          <w:p w14:paraId="396FE664" w14:textId="77777777" w:rsidR="005A5E17" w:rsidRPr="007076F4" w:rsidRDefault="005A5E17" w:rsidP="007076F4">
            <w:pPr>
              <w:spacing w:after="0" w:line="240" w:lineRule="auto"/>
              <w:jc w:val="both"/>
              <w:rPr>
                <w:rFonts w:ascii="Times New Roman" w:hAnsi="Times New Roman" w:cs="Times New Roman"/>
                <w:w w:val="97"/>
                <w:sz w:val="24"/>
                <w:szCs w:val="24"/>
              </w:rPr>
            </w:pPr>
          </w:p>
        </w:tc>
      </w:tr>
      <w:tr w:rsidR="00CF4DA6" w:rsidRPr="007076F4" w14:paraId="00EE80A7" w14:textId="77777777" w:rsidTr="005A5E17">
        <w:tc>
          <w:tcPr>
            <w:tcW w:w="642" w:type="dxa"/>
            <w:shd w:val="clear" w:color="auto" w:fill="auto"/>
          </w:tcPr>
          <w:p w14:paraId="55ECCBC9" w14:textId="77777777" w:rsidR="00CF4DA6" w:rsidRPr="005A5E17" w:rsidRDefault="00CF4DA6" w:rsidP="007076F4">
            <w:pPr>
              <w:spacing w:after="0" w:line="240" w:lineRule="auto"/>
              <w:jc w:val="center"/>
              <w:rPr>
                <w:rFonts w:ascii="Times New Roman" w:hAnsi="Times New Roman" w:cs="Times New Roman"/>
                <w:iCs/>
                <w:sz w:val="24"/>
                <w:szCs w:val="24"/>
              </w:rPr>
            </w:pPr>
          </w:p>
        </w:tc>
        <w:tc>
          <w:tcPr>
            <w:tcW w:w="5136" w:type="dxa"/>
            <w:shd w:val="clear" w:color="auto" w:fill="auto"/>
          </w:tcPr>
          <w:p w14:paraId="7852B11D" w14:textId="77777777" w:rsidR="00CF4DA6" w:rsidRPr="005A5E17" w:rsidRDefault="00CF4DA6" w:rsidP="00CB183C">
            <w:pPr>
              <w:rPr>
                <w:rFonts w:ascii="Times New Roman" w:hAnsi="Times New Roman" w:cs="Times New Roman"/>
                <w:b/>
                <w:sz w:val="24"/>
                <w:szCs w:val="24"/>
                <w:lang w:val="ru-RU"/>
              </w:rPr>
            </w:pPr>
          </w:p>
        </w:tc>
        <w:tc>
          <w:tcPr>
            <w:tcW w:w="1076" w:type="dxa"/>
            <w:shd w:val="clear" w:color="auto" w:fill="auto"/>
          </w:tcPr>
          <w:p w14:paraId="1761903C" w14:textId="77777777" w:rsidR="00CF4DA6" w:rsidRPr="005A5E17" w:rsidRDefault="00CF4DA6" w:rsidP="00CB183C">
            <w:pPr>
              <w:rPr>
                <w:rFonts w:ascii="Times New Roman" w:hAnsi="Times New Roman" w:cs="Times New Roman"/>
                <w:b/>
                <w:sz w:val="24"/>
                <w:szCs w:val="24"/>
              </w:rPr>
            </w:pPr>
          </w:p>
        </w:tc>
        <w:tc>
          <w:tcPr>
            <w:tcW w:w="3328" w:type="dxa"/>
            <w:shd w:val="clear" w:color="auto" w:fill="auto"/>
          </w:tcPr>
          <w:p w14:paraId="14E71A74" w14:textId="77777777" w:rsidR="00CF4DA6" w:rsidRPr="007076F4" w:rsidRDefault="00CF4DA6" w:rsidP="007076F4">
            <w:pPr>
              <w:spacing w:after="0" w:line="240" w:lineRule="auto"/>
              <w:jc w:val="both"/>
              <w:rPr>
                <w:rFonts w:ascii="Times New Roman" w:hAnsi="Times New Roman" w:cs="Times New Roman"/>
                <w:w w:val="97"/>
                <w:sz w:val="24"/>
                <w:szCs w:val="24"/>
              </w:rPr>
            </w:pPr>
          </w:p>
        </w:tc>
      </w:tr>
    </w:tbl>
    <w:p w14:paraId="4C1A8540" w14:textId="77777777" w:rsidR="005A5E17" w:rsidRDefault="00CF4DA6">
      <w:pPr>
        <w:rPr>
          <w:lang w:val="ru-RU"/>
        </w:rPr>
      </w:pPr>
      <w:r>
        <w:rPr>
          <w:lang w:val="ru-RU"/>
        </w:rPr>
        <w:t xml:space="preserve">   </w:t>
      </w:r>
    </w:p>
    <w:p w14:paraId="57C9F4F9" w14:textId="77777777" w:rsidR="00CF4DA6" w:rsidRDefault="00CF4DA6">
      <w:pPr>
        <w:rPr>
          <w:lang w:val="ru-RU"/>
        </w:rPr>
      </w:pPr>
    </w:p>
    <w:p w14:paraId="627E7B3E" w14:textId="3076C756" w:rsidR="00CF4DA6" w:rsidRPr="005A5E17" w:rsidRDefault="00CF4DA6">
      <w:pPr>
        <w:rPr>
          <w:lang w:val="ru-RU"/>
        </w:rPr>
        <w:sectPr w:rsidR="00CF4DA6" w:rsidRPr="005A5E17">
          <w:pgSz w:w="11900" w:h="16840"/>
          <w:pgMar w:top="298" w:right="684" w:bottom="1440" w:left="666" w:header="720" w:footer="720" w:gutter="0"/>
          <w:cols w:space="720" w:equalWidth="0">
            <w:col w:w="10550" w:space="0"/>
          </w:cols>
          <w:docGrid w:linePitch="360"/>
        </w:sectPr>
      </w:pPr>
    </w:p>
    <w:p w14:paraId="294AF408" w14:textId="77777777" w:rsidR="004856BE" w:rsidRPr="005A5E17" w:rsidRDefault="004856BE">
      <w:pPr>
        <w:autoSpaceDE w:val="0"/>
        <w:autoSpaceDN w:val="0"/>
        <w:spacing w:after="64" w:line="220" w:lineRule="exact"/>
        <w:rPr>
          <w:lang w:val="ru-RU"/>
        </w:rPr>
      </w:pPr>
    </w:p>
    <w:sectPr w:rsidR="004856BE" w:rsidRPr="005A5E17" w:rsidSect="00CF4DA6">
      <w:pgSz w:w="11900" w:h="16840" w:orient="landscape"/>
      <w:pgMar w:top="640" w:right="532" w:bottom="666" w:left="282" w:header="720" w:footer="720" w:gutter="0"/>
      <w:cols w:space="720" w:equalWidth="0">
        <w:col w:w="15534" w:space="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MS Mincho">
    <w:altName w:val="ＭＳ 明朝"/>
    <w:panose1 w:val="02020609040205080304"/>
    <w:charset w:val="80"/>
    <w:family w:val="modern"/>
    <w:pitch w:val="fixed"/>
    <w:sig w:usb0="00000001" w:usb1="08070000" w:usb2="00000010" w:usb3="00000000" w:csb0="00020000" w:csb1="00000000"/>
  </w:font>
  <w:font w:name="Calibri">
    <w:panose1 w:val="020F0502020204030204"/>
    <w:charset w:val="CC"/>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30"/>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20"/>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0"/>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856BE"/>
    <w:rsid w:val="00485D9E"/>
    <w:rsid w:val="00492383"/>
    <w:rsid w:val="005A5E17"/>
    <w:rsid w:val="007076F4"/>
    <w:rsid w:val="00750296"/>
    <w:rsid w:val="00AA1D8D"/>
    <w:rsid w:val="00B47730"/>
    <w:rsid w:val="00C34EBD"/>
    <w:rsid w:val="00CB0664"/>
    <w:rsid w:val="00CF4DA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EF8239"/>
  <w14:defaultImageDpi w14:val="300"/>
  <w15:docId w15:val="{E61E6531-F484-436E-9ACE-6EF74F970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7076F4"/>
  </w:style>
  <w:style w:type="paragraph" w:styleId="1">
    <w:name w:val="heading 1"/>
    <w:basedOn w:val="a1"/>
    <w:next w:val="a1"/>
    <w:link w:val="10"/>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1">
    <w:name w:val="heading 2"/>
    <w:basedOn w:val="a1"/>
    <w:next w:val="a1"/>
    <w:link w:val="22"/>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1">
    <w:name w:val="heading 3"/>
    <w:basedOn w:val="a1"/>
    <w:next w:val="a1"/>
    <w:link w:val="32"/>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1"/>
    <w:next w:val="a1"/>
    <w:link w:val="40"/>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1"/>
    <w:next w:val="a1"/>
    <w:link w:val="50"/>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1"/>
    <w:next w:val="a1"/>
    <w:link w:val="60"/>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1"/>
    <w:next w:val="a1"/>
    <w:link w:val="70"/>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1"/>
    <w:next w:val="a1"/>
    <w:link w:val="80"/>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1"/>
    <w:next w:val="a1"/>
    <w:link w:val="90"/>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E618BF"/>
    <w:pPr>
      <w:tabs>
        <w:tab w:val="center" w:pos="4680"/>
        <w:tab w:val="right" w:pos="9360"/>
      </w:tabs>
      <w:spacing w:after="0" w:line="240" w:lineRule="auto"/>
    </w:pPr>
  </w:style>
  <w:style w:type="character" w:customStyle="1" w:styleId="a6">
    <w:name w:val="Верхний колонтитул Знак"/>
    <w:basedOn w:val="a2"/>
    <w:link w:val="a5"/>
    <w:uiPriority w:val="99"/>
    <w:rsid w:val="00E618BF"/>
  </w:style>
  <w:style w:type="paragraph" w:styleId="a7">
    <w:name w:val="footer"/>
    <w:basedOn w:val="a1"/>
    <w:link w:val="a8"/>
    <w:uiPriority w:val="99"/>
    <w:unhideWhenUsed/>
    <w:rsid w:val="00E618BF"/>
    <w:pPr>
      <w:tabs>
        <w:tab w:val="center" w:pos="4680"/>
        <w:tab w:val="right" w:pos="9360"/>
      </w:tabs>
      <w:spacing w:after="0" w:line="240" w:lineRule="auto"/>
    </w:pPr>
  </w:style>
  <w:style w:type="character" w:customStyle="1" w:styleId="a8">
    <w:name w:val="Нижний колонтитул Знак"/>
    <w:basedOn w:val="a2"/>
    <w:link w:val="a7"/>
    <w:uiPriority w:val="99"/>
    <w:rsid w:val="00E618BF"/>
  </w:style>
  <w:style w:type="paragraph" w:styleId="a9">
    <w:name w:val="No Spacing"/>
    <w:uiPriority w:val="1"/>
    <w:qFormat/>
    <w:rsid w:val="00FC693F"/>
    <w:pPr>
      <w:spacing w:after="0" w:line="240" w:lineRule="auto"/>
    </w:pPr>
  </w:style>
  <w:style w:type="character" w:customStyle="1" w:styleId="10">
    <w:name w:val="Заголовок 1 Знак"/>
    <w:basedOn w:val="a2"/>
    <w:link w:val="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22">
    <w:name w:val="Заголовок 2 Знак"/>
    <w:basedOn w:val="a2"/>
    <w:link w:val="21"/>
    <w:uiPriority w:val="9"/>
    <w:rsid w:val="00FC693F"/>
    <w:rPr>
      <w:rFonts w:asciiTheme="majorHAnsi" w:eastAsiaTheme="majorEastAsia" w:hAnsiTheme="majorHAnsi" w:cstheme="majorBidi"/>
      <w:b/>
      <w:bCs/>
      <w:color w:val="4F81BD" w:themeColor="accent1"/>
      <w:sz w:val="26"/>
      <w:szCs w:val="26"/>
    </w:rPr>
  </w:style>
  <w:style w:type="character" w:customStyle="1" w:styleId="32">
    <w:name w:val="Заголовок 3 Знак"/>
    <w:basedOn w:val="a2"/>
    <w:link w:val="31"/>
    <w:uiPriority w:val="9"/>
    <w:rsid w:val="00FC693F"/>
    <w:rPr>
      <w:rFonts w:asciiTheme="majorHAnsi" w:eastAsiaTheme="majorEastAsia" w:hAnsiTheme="majorHAnsi" w:cstheme="majorBidi"/>
      <w:b/>
      <w:bCs/>
      <w:color w:val="4F81BD" w:themeColor="accent1"/>
    </w:rPr>
  </w:style>
  <w:style w:type="paragraph" w:styleId="aa">
    <w:name w:val="Title"/>
    <w:basedOn w:val="a1"/>
    <w:next w:val="a1"/>
    <w:link w:val="ab"/>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b">
    <w:name w:val="Заголовок Знак"/>
    <w:basedOn w:val="a2"/>
    <w:link w:val="aa"/>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c">
    <w:name w:val="Subtitle"/>
    <w:basedOn w:val="a1"/>
    <w:next w:val="a1"/>
    <w:link w:val="ad"/>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d">
    <w:name w:val="Подзаголовок Знак"/>
    <w:basedOn w:val="a2"/>
    <w:link w:val="ac"/>
    <w:uiPriority w:val="11"/>
    <w:rsid w:val="00FC693F"/>
    <w:rPr>
      <w:rFonts w:asciiTheme="majorHAnsi" w:eastAsiaTheme="majorEastAsia" w:hAnsiTheme="majorHAnsi" w:cstheme="majorBidi"/>
      <w:i/>
      <w:iCs/>
      <w:color w:val="4F81BD" w:themeColor="accent1"/>
      <w:spacing w:val="15"/>
      <w:sz w:val="24"/>
      <w:szCs w:val="24"/>
    </w:rPr>
  </w:style>
  <w:style w:type="paragraph" w:styleId="ae">
    <w:name w:val="List Paragraph"/>
    <w:basedOn w:val="a1"/>
    <w:uiPriority w:val="34"/>
    <w:qFormat/>
    <w:rsid w:val="00FC693F"/>
    <w:pPr>
      <w:ind w:left="720"/>
      <w:contextualSpacing/>
    </w:pPr>
  </w:style>
  <w:style w:type="paragraph" w:styleId="af">
    <w:name w:val="Body Text"/>
    <w:basedOn w:val="a1"/>
    <w:link w:val="af0"/>
    <w:uiPriority w:val="99"/>
    <w:unhideWhenUsed/>
    <w:rsid w:val="00AA1D8D"/>
    <w:pPr>
      <w:spacing w:after="120"/>
    </w:pPr>
  </w:style>
  <w:style w:type="character" w:customStyle="1" w:styleId="af0">
    <w:name w:val="Основной текст Знак"/>
    <w:basedOn w:val="a2"/>
    <w:link w:val="af"/>
    <w:uiPriority w:val="99"/>
    <w:rsid w:val="00AA1D8D"/>
  </w:style>
  <w:style w:type="paragraph" w:styleId="23">
    <w:name w:val="Body Text 2"/>
    <w:basedOn w:val="a1"/>
    <w:link w:val="24"/>
    <w:uiPriority w:val="99"/>
    <w:unhideWhenUsed/>
    <w:rsid w:val="00AA1D8D"/>
    <w:pPr>
      <w:spacing w:after="120" w:line="480" w:lineRule="auto"/>
    </w:pPr>
  </w:style>
  <w:style w:type="character" w:customStyle="1" w:styleId="24">
    <w:name w:val="Основной текст 2 Знак"/>
    <w:basedOn w:val="a2"/>
    <w:link w:val="23"/>
    <w:uiPriority w:val="99"/>
    <w:rsid w:val="00AA1D8D"/>
  </w:style>
  <w:style w:type="paragraph" w:styleId="33">
    <w:name w:val="Body Text 3"/>
    <w:basedOn w:val="a1"/>
    <w:link w:val="34"/>
    <w:uiPriority w:val="99"/>
    <w:unhideWhenUsed/>
    <w:rsid w:val="00AA1D8D"/>
    <w:pPr>
      <w:spacing w:after="120"/>
    </w:pPr>
    <w:rPr>
      <w:sz w:val="16"/>
      <w:szCs w:val="16"/>
    </w:rPr>
  </w:style>
  <w:style w:type="character" w:customStyle="1" w:styleId="34">
    <w:name w:val="Основной текст 3 Знак"/>
    <w:basedOn w:val="a2"/>
    <w:link w:val="33"/>
    <w:uiPriority w:val="99"/>
    <w:rsid w:val="00AA1D8D"/>
    <w:rPr>
      <w:sz w:val="16"/>
      <w:szCs w:val="16"/>
    </w:rPr>
  </w:style>
  <w:style w:type="paragraph" w:styleId="af1">
    <w:name w:val="List"/>
    <w:basedOn w:val="a1"/>
    <w:uiPriority w:val="99"/>
    <w:unhideWhenUsed/>
    <w:rsid w:val="00AA1D8D"/>
    <w:pPr>
      <w:ind w:left="360" w:hanging="360"/>
      <w:contextualSpacing/>
    </w:pPr>
  </w:style>
  <w:style w:type="paragraph" w:styleId="25">
    <w:name w:val="List 2"/>
    <w:basedOn w:val="a1"/>
    <w:uiPriority w:val="99"/>
    <w:unhideWhenUsed/>
    <w:rsid w:val="00326F90"/>
    <w:pPr>
      <w:ind w:left="720" w:hanging="360"/>
      <w:contextualSpacing/>
    </w:pPr>
  </w:style>
  <w:style w:type="paragraph" w:styleId="35">
    <w:name w:val="List 3"/>
    <w:basedOn w:val="a1"/>
    <w:uiPriority w:val="99"/>
    <w:unhideWhenUsed/>
    <w:rsid w:val="00326F90"/>
    <w:pPr>
      <w:ind w:left="1080" w:hanging="360"/>
      <w:contextualSpacing/>
    </w:pPr>
  </w:style>
  <w:style w:type="paragraph" w:styleId="a0">
    <w:name w:val="List Bullet"/>
    <w:basedOn w:val="a1"/>
    <w:uiPriority w:val="99"/>
    <w:unhideWhenUsed/>
    <w:rsid w:val="00326F90"/>
    <w:pPr>
      <w:numPr>
        <w:numId w:val="1"/>
      </w:numPr>
      <w:contextualSpacing/>
    </w:pPr>
  </w:style>
  <w:style w:type="paragraph" w:styleId="20">
    <w:name w:val="List Bullet 2"/>
    <w:basedOn w:val="a1"/>
    <w:uiPriority w:val="99"/>
    <w:unhideWhenUsed/>
    <w:rsid w:val="00326F90"/>
    <w:pPr>
      <w:numPr>
        <w:numId w:val="2"/>
      </w:numPr>
      <w:contextualSpacing/>
    </w:pPr>
  </w:style>
  <w:style w:type="paragraph" w:styleId="30">
    <w:name w:val="List Bullet 3"/>
    <w:basedOn w:val="a1"/>
    <w:uiPriority w:val="99"/>
    <w:unhideWhenUsed/>
    <w:rsid w:val="00326F90"/>
    <w:pPr>
      <w:numPr>
        <w:numId w:val="3"/>
      </w:numPr>
      <w:contextualSpacing/>
    </w:pPr>
  </w:style>
  <w:style w:type="paragraph" w:styleId="a">
    <w:name w:val="List Number"/>
    <w:basedOn w:val="a1"/>
    <w:uiPriority w:val="99"/>
    <w:unhideWhenUsed/>
    <w:rsid w:val="00326F90"/>
    <w:pPr>
      <w:numPr>
        <w:numId w:val="5"/>
      </w:numPr>
      <w:contextualSpacing/>
    </w:pPr>
  </w:style>
  <w:style w:type="paragraph" w:styleId="2">
    <w:name w:val="List Number 2"/>
    <w:basedOn w:val="a1"/>
    <w:uiPriority w:val="99"/>
    <w:unhideWhenUsed/>
    <w:rsid w:val="0029639D"/>
    <w:pPr>
      <w:numPr>
        <w:numId w:val="6"/>
      </w:numPr>
      <w:contextualSpacing/>
    </w:pPr>
  </w:style>
  <w:style w:type="paragraph" w:styleId="3">
    <w:name w:val="List Number 3"/>
    <w:basedOn w:val="a1"/>
    <w:uiPriority w:val="99"/>
    <w:unhideWhenUsed/>
    <w:rsid w:val="0029639D"/>
    <w:pPr>
      <w:numPr>
        <w:numId w:val="7"/>
      </w:numPr>
      <w:contextualSpacing/>
    </w:pPr>
  </w:style>
  <w:style w:type="paragraph" w:styleId="af2">
    <w:name w:val="List Continue"/>
    <w:basedOn w:val="a1"/>
    <w:uiPriority w:val="99"/>
    <w:unhideWhenUsed/>
    <w:rsid w:val="0029639D"/>
    <w:pPr>
      <w:spacing w:after="120"/>
      <w:ind w:left="360"/>
      <w:contextualSpacing/>
    </w:pPr>
  </w:style>
  <w:style w:type="paragraph" w:styleId="26">
    <w:name w:val="List Continue 2"/>
    <w:basedOn w:val="a1"/>
    <w:uiPriority w:val="99"/>
    <w:unhideWhenUsed/>
    <w:rsid w:val="0029639D"/>
    <w:pPr>
      <w:spacing w:after="120"/>
      <w:ind w:left="720"/>
      <w:contextualSpacing/>
    </w:pPr>
  </w:style>
  <w:style w:type="paragraph" w:styleId="36">
    <w:name w:val="List Continue 3"/>
    <w:basedOn w:val="a1"/>
    <w:uiPriority w:val="99"/>
    <w:unhideWhenUsed/>
    <w:rsid w:val="0029639D"/>
    <w:pPr>
      <w:spacing w:after="120"/>
      <w:ind w:left="1080"/>
      <w:contextualSpacing/>
    </w:pPr>
  </w:style>
  <w:style w:type="paragraph" w:styleId="af3">
    <w:name w:val="macro"/>
    <w:link w:val="af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f4">
    <w:name w:val="Текст макроса Знак"/>
    <w:basedOn w:val="a2"/>
    <w:link w:val="af3"/>
    <w:uiPriority w:val="99"/>
    <w:rsid w:val="0029639D"/>
    <w:rPr>
      <w:rFonts w:ascii="Courier" w:hAnsi="Courier"/>
      <w:sz w:val="20"/>
      <w:szCs w:val="20"/>
    </w:rPr>
  </w:style>
  <w:style w:type="paragraph" w:styleId="27">
    <w:name w:val="Quote"/>
    <w:basedOn w:val="a1"/>
    <w:next w:val="a1"/>
    <w:link w:val="28"/>
    <w:uiPriority w:val="29"/>
    <w:qFormat/>
    <w:rsid w:val="00FC693F"/>
    <w:rPr>
      <w:i/>
      <w:iCs/>
      <w:color w:val="000000" w:themeColor="text1"/>
    </w:rPr>
  </w:style>
  <w:style w:type="character" w:customStyle="1" w:styleId="28">
    <w:name w:val="Цитата 2 Знак"/>
    <w:basedOn w:val="a2"/>
    <w:link w:val="27"/>
    <w:uiPriority w:val="29"/>
    <w:rsid w:val="00FC693F"/>
    <w:rPr>
      <w:i/>
      <w:iCs/>
      <w:color w:val="000000" w:themeColor="text1"/>
    </w:rPr>
  </w:style>
  <w:style w:type="character" w:customStyle="1" w:styleId="40">
    <w:name w:val="Заголовок 4 Знак"/>
    <w:basedOn w:val="a2"/>
    <w:link w:val="4"/>
    <w:uiPriority w:val="9"/>
    <w:semiHidden/>
    <w:rsid w:val="00FC693F"/>
    <w:rPr>
      <w:rFonts w:asciiTheme="majorHAnsi" w:eastAsiaTheme="majorEastAsia" w:hAnsiTheme="majorHAnsi" w:cstheme="majorBidi"/>
      <w:b/>
      <w:bCs/>
      <w:i/>
      <w:iCs/>
      <w:color w:val="4F81BD" w:themeColor="accent1"/>
    </w:rPr>
  </w:style>
  <w:style w:type="character" w:customStyle="1" w:styleId="50">
    <w:name w:val="Заголовок 5 Знак"/>
    <w:basedOn w:val="a2"/>
    <w:link w:val="5"/>
    <w:uiPriority w:val="9"/>
    <w:semiHidden/>
    <w:rsid w:val="00FC693F"/>
    <w:rPr>
      <w:rFonts w:asciiTheme="majorHAnsi" w:eastAsiaTheme="majorEastAsia" w:hAnsiTheme="majorHAnsi" w:cstheme="majorBidi"/>
      <w:color w:val="243F60" w:themeColor="accent1" w:themeShade="7F"/>
    </w:rPr>
  </w:style>
  <w:style w:type="character" w:customStyle="1" w:styleId="60">
    <w:name w:val="Заголовок 6 Знак"/>
    <w:basedOn w:val="a2"/>
    <w:link w:val="6"/>
    <w:uiPriority w:val="9"/>
    <w:semiHidden/>
    <w:rsid w:val="00FC693F"/>
    <w:rPr>
      <w:rFonts w:asciiTheme="majorHAnsi" w:eastAsiaTheme="majorEastAsia" w:hAnsiTheme="majorHAnsi" w:cstheme="majorBidi"/>
      <w:i/>
      <w:iCs/>
      <w:color w:val="243F60" w:themeColor="accent1" w:themeShade="7F"/>
    </w:rPr>
  </w:style>
  <w:style w:type="character" w:customStyle="1" w:styleId="70">
    <w:name w:val="Заголовок 7 Знак"/>
    <w:basedOn w:val="a2"/>
    <w:link w:val="7"/>
    <w:uiPriority w:val="9"/>
    <w:semiHidden/>
    <w:rsid w:val="00FC693F"/>
    <w:rPr>
      <w:rFonts w:asciiTheme="majorHAnsi" w:eastAsiaTheme="majorEastAsia" w:hAnsiTheme="majorHAnsi" w:cstheme="majorBidi"/>
      <w:i/>
      <w:iCs/>
      <w:color w:val="404040" w:themeColor="text1" w:themeTint="BF"/>
    </w:rPr>
  </w:style>
  <w:style w:type="character" w:customStyle="1" w:styleId="80">
    <w:name w:val="Заголовок 8 Знак"/>
    <w:basedOn w:val="a2"/>
    <w:link w:val="8"/>
    <w:uiPriority w:val="9"/>
    <w:semiHidden/>
    <w:rsid w:val="00FC693F"/>
    <w:rPr>
      <w:rFonts w:asciiTheme="majorHAnsi" w:eastAsiaTheme="majorEastAsia" w:hAnsiTheme="majorHAnsi" w:cstheme="majorBidi"/>
      <w:color w:val="4F81BD" w:themeColor="accent1"/>
      <w:sz w:val="20"/>
      <w:szCs w:val="20"/>
    </w:rPr>
  </w:style>
  <w:style w:type="character" w:customStyle="1" w:styleId="90">
    <w:name w:val="Заголовок 9 Знак"/>
    <w:basedOn w:val="a2"/>
    <w:link w:val="9"/>
    <w:uiPriority w:val="9"/>
    <w:semiHidden/>
    <w:rsid w:val="00FC693F"/>
    <w:rPr>
      <w:rFonts w:asciiTheme="majorHAnsi" w:eastAsiaTheme="majorEastAsia" w:hAnsiTheme="majorHAnsi" w:cstheme="majorBidi"/>
      <w:i/>
      <w:iCs/>
      <w:color w:val="404040" w:themeColor="text1" w:themeTint="BF"/>
      <w:sz w:val="20"/>
      <w:szCs w:val="20"/>
    </w:rPr>
  </w:style>
  <w:style w:type="paragraph" w:styleId="af5">
    <w:name w:val="caption"/>
    <w:basedOn w:val="a1"/>
    <w:next w:val="a1"/>
    <w:uiPriority w:val="35"/>
    <w:semiHidden/>
    <w:unhideWhenUsed/>
    <w:qFormat/>
    <w:rsid w:val="00FC693F"/>
    <w:pPr>
      <w:spacing w:line="240" w:lineRule="auto"/>
    </w:pPr>
    <w:rPr>
      <w:b/>
      <w:bCs/>
      <w:color w:val="4F81BD" w:themeColor="accent1"/>
      <w:sz w:val="18"/>
      <w:szCs w:val="18"/>
    </w:rPr>
  </w:style>
  <w:style w:type="character" w:styleId="af6">
    <w:name w:val="Strong"/>
    <w:basedOn w:val="a2"/>
    <w:uiPriority w:val="22"/>
    <w:qFormat/>
    <w:rsid w:val="00FC693F"/>
    <w:rPr>
      <w:b/>
      <w:bCs/>
    </w:rPr>
  </w:style>
  <w:style w:type="character" w:styleId="af7">
    <w:name w:val="Emphasis"/>
    <w:basedOn w:val="a2"/>
    <w:uiPriority w:val="20"/>
    <w:qFormat/>
    <w:rsid w:val="00FC693F"/>
    <w:rPr>
      <w:i/>
      <w:iCs/>
    </w:rPr>
  </w:style>
  <w:style w:type="paragraph" w:styleId="af8">
    <w:name w:val="Intense Quote"/>
    <w:basedOn w:val="a1"/>
    <w:next w:val="a1"/>
    <w:link w:val="af9"/>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af9">
    <w:name w:val="Выделенная цитата Знак"/>
    <w:basedOn w:val="a2"/>
    <w:link w:val="af8"/>
    <w:uiPriority w:val="30"/>
    <w:rsid w:val="00FC693F"/>
    <w:rPr>
      <w:b/>
      <w:bCs/>
      <w:i/>
      <w:iCs/>
      <w:color w:val="4F81BD" w:themeColor="accent1"/>
    </w:rPr>
  </w:style>
  <w:style w:type="character" w:styleId="afa">
    <w:name w:val="Subtle Emphasis"/>
    <w:basedOn w:val="a2"/>
    <w:uiPriority w:val="19"/>
    <w:qFormat/>
    <w:rsid w:val="00FC693F"/>
    <w:rPr>
      <w:i/>
      <w:iCs/>
      <w:color w:val="808080" w:themeColor="text1" w:themeTint="7F"/>
    </w:rPr>
  </w:style>
  <w:style w:type="character" w:styleId="afb">
    <w:name w:val="Intense Emphasis"/>
    <w:basedOn w:val="a2"/>
    <w:uiPriority w:val="21"/>
    <w:qFormat/>
    <w:rsid w:val="00FC693F"/>
    <w:rPr>
      <w:b/>
      <w:bCs/>
      <w:i/>
      <w:iCs/>
      <w:color w:val="4F81BD" w:themeColor="accent1"/>
    </w:rPr>
  </w:style>
  <w:style w:type="character" w:styleId="afc">
    <w:name w:val="Subtle Reference"/>
    <w:basedOn w:val="a2"/>
    <w:uiPriority w:val="31"/>
    <w:qFormat/>
    <w:rsid w:val="00FC693F"/>
    <w:rPr>
      <w:smallCaps/>
      <w:color w:val="C0504D" w:themeColor="accent2"/>
      <w:u w:val="single"/>
    </w:rPr>
  </w:style>
  <w:style w:type="character" w:styleId="afd">
    <w:name w:val="Intense Reference"/>
    <w:basedOn w:val="a2"/>
    <w:uiPriority w:val="32"/>
    <w:qFormat/>
    <w:rsid w:val="00FC693F"/>
    <w:rPr>
      <w:b/>
      <w:bCs/>
      <w:smallCaps/>
      <w:color w:val="C0504D" w:themeColor="accent2"/>
      <w:spacing w:val="5"/>
      <w:u w:val="single"/>
    </w:rPr>
  </w:style>
  <w:style w:type="character" w:styleId="afe">
    <w:name w:val="Book Title"/>
    <w:basedOn w:val="a2"/>
    <w:uiPriority w:val="33"/>
    <w:qFormat/>
    <w:rsid w:val="00FC693F"/>
    <w:rPr>
      <w:b/>
      <w:bCs/>
      <w:smallCaps/>
      <w:spacing w:val="5"/>
    </w:rPr>
  </w:style>
  <w:style w:type="paragraph" w:styleId="aff">
    <w:name w:val="TOC Heading"/>
    <w:basedOn w:val="1"/>
    <w:next w:val="a1"/>
    <w:uiPriority w:val="39"/>
    <w:semiHidden/>
    <w:unhideWhenUsed/>
    <w:qFormat/>
    <w:rsid w:val="00FC693F"/>
    <w:pPr>
      <w:outlineLvl w:val="9"/>
    </w:pPr>
  </w:style>
  <w:style w:type="table" w:styleId="aff0">
    <w:name w:val="Table Grid"/>
    <w:basedOn w:val="a3"/>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1">
    <w:name w:val="Light Shading"/>
    <w:basedOn w:val="a3"/>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
    <w:name w:val="Light Shading Accent 1"/>
    <w:basedOn w:val="a3"/>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
    <w:name w:val="Light Shading Accent 2"/>
    <w:basedOn w:val="a3"/>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3">
    <w:name w:val="Light Shading Accent 3"/>
    <w:basedOn w:val="a3"/>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
    <w:name w:val="Light Shading Accent 4"/>
    <w:basedOn w:val="a3"/>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5">
    <w:name w:val="Light Shading Accent 5"/>
    <w:basedOn w:val="a3"/>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6">
    <w:name w:val="Light Shading Accent 6"/>
    <w:basedOn w:val="a3"/>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ff2">
    <w:name w:val="Light List"/>
    <w:basedOn w:val="a3"/>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0">
    <w:name w:val="Light List Accent 1"/>
    <w:basedOn w:val="a3"/>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0">
    <w:name w:val="Light List Accent 2"/>
    <w:basedOn w:val="a3"/>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0">
    <w:name w:val="Light List Accent 3"/>
    <w:basedOn w:val="a3"/>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40">
    <w:name w:val="Light List Accent 4"/>
    <w:basedOn w:val="a3"/>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50">
    <w:name w:val="Light List Accent 5"/>
    <w:basedOn w:val="a3"/>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60">
    <w:name w:val="Light List Accent 6"/>
    <w:basedOn w:val="a3"/>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ff3">
    <w:name w:val="Light Grid"/>
    <w:basedOn w:val="a3"/>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1">
    <w:name w:val="Light Grid Accent 1"/>
    <w:basedOn w:val="a3"/>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1">
    <w:name w:val="Light Grid Accent 2"/>
    <w:basedOn w:val="a3"/>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31">
    <w:name w:val="Light Grid Accent 3"/>
    <w:basedOn w:val="a3"/>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41">
    <w:name w:val="Light Grid Accent 4"/>
    <w:basedOn w:val="a3"/>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51">
    <w:name w:val="Light Grid Accent 5"/>
    <w:basedOn w:val="a3"/>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61">
    <w:name w:val="Light Grid Accent 6"/>
    <w:basedOn w:val="a3"/>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11">
    <w:name w:val="Medium Shading 1"/>
    <w:basedOn w:val="a3"/>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
    <w:name w:val="Medium Shading 1 Accent 1"/>
    <w:basedOn w:val="a3"/>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2">
    <w:name w:val="Medium Shading 1 Accent 2"/>
    <w:basedOn w:val="a3"/>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1-3">
    <w:name w:val="Medium Shading 1 Accent 3"/>
    <w:basedOn w:val="a3"/>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4">
    <w:name w:val="Medium Shading 1 Accent 4"/>
    <w:basedOn w:val="a3"/>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
    <w:name w:val="Medium Shading 1 Accent 5"/>
    <w:basedOn w:val="a3"/>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1-6">
    <w:name w:val="Medium Shading 1 Accent 6"/>
    <w:basedOn w:val="a3"/>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29">
    <w:name w:val="Medium Shading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1">
    <w:name w:val="Medium Shading 2 Accent 1"/>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2">
    <w:name w:val="Medium Shading 2 Accent 2"/>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3">
    <w:name w:val="Medium Shading 2 Accent 3"/>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4">
    <w:name w:val="Medium Shading 2 Accent 4"/>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5">
    <w:name w:val="Medium Shading 2 Accent 5"/>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2-6">
    <w:name w:val="Medium Shading 2 Accent 6"/>
    <w:basedOn w:val="a3"/>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2">
    <w:name w:val="Medium List 1"/>
    <w:basedOn w:val="a3"/>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0">
    <w:name w:val="Medium List 1 Accent 1"/>
    <w:basedOn w:val="a3"/>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20">
    <w:name w:val="Medium List 1 Accent 2"/>
    <w:basedOn w:val="a3"/>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1-30">
    <w:name w:val="Medium List 1 Accent 3"/>
    <w:basedOn w:val="a3"/>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40">
    <w:name w:val="Medium List 1 Accent 4"/>
    <w:basedOn w:val="a3"/>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50">
    <w:name w:val="Medium List 1 Accent 5"/>
    <w:basedOn w:val="a3"/>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1-60">
    <w:name w:val="Medium List 1 Accent 6"/>
    <w:basedOn w:val="a3"/>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2a">
    <w:name w:val="Medium Lis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0">
    <w:name w:val="Medium List 2 Accent 1"/>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0">
    <w:name w:val="Medium List 2 Accent 2"/>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0">
    <w:name w:val="Medium List 2 Accent 3"/>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0">
    <w:name w:val="Medium List 2 Accent 4"/>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0">
    <w:name w:val="Medium List 2 Accent 5"/>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0">
    <w:name w:val="Medium List 2 Accent 6"/>
    <w:basedOn w:val="a3"/>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Grid 1"/>
    <w:basedOn w:val="a3"/>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3"/>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1-21">
    <w:name w:val="Medium Grid 1 Accent 2"/>
    <w:basedOn w:val="a3"/>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Medium Grid 1 Accent 3"/>
    <w:basedOn w:val="a3"/>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41">
    <w:name w:val="Medium Grid 1 Accent 4"/>
    <w:basedOn w:val="a3"/>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51">
    <w:name w:val="Medium Grid 1 Accent 5"/>
    <w:basedOn w:val="a3"/>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61">
    <w:name w:val="Medium Grid 1 Accent 6"/>
    <w:basedOn w:val="a3"/>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2b">
    <w:name w:val="Medium Grid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2-21">
    <w:name w:val="Medium Grid 2 Accent 2"/>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2-31">
    <w:name w:val="Medium Grid 2 Accent 3"/>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2-41">
    <w:name w:val="Medium Grid 2 Accent 4"/>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2-51">
    <w:name w:val="Medium Grid 2 Accent 5"/>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2-61">
    <w:name w:val="Medium Grid 2 Accent 6"/>
    <w:basedOn w:val="a3"/>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37">
    <w:name w:val="Medium Grid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3-2">
    <w:name w:val="Medium Grid 3 Accent 2"/>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3">
    <w:name w:val="Medium Grid 3 Accent 3"/>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3-4">
    <w:name w:val="Medium Grid 3 Accent 4"/>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3-5">
    <w:name w:val="Medium Grid 3 Accent 5"/>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3-6">
    <w:name w:val="Medium Grid 3 Accent 6"/>
    <w:basedOn w:val="a3"/>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aff4">
    <w:name w:val="Dark List"/>
    <w:basedOn w:val="a3"/>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2">
    <w:name w:val="Dark List Accent 1"/>
    <w:basedOn w:val="a3"/>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2">
    <w:name w:val="Dark List Accent 2"/>
    <w:basedOn w:val="a3"/>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Dark List Accent 3"/>
    <w:basedOn w:val="a3"/>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42">
    <w:name w:val="Dark List Accent 4"/>
    <w:basedOn w:val="a3"/>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52">
    <w:name w:val="Dark List Accent 5"/>
    <w:basedOn w:val="a3"/>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62">
    <w:name w:val="Dark List Accent 6"/>
    <w:basedOn w:val="a3"/>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aff5">
    <w:name w:val="Colorful Shading"/>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3">
    <w:name w:val="Colorful Shading Accent 1"/>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3">
    <w:name w:val="Colorful Shading Accent 2"/>
    <w:basedOn w:val="a3"/>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33">
    <w:name w:val="Colorful Shading Accent 3"/>
    <w:basedOn w:val="a3"/>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43">
    <w:name w:val="Colorful Shading Accent 4"/>
    <w:basedOn w:val="a3"/>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53">
    <w:name w:val="Colorful Shading Accent 5"/>
    <w:basedOn w:val="a3"/>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63">
    <w:name w:val="Colorful Shading Accent 6"/>
    <w:basedOn w:val="a3"/>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aff6">
    <w:name w:val="Colorful List"/>
    <w:basedOn w:val="a3"/>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4">
    <w:name w:val="Colorful List Accent 1"/>
    <w:basedOn w:val="a3"/>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4">
    <w:name w:val="Colorful List Accent 2"/>
    <w:basedOn w:val="a3"/>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34">
    <w:name w:val="Colorful List Accent 3"/>
    <w:basedOn w:val="a3"/>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44">
    <w:name w:val="Colorful List Accent 4"/>
    <w:basedOn w:val="a3"/>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54">
    <w:name w:val="Colorful List Accent 5"/>
    <w:basedOn w:val="a3"/>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64">
    <w:name w:val="Colorful List Accent 6"/>
    <w:basedOn w:val="a3"/>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aff7">
    <w:name w:val="Colorful Grid"/>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5">
    <w:name w:val="Colorful Grid Accent 1"/>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25">
    <w:name w:val="Colorful Grid Accent 2"/>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35">
    <w:name w:val="Colorful Grid Accent 3"/>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45">
    <w:name w:val="Colorful Grid Accent 4"/>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55">
    <w:name w:val="Colorful Grid Accent 5"/>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65">
    <w:name w:val="Colorful Grid Accent 6"/>
    <w:basedOn w:val="a3"/>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27624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8DE860-6127-4318-A0D4-D531C0CDF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17</Pages>
  <Words>5059</Words>
  <Characters>28837</Characters>
  <Application>Microsoft Office Word</Application>
  <DocSecurity>0</DocSecurity>
  <Lines>240</Lines>
  <Paragraphs>67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33829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lastModifiedBy>eremeevavenera@mail.ru</cp:lastModifiedBy>
  <cp:revision>3</cp:revision>
  <dcterms:created xsi:type="dcterms:W3CDTF">2022-10-02T20:33:00Z</dcterms:created>
  <dcterms:modified xsi:type="dcterms:W3CDTF">2022-11-10T18:02:00Z</dcterms:modified>
</cp:coreProperties>
</file>